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7B71B" w14:textId="77777777" w:rsidR="006C20A0" w:rsidRDefault="006C20A0" w:rsidP="006C20A0">
      <w:pPr>
        <w:pStyle w:val="Heading1"/>
        <w:jc w:val="center"/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51DD722D" wp14:editId="3BD9D7F4">
            <wp:simplePos x="0" y="0"/>
            <wp:positionH relativeFrom="column">
              <wp:posOffset>-556260</wp:posOffset>
            </wp:positionH>
            <wp:positionV relativeFrom="paragraph">
              <wp:posOffset>-495300</wp:posOffset>
            </wp:positionV>
            <wp:extent cx="2290445" cy="942975"/>
            <wp:effectExtent l="0" t="0" r="0" b="0"/>
            <wp:wrapSquare wrapText="bothSides"/>
            <wp:docPr id="1439056071" name="Picture 2" descr="A logo with text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9056071" name="Picture 2" descr="A logo with text on it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044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F85825C" w14:textId="2023E011" w:rsidR="00B1384C" w:rsidRPr="006C20A0" w:rsidRDefault="00A87205" w:rsidP="006C20A0">
      <w:pPr>
        <w:pStyle w:val="Heading1"/>
        <w:jc w:val="center"/>
        <w:rPr>
          <w:rFonts w:cstheme="majorHAnsi"/>
        </w:rPr>
      </w:pPr>
      <w:r w:rsidRPr="006C20A0">
        <w:rPr>
          <w:rFonts w:cstheme="majorHAnsi"/>
        </w:rPr>
        <w:t>VOLUNTEER APPLICATION FORM</w:t>
      </w:r>
    </w:p>
    <w:p w14:paraId="4FE6DBC3" w14:textId="7F78B8B7" w:rsidR="00B1384C" w:rsidRPr="006C20A0" w:rsidRDefault="00A87205">
      <w:pPr>
        <w:rPr>
          <w:rFonts w:asciiTheme="majorHAnsi" w:hAnsiTheme="majorHAnsi" w:cstheme="majorHAnsi"/>
        </w:rPr>
      </w:pPr>
      <w:r w:rsidRPr="006C20A0">
        <w:rPr>
          <w:rFonts w:asciiTheme="majorHAnsi" w:hAnsiTheme="majorHAnsi" w:cstheme="majorHAnsi"/>
        </w:rPr>
        <w:t>Please complete all sections. Attach your CV when submitting this form.</w:t>
      </w:r>
    </w:p>
    <w:p w14:paraId="6689A799" w14:textId="77777777" w:rsidR="00B1384C" w:rsidRPr="006C20A0" w:rsidRDefault="00A87205">
      <w:pPr>
        <w:pStyle w:val="Heading2"/>
        <w:rPr>
          <w:rFonts w:cstheme="majorHAnsi"/>
        </w:rPr>
      </w:pPr>
      <w:r w:rsidRPr="006C20A0">
        <w:rPr>
          <w:rFonts w:cstheme="majorHAnsi"/>
        </w:rPr>
        <w:t>1. Personal Details</w:t>
      </w:r>
    </w:p>
    <w:p w14:paraId="49EF77AA" w14:textId="6CB2F833" w:rsidR="00B1384C" w:rsidRPr="006C20A0" w:rsidRDefault="00A87205">
      <w:pPr>
        <w:rPr>
          <w:rFonts w:asciiTheme="majorHAnsi" w:hAnsiTheme="majorHAnsi" w:cstheme="majorHAnsi"/>
        </w:rPr>
      </w:pPr>
      <w:r w:rsidRPr="006C20A0">
        <w:rPr>
          <w:rFonts w:asciiTheme="majorHAnsi" w:hAnsiTheme="majorHAnsi" w:cstheme="majorHAnsi"/>
        </w:rPr>
        <w:t>Surname: ________________________________________________</w:t>
      </w:r>
      <w:r w:rsidR="006C20A0">
        <w:rPr>
          <w:rFonts w:asciiTheme="majorHAnsi" w:hAnsiTheme="majorHAnsi" w:cstheme="majorHAnsi"/>
        </w:rPr>
        <w:t>______</w:t>
      </w:r>
    </w:p>
    <w:p w14:paraId="02CEA1DC" w14:textId="6CCEA509" w:rsidR="00B1384C" w:rsidRPr="006C20A0" w:rsidRDefault="00A87205">
      <w:pPr>
        <w:rPr>
          <w:rFonts w:asciiTheme="majorHAnsi" w:hAnsiTheme="majorHAnsi" w:cstheme="majorHAnsi"/>
        </w:rPr>
      </w:pPr>
      <w:r w:rsidRPr="006C20A0">
        <w:rPr>
          <w:rFonts w:asciiTheme="majorHAnsi" w:hAnsiTheme="majorHAnsi" w:cstheme="majorHAnsi"/>
        </w:rPr>
        <w:t>First Name: _____________________________________________</w:t>
      </w:r>
      <w:r w:rsidR="006C20A0">
        <w:rPr>
          <w:rFonts w:asciiTheme="majorHAnsi" w:hAnsiTheme="majorHAnsi" w:cstheme="majorHAnsi"/>
        </w:rPr>
        <w:t>________</w:t>
      </w:r>
    </w:p>
    <w:p w14:paraId="4C241404" w14:textId="25313B0C" w:rsidR="00B1384C" w:rsidRPr="006C20A0" w:rsidRDefault="00A87205">
      <w:pPr>
        <w:rPr>
          <w:rFonts w:asciiTheme="majorHAnsi" w:hAnsiTheme="majorHAnsi" w:cstheme="majorHAnsi"/>
        </w:rPr>
      </w:pPr>
      <w:r w:rsidRPr="006C20A0">
        <w:rPr>
          <w:rFonts w:asciiTheme="majorHAnsi" w:hAnsiTheme="majorHAnsi" w:cstheme="majorHAnsi"/>
        </w:rPr>
        <w:t>Title</w:t>
      </w:r>
      <w:r w:rsidR="006C20A0">
        <w:rPr>
          <w:rFonts w:asciiTheme="majorHAnsi" w:hAnsiTheme="majorHAnsi" w:cstheme="majorHAnsi"/>
        </w:rPr>
        <w:t xml:space="preserve">: </w:t>
      </w:r>
      <w:r w:rsidRPr="006C20A0">
        <w:rPr>
          <w:rFonts w:asciiTheme="majorHAnsi" w:hAnsiTheme="majorHAnsi" w:cstheme="majorHAnsi"/>
        </w:rPr>
        <w:t>_________________________________</w:t>
      </w:r>
      <w:r w:rsidR="006C20A0">
        <w:rPr>
          <w:rFonts w:asciiTheme="majorHAnsi" w:hAnsiTheme="majorHAnsi" w:cstheme="majorHAnsi"/>
        </w:rPr>
        <w:t>_________________________</w:t>
      </w:r>
    </w:p>
    <w:p w14:paraId="1F20C5E8" w14:textId="3457E829" w:rsidR="00B1384C" w:rsidRPr="006C20A0" w:rsidRDefault="00A87205">
      <w:pPr>
        <w:rPr>
          <w:rFonts w:asciiTheme="majorHAnsi" w:hAnsiTheme="majorHAnsi" w:cstheme="majorHAnsi"/>
        </w:rPr>
      </w:pPr>
      <w:r w:rsidRPr="006C20A0">
        <w:rPr>
          <w:rFonts w:asciiTheme="majorHAnsi" w:hAnsiTheme="majorHAnsi" w:cstheme="majorHAnsi"/>
        </w:rPr>
        <w:t>Address: ________________________________________________</w:t>
      </w:r>
      <w:r w:rsidR="006C20A0">
        <w:rPr>
          <w:rFonts w:asciiTheme="majorHAnsi" w:hAnsiTheme="majorHAnsi" w:cstheme="majorHAnsi"/>
        </w:rPr>
        <w:t>_______</w:t>
      </w:r>
    </w:p>
    <w:p w14:paraId="475527B4" w14:textId="66F679AB" w:rsidR="00B1384C" w:rsidRPr="006C20A0" w:rsidRDefault="00A87205">
      <w:pPr>
        <w:rPr>
          <w:rFonts w:asciiTheme="majorHAnsi" w:hAnsiTheme="majorHAnsi" w:cstheme="majorHAnsi"/>
        </w:rPr>
      </w:pPr>
      <w:r w:rsidRPr="006C20A0">
        <w:rPr>
          <w:rFonts w:asciiTheme="majorHAnsi" w:hAnsiTheme="majorHAnsi" w:cstheme="majorHAnsi"/>
        </w:rPr>
        <w:t>__________________________________________________________</w:t>
      </w:r>
      <w:r w:rsidR="006C20A0">
        <w:rPr>
          <w:rFonts w:asciiTheme="majorHAnsi" w:hAnsiTheme="majorHAnsi" w:cstheme="majorHAnsi"/>
        </w:rPr>
        <w:t>_____</w:t>
      </w:r>
    </w:p>
    <w:p w14:paraId="28E0F6BD" w14:textId="77777777" w:rsidR="00B1384C" w:rsidRPr="006C20A0" w:rsidRDefault="00A87205">
      <w:pPr>
        <w:rPr>
          <w:rFonts w:asciiTheme="majorHAnsi" w:hAnsiTheme="majorHAnsi" w:cstheme="majorHAnsi"/>
        </w:rPr>
      </w:pPr>
      <w:r w:rsidRPr="006C20A0">
        <w:rPr>
          <w:rFonts w:asciiTheme="majorHAnsi" w:hAnsiTheme="majorHAnsi" w:cstheme="majorHAnsi"/>
        </w:rPr>
        <w:t>Postcode: ____________________</w:t>
      </w:r>
    </w:p>
    <w:p w14:paraId="59667C09" w14:textId="3EEB1EFF" w:rsidR="00B1384C" w:rsidRPr="006C20A0" w:rsidRDefault="00A87205">
      <w:pPr>
        <w:rPr>
          <w:rFonts w:asciiTheme="majorHAnsi" w:hAnsiTheme="majorHAnsi" w:cstheme="majorHAnsi"/>
        </w:rPr>
      </w:pPr>
      <w:r w:rsidRPr="006C20A0">
        <w:rPr>
          <w:rFonts w:asciiTheme="majorHAnsi" w:hAnsiTheme="majorHAnsi" w:cstheme="majorHAnsi"/>
        </w:rPr>
        <w:t>Telephone (Home): _________________</w:t>
      </w:r>
      <w:proofErr w:type="gramStart"/>
      <w:r w:rsidRPr="006C20A0">
        <w:rPr>
          <w:rFonts w:asciiTheme="majorHAnsi" w:hAnsiTheme="majorHAnsi" w:cstheme="majorHAnsi"/>
        </w:rPr>
        <w:t>_  Mobile</w:t>
      </w:r>
      <w:proofErr w:type="gramEnd"/>
      <w:r w:rsidRPr="006C20A0">
        <w:rPr>
          <w:rFonts w:asciiTheme="majorHAnsi" w:hAnsiTheme="majorHAnsi" w:cstheme="majorHAnsi"/>
        </w:rPr>
        <w:t>: __________________</w:t>
      </w:r>
      <w:r w:rsidR="006C20A0">
        <w:rPr>
          <w:rFonts w:asciiTheme="majorHAnsi" w:hAnsiTheme="majorHAnsi" w:cstheme="majorHAnsi"/>
        </w:rPr>
        <w:t>___</w:t>
      </w:r>
    </w:p>
    <w:p w14:paraId="4BB15B22" w14:textId="11E46722" w:rsidR="00B1384C" w:rsidRPr="006C20A0" w:rsidRDefault="00A87205">
      <w:pPr>
        <w:rPr>
          <w:rFonts w:asciiTheme="majorHAnsi" w:hAnsiTheme="majorHAnsi" w:cstheme="majorHAnsi"/>
        </w:rPr>
      </w:pPr>
      <w:r w:rsidRPr="006C20A0">
        <w:rPr>
          <w:rFonts w:asciiTheme="majorHAnsi" w:hAnsiTheme="majorHAnsi" w:cstheme="majorHAnsi"/>
        </w:rPr>
        <w:t>Email: _________________________________________________</w:t>
      </w:r>
      <w:r w:rsidR="006C20A0">
        <w:rPr>
          <w:rFonts w:asciiTheme="majorHAnsi" w:hAnsiTheme="majorHAnsi" w:cstheme="majorHAnsi"/>
        </w:rPr>
        <w:t>_________</w:t>
      </w:r>
    </w:p>
    <w:p w14:paraId="6E01F679" w14:textId="303D3205" w:rsidR="00B1384C" w:rsidRPr="006C20A0" w:rsidRDefault="00A87205">
      <w:pPr>
        <w:rPr>
          <w:rFonts w:asciiTheme="majorHAnsi" w:hAnsiTheme="majorHAnsi" w:cstheme="majorHAnsi"/>
        </w:rPr>
      </w:pPr>
      <w:r w:rsidRPr="006C20A0">
        <w:rPr>
          <w:rFonts w:asciiTheme="majorHAnsi" w:hAnsiTheme="majorHAnsi" w:cstheme="majorHAnsi"/>
        </w:rPr>
        <w:t>Preferred contact times/methods: _____________________________</w:t>
      </w:r>
      <w:r w:rsidR="006C20A0">
        <w:rPr>
          <w:rFonts w:asciiTheme="majorHAnsi" w:hAnsiTheme="majorHAnsi" w:cstheme="majorHAnsi"/>
        </w:rPr>
        <w:t>______</w:t>
      </w:r>
    </w:p>
    <w:p w14:paraId="5C5978F7" w14:textId="77777777" w:rsidR="00B1384C" w:rsidRPr="006C20A0" w:rsidRDefault="00A87205">
      <w:pPr>
        <w:pStyle w:val="Heading2"/>
        <w:rPr>
          <w:rFonts w:cstheme="majorHAnsi"/>
        </w:rPr>
      </w:pPr>
      <w:r w:rsidRPr="006C20A0">
        <w:rPr>
          <w:rFonts w:cstheme="majorHAnsi"/>
        </w:rPr>
        <w:t>2. Current Status (tick one)</w:t>
      </w:r>
    </w:p>
    <w:p w14:paraId="6F82830E" w14:textId="77777777" w:rsidR="00B1384C" w:rsidRPr="006C20A0" w:rsidRDefault="00A87205">
      <w:pPr>
        <w:rPr>
          <w:rFonts w:asciiTheme="majorHAnsi" w:hAnsiTheme="majorHAnsi" w:cstheme="majorHAnsi"/>
        </w:rPr>
      </w:pPr>
      <w:r w:rsidRPr="006C20A0">
        <w:rPr>
          <w:rFonts w:ascii="Segoe UI Symbol" w:hAnsi="Segoe UI Symbol" w:cs="Segoe UI Symbol"/>
        </w:rPr>
        <w:t>☐</w:t>
      </w:r>
      <w:r w:rsidRPr="006C20A0">
        <w:rPr>
          <w:rFonts w:asciiTheme="majorHAnsi" w:hAnsiTheme="majorHAnsi" w:cstheme="majorHAnsi"/>
        </w:rPr>
        <w:t xml:space="preserve"> Unemployed    </w:t>
      </w:r>
      <w:r w:rsidRPr="006C20A0">
        <w:rPr>
          <w:rFonts w:ascii="Segoe UI Symbol" w:hAnsi="Segoe UI Symbol" w:cs="Segoe UI Symbol"/>
        </w:rPr>
        <w:t>☐</w:t>
      </w:r>
      <w:r w:rsidRPr="006C20A0">
        <w:rPr>
          <w:rFonts w:asciiTheme="majorHAnsi" w:hAnsiTheme="majorHAnsi" w:cstheme="majorHAnsi"/>
        </w:rPr>
        <w:t xml:space="preserve"> Student    </w:t>
      </w:r>
      <w:r w:rsidRPr="006C20A0">
        <w:rPr>
          <w:rFonts w:ascii="Segoe UI Symbol" w:hAnsi="Segoe UI Symbol" w:cs="Segoe UI Symbol"/>
        </w:rPr>
        <w:t>☐</w:t>
      </w:r>
      <w:r w:rsidRPr="006C20A0">
        <w:rPr>
          <w:rFonts w:asciiTheme="majorHAnsi" w:hAnsiTheme="majorHAnsi" w:cstheme="majorHAnsi"/>
        </w:rPr>
        <w:t xml:space="preserve"> Retired    </w:t>
      </w:r>
      <w:r w:rsidRPr="006C20A0">
        <w:rPr>
          <w:rFonts w:ascii="Segoe UI Symbol" w:hAnsi="Segoe UI Symbol" w:cs="Segoe UI Symbol"/>
        </w:rPr>
        <w:t>☐</w:t>
      </w:r>
      <w:r w:rsidRPr="006C20A0">
        <w:rPr>
          <w:rFonts w:asciiTheme="majorHAnsi" w:hAnsiTheme="majorHAnsi" w:cstheme="majorHAnsi"/>
        </w:rPr>
        <w:t xml:space="preserve"> Working Full-time</w:t>
      </w:r>
    </w:p>
    <w:p w14:paraId="7CEA9C6E" w14:textId="77777777" w:rsidR="00B1384C" w:rsidRPr="006C20A0" w:rsidRDefault="00A87205">
      <w:pPr>
        <w:rPr>
          <w:rFonts w:asciiTheme="majorHAnsi" w:hAnsiTheme="majorHAnsi" w:cstheme="majorHAnsi"/>
        </w:rPr>
      </w:pPr>
      <w:r w:rsidRPr="006C20A0">
        <w:rPr>
          <w:rFonts w:ascii="Segoe UI Symbol" w:hAnsi="Segoe UI Symbol" w:cs="Segoe UI Symbol"/>
        </w:rPr>
        <w:t>☐</w:t>
      </w:r>
      <w:r w:rsidRPr="006C20A0">
        <w:rPr>
          <w:rFonts w:asciiTheme="majorHAnsi" w:hAnsiTheme="majorHAnsi" w:cstheme="majorHAnsi"/>
        </w:rPr>
        <w:t xml:space="preserve"> Working Part-time    </w:t>
      </w:r>
      <w:r w:rsidRPr="006C20A0">
        <w:rPr>
          <w:rFonts w:ascii="Segoe UI Symbol" w:hAnsi="Segoe UI Symbol" w:cs="Segoe UI Symbol"/>
        </w:rPr>
        <w:t>☐</w:t>
      </w:r>
      <w:r w:rsidRPr="006C20A0">
        <w:rPr>
          <w:rFonts w:asciiTheme="majorHAnsi" w:hAnsiTheme="majorHAnsi" w:cstheme="majorHAnsi"/>
        </w:rPr>
        <w:t xml:space="preserve"> Long-term Sick/Disabled    </w:t>
      </w:r>
      <w:r w:rsidRPr="006C20A0">
        <w:rPr>
          <w:rFonts w:ascii="Segoe UI Symbol" w:hAnsi="Segoe UI Symbol" w:cs="Segoe UI Symbol"/>
        </w:rPr>
        <w:t>☐</w:t>
      </w:r>
      <w:r w:rsidRPr="006C20A0">
        <w:rPr>
          <w:rFonts w:asciiTheme="majorHAnsi" w:hAnsiTheme="majorHAnsi" w:cstheme="majorHAnsi"/>
        </w:rPr>
        <w:t xml:space="preserve"> Other: ____________</w:t>
      </w:r>
    </w:p>
    <w:p w14:paraId="4F801AFA" w14:textId="77777777" w:rsidR="00B1384C" w:rsidRPr="006C20A0" w:rsidRDefault="00A87205">
      <w:pPr>
        <w:pStyle w:val="Heading2"/>
        <w:rPr>
          <w:rFonts w:cstheme="majorHAnsi"/>
        </w:rPr>
      </w:pPr>
      <w:r w:rsidRPr="006C20A0">
        <w:rPr>
          <w:rFonts w:cstheme="majorHAnsi"/>
        </w:rPr>
        <w:t>3. About You</w:t>
      </w:r>
    </w:p>
    <w:p w14:paraId="0097BBC5" w14:textId="77777777" w:rsidR="00B1384C" w:rsidRPr="006C20A0" w:rsidRDefault="00A87205">
      <w:pPr>
        <w:rPr>
          <w:rFonts w:asciiTheme="majorHAnsi" w:hAnsiTheme="majorHAnsi" w:cstheme="majorHAnsi"/>
        </w:rPr>
      </w:pPr>
      <w:r w:rsidRPr="006C20A0">
        <w:rPr>
          <w:rFonts w:asciiTheme="majorHAnsi" w:hAnsiTheme="majorHAnsi" w:cstheme="majorHAnsi"/>
        </w:rPr>
        <w:t>How did you hear about us?</w:t>
      </w:r>
    </w:p>
    <w:p w14:paraId="580B2AF7" w14:textId="1F025993" w:rsidR="00B1384C" w:rsidRPr="006C20A0" w:rsidRDefault="00A87205">
      <w:pPr>
        <w:rPr>
          <w:rFonts w:asciiTheme="majorHAnsi" w:hAnsiTheme="majorHAnsi" w:cstheme="majorHAnsi"/>
        </w:rPr>
      </w:pPr>
      <w:r w:rsidRPr="006C20A0">
        <w:rPr>
          <w:rFonts w:asciiTheme="majorHAnsi" w:hAnsiTheme="majorHAnsi" w:cstheme="majorHAnsi"/>
        </w:rPr>
        <w:t>__________________________________________________________</w:t>
      </w:r>
      <w:r w:rsidR="006C20A0">
        <w:rPr>
          <w:rFonts w:asciiTheme="majorHAnsi" w:hAnsiTheme="majorHAnsi" w:cstheme="majorHAnsi"/>
        </w:rPr>
        <w:t>_____</w:t>
      </w:r>
    </w:p>
    <w:p w14:paraId="3F7C1AA0" w14:textId="77777777" w:rsidR="00B1384C" w:rsidRPr="006C20A0" w:rsidRDefault="00A87205">
      <w:pPr>
        <w:rPr>
          <w:rFonts w:asciiTheme="majorHAnsi" w:hAnsiTheme="majorHAnsi" w:cstheme="majorHAnsi"/>
        </w:rPr>
      </w:pPr>
      <w:r w:rsidRPr="006C20A0">
        <w:rPr>
          <w:rFonts w:asciiTheme="majorHAnsi" w:hAnsiTheme="majorHAnsi" w:cstheme="majorHAnsi"/>
        </w:rPr>
        <w:t>Why would you like to volunteer with us?</w:t>
      </w:r>
    </w:p>
    <w:p w14:paraId="171649B7" w14:textId="3BDCDC98" w:rsidR="00B1384C" w:rsidRPr="006C20A0" w:rsidRDefault="00A87205">
      <w:pPr>
        <w:rPr>
          <w:rFonts w:asciiTheme="majorHAnsi" w:hAnsiTheme="majorHAnsi" w:cstheme="majorHAnsi"/>
        </w:rPr>
      </w:pPr>
      <w:r w:rsidRPr="006C20A0">
        <w:rPr>
          <w:rFonts w:asciiTheme="majorHAnsi" w:hAnsiTheme="majorHAnsi" w:cstheme="majorHAnsi"/>
        </w:rPr>
        <w:t>__________________________________________________________</w:t>
      </w:r>
      <w:r w:rsidR="006C20A0">
        <w:rPr>
          <w:rFonts w:asciiTheme="majorHAnsi" w:hAnsiTheme="majorHAnsi" w:cstheme="majorHAnsi"/>
        </w:rPr>
        <w:t>_____</w:t>
      </w:r>
    </w:p>
    <w:p w14:paraId="4D169FEF" w14:textId="4EBF2B3B" w:rsidR="00B1384C" w:rsidRPr="006C20A0" w:rsidRDefault="00A87205">
      <w:pPr>
        <w:rPr>
          <w:rFonts w:asciiTheme="majorHAnsi" w:hAnsiTheme="majorHAnsi" w:cstheme="majorHAnsi"/>
        </w:rPr>
      </w:pPr>
      <w:r w:rsidRPr="006C20A0">
        <w:rPr>
          <w:rFonts w:asciiTheme="majorHAnsi" w:hAnsiTheme="majorHAnsi" w:cstheme="majorHAnsi"/>
        </w:rPr>
        <w:t>__________________________________________________________</w:t>
      </w:r>
      <w:r w:rsidR="006C20A0">
        <w:rPr>
          <w:rFonts w:asciiTheme="majorHAnsi" w:hAnsiTheme="majorHAnsi" w:cstheme="majorHAnsi"/>
        </w:rPr>
        <w:t>_____</w:t>
      </w:r>
    </w:p>
    <w:p w14:paraId="78028556" w14:textId="77777777" w:rsidR="00B1384C" w:rsidRPr="006C20A0" w:rsidRDefault="00A87205">
      <w:pPr>
        <w:rPr>
          <w:rFonts w:asciiTheme="majorHAnsi" w:hAnsiTheme="majorHAnsi" w:cstheme="majorHAnsi"/>
        </w:rPr>
      </w:pPr>
      <w:r w:rsidRPr="006C20A0">
        <w:rPr>
          <w:rFonts w:asciiTheme="majorHAnsi" w:hAnsiTheme="majorHAnsi" w:cstheme="majorHAnsi"/>
        </w:rPr>
        <w:t>Previous/Current Work Experience:</w:t>
      </w:r>
    </w:p>
    <w:p w14:paraId="13C23B91" w14:textId="44F7E8ED" w:rsidR="00B1384C" w:rsidRPr="006C20A0" w:rsidRDefault="00A87205">
      <w:pPr>
        <w:rPr>
          <w:rFonts w:asciiTheme="majorHAnsi" w:hAnsiTheme="majorHAnsi" w:cstheme="majorHAnsi"/>
        </w:rPr>
      </w:pPr>
      <w:r w:rsidRPr="006C20A0">
        <w:rPr>
          <w:rFonts w:asciiTheme="majorHAnsi" w:hAnsiTheme="majorHAnsi" w:cstheme="majorHAnsi"/>
        </w:rPr>
        <w:t>__________________________________________________________</w:t>
      </w:r>
      <w:r w:rsidR="006C20A0">
        <w:rPr>
          <w:rFonts w:asciiTheme="majorHAnsi" w:hAnsiTheme="majorHAnsi" w:cstheme="majorHAnsi"/>
        </w:rPr>
        <w:t>_____</w:t>
      </w:r>
    </w:p>
    <w:p w14:paraId="6D1C40C4" w14:textId="77777777" w:rsidR="006C20A0" w:rsidRDefault="006C20A0">
      <w:pPr>
        <w:rPr>
          <w:rFonts w:asciiTheme="majorHAnsi" w:hAnsiTheme="majorHAnsi" w:cstheme="majorHAnsi"/>
        </w:rPr>
      </w:pPr>
    </w:p>
    <w:p w14:paraId="1D73DEF4" w14:textId="75AF9CB8" w:rsidR="00B1384C" w:rsidRPr="006C20A0" w:rsidRDefault="00A87205">
      <w:pPr>
        <w:rPr>
          <w:rFonts w:asciiTheme="majorHAnsi" w:hAnsiTheme="majorHAnsi" w:cstheme="majorHAnsi"/>
        </w:rPr>
      </w:pPr>
      <w:r w:rsidRPr="006C20A0">
        <w:rPr>
          <w:rFonts w:asciiTheme="majorHAnsi" w:hAnsiTheme="majorHAnsi" w:cstheme="majorHAnsi"/>
        </w:rPr>
        <w:lastRenderedPageBreak/>
        <w:t>Skills, Languages, Qualifications:</w:t>
      </w:r>
    </w:p>
    <w:p w14:paraId="013CEFBD" w14:textId="04FB8ECC" w:rsidR="00B1384C" w:rsidRPr="006C20A0" w:rsidRDefault="00A87205">
      <w:pPr>
        <w:rPr>
          <w:rFonts w:asciiTheme="majorHAnsi" w:hAnsiTheme="majorHAnsi" w:cstheme="majorHAnsi"/>
        </w:rPr>
      </w:pPr>
      <w:r w:rsidRPr="006C20A0">
        <w:rPr>
          <w:rFonts w:asciiTheme="majorHAnsi" w:hAnsiTheme="majorHAnsi" w:cstheme="majorHAnsi"/>
        </w:rPr>
        <w:t>__________________________________________________________</w:t>
      </w:r>
      <w:r w:rsidR="006C20A0">
        <w:rPr>
          <w:rFonts w:asciiTheme="majorHAnsi" w:hAnsiTheme="majorHAnsi" w:cstheme="majorHAnsi"/>
        </w:rPr>
        <w:t>_____</w:t>
      </w:r>
    </w:p>
    <w:p w14:paraId="19C5E8E0" w14:textId="77777777" w:rsidR="00B1384C" w:rsidRPr="006C20A0" w:rsidRDefault="00A87205">
      <w:pPr>
        <w:rPr>
          <w:rFonts w:asciiTheme="majorHAnsi" w:hAnsiTheme="majorHAnsi" w:cstheme="majorHAnsi"/>
        </w:rPr>
      </w:pPr>
      <w:r w:rsidRPr="006C20A0">
        <w:rPr>
          <w:rFonts w:asciiTheme="majorHAnsi" w:hAnsiTheme="majorHAnsi" w:cstheme="majorHAnsi"/>
        </w:rPr>
        <w:t>Interests &amp; Hobbies:</w:t>
      </w:r>
    </w:p>
    <w:p w14:paraId="58838A3A" w14:textId="20F87551" w:rsidR="00B1384C" w:rsidRPr="006C20A0" w:rsidRDefault="00A87205">
      <w:pPr>
        <w:rPr>
          <w:rFonts w:asciiTheme="majorHAnsi" w:hAnsiTheme="majorHAnsi" w:cstheme="majorHAnsi"/>
        </w:rPr>
      </w:pPr>
      <w:r w:rsidRPr="006C20A0">
        <w:rPr>
          <w:rFonts w:asciiTheme="majorHAnsi" w:hAnsiTheme="majorHAnsi" w:cstheme="majorHAnsi"/>
        </w:rPr>
        <w:t>__________________________________________________________</w:t>
      </w:r>
      <w:r w:rsidR="006C20A0">
        <w:rPr>
          <w:rFonts w:asciiTheme="majorHAnsi" w:hAnsiTheme="majorHAnsi" w:cstheme="majorHAnsi"/>
        </w:rPr>
        <w:t>_____</w:t>
      </w:r>
    </w:p>
    <w:p w14:paraId="495AC8E5" w14:textId="77777777" w:rsidR="00B1384C" w:rsidRPr="006C20A0" w:rsidRDefault="00A87205">
      <w:pPr>
        <w:pStyle w:val="Heading2"/>
        <w:rPr>
          <w:rFonts w:cstheme="majorHAnsi"/>
        </w:rPr>
      </w:pPr>
      <w:r w:rsidRPr="006C20A0">
        <w:rPr>
          <w:rFonts w:cstheme="majorHAnsi"/>
        </w:rPr>
        <w:t>4. Areas of Interest (tick any)</w:t>
      </w:r>
    </w:p>
    <w:p w14:paraId="3AD9D80D" w14:textId="77777777" w:rsidR="00B1384C" w:rsidRPr="006C20A0" w:rsidRDefault="00A87205">
      <w:pPr>
        <w:rPr>
          <w:rFonts w:asciiTheme="majorHAnsi" w:hAnsiTheme="majorHAnsi" w:cstheme="majorHAnsi"/>
        </w:rPr>
      </w:pPr>
      <w:r w:rsidRPr="006C20A0">
        <w:rPr>
          <w:rFonts w:ascii="Segoe UI Symbol" w:hAnsi="Segoe UI Symbol" w:cs="Segoe UI Symbol"/>
        </w:rPr>
        <w:t>☐</w:t>
      </w:r>
      <w:r w:rsidRPr="006C20A0">
        <w:rPr>
          <w:rFonts w:asciiTheme="majorHAnsi" w:hAnsiTheme="majorHAnsi" w:cstheme="majorHAnsi"/>
        </w:rPr>
        <w:t xml:space="preserve"> Information &amp; Advice Applications</w:t>
      </w:r>
    </w:p>
    <w:p w14:paraId="524242EA" w14:textId="77777777" w:rsidR="00B1384C" w:rsidRPr="006C20A0" w:rsidRDefault="00A87205">
      <w:pPr>
        <w:rPr>
          <w:rFonts w:asciiTheme="majorHAnsi" w:hAnsiTheme="majorHAnsi" w:cstheme="majorHAnsi"/>
        </w:rPr>
      </w:pPr>
      <w:r w:rsidRPr="006C20A0">
        <w:rPr>
          <w:rFonts w:ascii="Segoe UI Symbol" w:hAnsi="Segoe UI Symbol" w:cs="Segoe UI Symbol"/>
        </w:rPr>
        <w:t>☐</w:t>
      </w:r>
      <w:r w:rsidRPr="006C20A0">
        <w:rPr>
          <w:rFonts w:asciiTheme="majorHAnsi" w:hAnsiTheme="majorHAnsi" w:cstheme="majorHAnsi"/>
        </w:rPr>
        <w:t xml:space="preserve"> Information &amp; Advice Reception</w:t>
      </w:r>
    </w:p>
    <w:p w14:paraId="530DDCD4" w14:textId="77777777" w:rsidR="00B1384C" w:rsidRPr="006C20A0" w:rsidRDefault="00A87205">
      <w:pPr>
        <w:rPr>
          <w:rFonts w:asciiTheme="majorHAnsi" w:hAnsiTheme="majorHAnsi" w:cstheme="majorHAnsi"/>
        </w:rPr>
      </w:pPr>
      <w:r w:rsidRPr="006C20A0">
        <w:rPr>
          <w:rFonts w:ascii="Segoe UI Symbol" w:hAnsi="Segoe UI Symbol" w:cs="Segoe UI Symbol"/>
        </w:rPr>
        <w:t>☐</w:t>
      </w:r>
      <w:r w:rsidRPr="006C20A0">
        <w:rPr>
          <w:rFonts w:asciiTheme="majorHAnsi" w:hAnsiTheme="majorHAnsi" w:cstheme="majorHAnsi"/>
        </w:rPr>
        <w:t xml:space="preserve"> Wellbeing Ambassador</w:t>
      </w:r>
    </w:p>
    <w:p w14:paraId="55DD9857" w14:textId="77777777" w:rsidR="00B1384C" w:rsidRPr="006C20A0" w:rsidRDefault="00A87205">
      <w:pPr>
        <w:rPr>
          <w:rFonts w:asciiTheme="majorHAnsi" w:hAnsiTheme="majorHAnsi" w:cstheme="majorHAnsi"/>
        </w:rPr>
      </w:pPr>
      <w:r w:rsidRPr="006C20A0">
        <w:rPr>
          <w:rFonts w:ascii="Segoe UI Symbol" w:hAnsi="Segoe UI Symbol" w:cs="Segoe UI Symbol"/>
        </w:rPr>
        <w:t>☐</w:t>
      </w:r>
      <w:r w:rsidRPr="006C20A0">
        <w:rPr>
          <w:rFonts w:asciiTheme="majorHAnsi" w:hAnsiTheme="majorHAnsi" w:cstheme="majorHAnsi"/>
        </w:rPr>
        <w:t xml:space="preserve"> Gardening Service Admin</w:t>
      </w:r>
    </w:p>
    <w:p w14:paraId="312A2DF4" w14:textId="77777777" w:rsidR="00B1384C" w:rsidRPr="006C20A0" w:rsidRDefault="00A87205">
      <w:pPr>
        <w:rPr>
          <w:rFonts w:asciiTheme="majorHAnsi" w:hAnsiTheme="majorHAnsi" w:cstheme="majorHAnsi"/>
        </w:rPr>
      </w:pPr>
      <w:r w:rsidRPr="006C20A0">
        <w:rPr>
          <w:rFonts w:ascii="Segoe UI Symbol" w:hAnsi="Segoe UI Symbol" w:cs="Segoe UI Symbol"/>
        </w:rPr>
        <w:t>☐</w:t>
      </w:r>
      <w:r w:rsidRPr="006C20A0">
        <w:rPr>
          <w:rFonts w:asciiTheme="majorHAnsi" w:hAnsiTheme="majorHAnsi" w:cstheme="majorHAnsi"/>
        </w:rPr>
        <w:t xml:space="preserve"> Neighbourly Connector (Home Visiting)</w:t>
      </w:r>
    </w:p>
    <w:p w14:paraId="3A31B625" w14:textId="77777777" w:rsidR="00B1384C" w:rsidRPr="006C20A0" w:rsidRDefault="00A87205">
      <w:pPr>
        <w:rPr>
          <w:rFonts w:asciiTheme="majorHAnsi" w:hAnsiTheme="majorHAnsi" w:cstheme="majorHAnsi"/>
        </w:rPr>
      </w:pPr>
      <w:r w:rsidRPr="006C20A0">
        <w:rPr>
          <w:rFonts w:ascii="Segoe UI Symbol" w:hAnsi="Segoe UI Symbol" w:cs="Segoe UI Symbol"/>
        </w:rPr>
        <w:t>☐</w:t>
      </w:r>
      <w:r w:rsidRPr="006C20A0">
        <w:rPr>
          <w:rFonts w:asciiTheme="majorHAnsi" w:hAnsiTheme="majorHAnsi" w:cstheme="majorHAnsi"/>
        </w:rPr>
        <w:t xml:space="preserve"> Telephone Befriender</w:t>
      </w:r>
    </w:p>
    <w:p w14:paraId="20256E61" w14:textId="77777777" w:rsidR="00B1384C" w:rsidRPr="006C20A0" w:rsidRDefault="00A87205">
      <w:pPr>
        <w:rPr>
          <w:rFonts w:asciiTheme="majorHAnsi" w:hAnsiTheme="majorHAnsi" w:cstheme="majorHAnsi"/>
        </w:rPr>
      </w:pPr>
      <w:r w:rsidRPr="006C20A0">
        <w:rPr>
          <w:rFonts w:ascii="Segoe UI Symbol" w:hAnsi="Segoe UI Symbol" w:cs="Segoe UI Symbol"/>
        </w:rPr>
        <w:t>☐</w:t>
      </w:r>
      <w:r w:rsidRPr="006C20A0">
        <w:rPr>
          <w:rFonts w:asciiTheme="majorHAnsi" w:hAnsiTheme="majorHAnsi" w:cstheme="majorHAnsi"/>
        </w:rPr>
        <w:t xml:space="preserve"> Fundraising</w:t>
      </w:r>
    </w:p>
    <w:p w14:paraId="570836E9" w14:textId="77777777" w:rsidR="00B1384C" w:rsidRPr="006C20A0" w:rsidRDefault="00A87205">
      <w:pPr>
        <w:rPr>
          <w:rFonts w:asciiTheme="majorHAnsi" w:hAnsiTheme="majorHAnsi" w:cstheme="majorHAnsi"/>
        </w:rPr>
      </w:pPr>
      <w:r w:rsidRPr="006C20A0">
        <w:rPr>
          <w:rFonts w:ascii="Segoe UI Symbol" w:hAnsi="Segoe UI Symbol" w:cs="Segoe UI Symbol"/>
        </w:rPr>
        <w:t>☐</w:t>
      </w:r>
      <w:r w:rsidRPr="006C20A0">
        <w:rPr>
          <w:rFonts w:asciiTheme="majorHAnsi" w:hAnsiTheme="majorHAnsi" w:cstheme="majorHAnsi"/>
        </w:rPr>
        <w:t xml:space="preserve"> Exercise Class Assistant</w:t>
      </w:r>
    </w:p>
    <w:p w14:paraId="712F60E8" w14:textId="77777777" w:rsidR="00B1384C" w:rsidRPr="006C20A0" w:rsidRDefault="00A87205">
      <w:pPr>
        <w:rPr>
          <w:rFonts w:asciiTheme="majorHAnsi" w:hAnsiTheme="majorHAnsi" w:cstheme="majorHAnsi"/>
        </w:rPr>
      </w:pPr>
      <w:r w:rsidRPr="006C20A0">
        <w:rPr>
          <w:rFonts w:ascii="Segoe UI Symbol" w:hAnsi="Segoe UI Symbol" w:cs="Segoe UI Symbol"/>
        </w:rPr>
        <w:t>☐</w:t>
      </w:r>
      <w:r w:rsidRPr="006C20A0">
        <w:rPr>
          <w:rFonts w:asciiTheme="majorHAnsi" w:hAnsiTheme="majorHAnsi" w:cstheme="majorHAnsi"/>
        </w:rPr>
        <w:t xml:space="preserve"> Volunteer Driver (own car)</w:t>
      </w:r>
    </w:p>
    <w:p w14:paraId="41A5A36F" w14:textId="77777777" w:rsidR="00B1384C" w:rsidRPr="006C20A0" w:rsidRDefault="00A87205">
      <w:pPr>
        <w:rPr>
          <w:rFonts w:asciiTheme="majorHAnsi" w:hAnsiTheme="majorHAnsi" w:cstheme="majorHAnsi"/>
        </w:rPr>
      </w:pPr>
      <w:r w:rsidRPr="006C20A0">
        <w:rPr>
          <w:rFonts w:ascii="Segoe UI Symbol" w:hAnsi="Segoe UI Symbol" w:cs="Segoe UI Symbol"/>
        </w:rPr>
        <w:t>☐</w:t>
      </w:r>
      <w:r w:rsidRPr="006C20A0">
        <w:rPr>
          <w:rFonts w:asciiTheme="majorHAnsi" w:hAnsiTheme="majorHAnsi" w:cstheme="majorHAnsi"/>
        </w:rPr>
        <w:t xml:space="preserve"> Receptionist – Greenford Community Centre</w:t>
      </w:r>
    </w:p>
    <w:p w14:paraId="0A7BBC9C" w14:textId="77777777" w:rsidR="00B1384C" w:rsidRPr="006C20A0" w:rsidRDefault="00A87205">
      <w:pPr>
        <w:rPr>
          <w:rFonts w:asciiTheme="majorHAnsi" w:hAnsiTheme="majorHAnsi" w:cstheme="majorHAnsi"/>
        </w:rPr>
      </w:pPr>
      <w:r w:rsidRPr="006C20A0">
        <w:rPr>
          <w:rFonts w:ascii="Segoe UI Symbol" w:hAnsi="Segoe UI Symbol" w:cs="Segoe UI Symbol"/>
        </w:rPr>
        <w:t>☐</w:t>
      </w:r>
      <w:r w:rsidRPr="006C20A0">
        <w:rPr>
          <w:rFonts w:asciiTheme="majorHAnsi" w:hAnsiTheme="majorHAnsi" w:cstheme="majorHAnsi"/>
        </w:rPr>
        <w:t xml:space="preserve"> Coffee Morning &amp; Social Events</w:t>
      </w:r>
    </w:p>
    <w:p w14:paraId="47FF53A2" w14:textId="77777777" w:rsidR="00B1384C" w:rsidRPr="006C20A0" w:rsidRDefault="00A87205">
      <w:pPr>
        <w:rPr>
          <w:rFonts w:asciiTheme="majorHAnsi" w:hAnsiTheme="majorHAnsi" w:cstheme="majorHAnsi"/>
        </w:rPr>
      </w:pPr>
      <w:r w:rsidRPr="006C20A0">
        <w:rPr>
          <w:rFonts w:ascii="Segoe UI Symbol" w:hAnsi="Segoe UI Symbol" w:cs="Segoe UI Symbol"/>
        </w:rPr>
        <w:t>☐</w:t>
      </w:r>
      <w:r w:rsidRPr="006C20A0">
        <w:rPr>
          <w:rFonts w:asciiTheme="majorHAnsi" w:hAnsiTheme="majorHAnsi" w:cstheme="majorHAnsi"/>
        </w:rPr>
        <w:t xml:space="preserve"> Administration</w:t>
      </w:r>
    </w:p>
    <w:p w14:paraId="29385913" w14:textId="77777777" w:rsidR="00B1384C" w:rsidRPr="006C20A0" w:rsidRDefault="00A87205">
      <w:pPr>
        <w:rPr>
          <w:rFonts w:asciiTheme="majorHAnsi" w:hAnsiTheme="majorHAnsi" w:cstheme="majorHAnsi"/>
        </w:rPr>
      </w:pPr>
      <w:r w:rsidRPr="006C20A0">
        <w:rPr>
          <w:rFonts w:ascii="Segoe UI Symbol" w:hAnsi="Segoe UI Symbol" w:cs="Segoe UI Symbol"/>
        </w:rPr>
        <w:t>☐</w:t>
      </w:r>
      <w:r w:rsidRPr="006C20A0">
        <w:rPr>
          <w:rFonts w:asciiTheme="majorHAnsi" w:hAnsiTheme="majorHAnsi" w:cstheme="majorHAnsi"/>
        </w:rPr>
        <w:t xml:space="preserve"> Frontline Customer Service</w:t>
      </w:r>
    </w:p>
    <w:p w14:paraId="71BE04F7" w14:textId="77777777" w:rsidR="00B1384C" w:rsidRPr="006C20A0" w:rsidRDefault="00A87205">
      <w:pPr>
        <w:rPr>
          <w:rFonts w:asciiTheme="majorHAnsi" w:hAnsiTheme="majorHAnsi" w:cstheme="majorHAnsi"/>
        </w:rPr>
      </w:pPr>
      <w:r w:rsidRPr="006C20A0">
        <w:rPr>
          <w:rFonts w:ascii="Segoe UI Symbol" w:hAnsi="Segoe UI Symbol" w:cs="Segoe UI Symbol"/>
        </w:rPr>
        <w:t>☐</w:t>
      </w:r>
      <w:r w:rsidRPr="006C20A0">
        <w:rPr>
          <w:rFonts w:asciiTheme="majorHAnsi" w:hAnsiTheme="majorHAnsi" w:cstheme="majorHAnsi"/>
        </w:rPr>
        <w:t xml:space="preserve"> IT Digital Inclusion Champion</w:t>
      </w:r>
    </w:p>
    <w:p w14:paraId="21D17A7C" w14:textId="77777777" w:rsidR="00B1384C" w:rsidRDefault="00A87205">
      <w:pPr>
        <w:rPr>
          <w:rFonts w:asciiTheme="majorHAnsi" w:hAnsiTheme="majorHAnsi" w:cstheme="majorHAnsi"/>
        </w:rPr>
      </w:pPr>
      <w:r w:rsidRPr="006C20A0">
        <w:rPr>
          <w:rFonts w:ascii="Segoe UI Symbol" w:hAnsi="Segoe UI Symbol" w:cs="Segoe UI Symbol"/>
        </w:rPr>
        <w:t>☐</w:t>
      </w:r>
      <w:r w:rsidRPr="006C20A0">
        <w:rPr>
          <w:rFonts w:asciiTheme="majorHAnsi" w:hAnsiTheme="majorHAnsi" w:cstheme="majorHAnsi"/>
        </w:rPr>
        <w:t xml:space="preserve"> Finance Admin</w:t>
      </w:r>
    </w:p>
    <w:p w14:paraId="740A77BA" w14:textId="73AB6CD2" w:rsidR="00E80001" w:rsidRPr="006C20A0" w:rsidRDefault="00E80001">
      <w:pPr>
        <w:rPr>
          <w:rFonts w:asciiTheme="majorHAnsi" w:hAnsiTheme="majorHAnsi" w:cstheme="majorHAnsi"/>
        </w:rPr>
      </w:pPr>
      <w:r w:rsidRPr="006C20A0">
        <w:rPr>
          <w:rFonts w:ascii="Segoe UI Symbol" w:hAnsi="Segoe UI Symbol" w:cs="Segoe UI Symbol"/>
        </w:rPr>
        <w:t>☐</w:t>
      </w:r>
      <w:r>
        <w:rPr>
          <w:rFonts w:ascii="Segoe UI Symbol" w:hAnsi="Segoe UI Symbol" w:cs="Segoe UI Symbol"/>
        </w:rPr>
        <w:t xml:space="preserve"> </w:t>
      </w:r>
      <w:r>
        <w:rPr>
          <w:rFonts w:asciiTheme="majorHAnsi" w:hAnsiTheme="majorHAnsi" w:cstheme="majorHAnsi"/>
        </w:rPr>
        <w:t xml:space="preserve">Enabling Connectors </w:t>
      </w:r>
    </w:p>
    <w:p w14:paraId="7C54992C" w14:textId="77777777" w:rsidR="00B1384C" w:rsidRPr="006C20A0" w:rsidRDefault="00A87205">
      <w:pPr>
        <w:pStyle w:val="Heading2"/>
        <w:rPr>
          <w:rFonts w:cstheme="majorHAnsi"/>
        </w:rPr>
      </w:pPr>
      <w:r w:rsidRPr="006C20A0">
        <w:rPr>
          <w:rFonts w:cstheme="majorHAnsi"/>
        </w:rPr>
        <w:t>5. Availability</w:t>
      </w:r>
    </w:p>
    <w:p w14:paraId="54851AAE" w14:textId="58F029EE" w:rsidR="00B1384C" w:rsidRPr="006C20A0" w:rsidRDefault="00A87205">
      <w:pPr>
        <w:rPr>
          <w:rFonts w:asciiTheme="majorHAnsi" w:hAnsiTheme="majorHAnsi" w:cstheme="majorHAnsi"/>
        </w:rPr>
      </w:pPr>
      <w:r w:rsidRPr="006C20A0">
        <w:rPr>
          <w:rFonts w:asciiTheme="majorHAnsi" w:hAnsiTheme="majorHAnsi" w:cstheme="majorHAnsi"/>
        </w:rPr>
        <w:t>Days Available: __________________________________________</w:t>
      </w:r>
      <w:r w:rsidR="006C20A0">
        <w:rPr>
          <w:rFonts w:asciiTheme="majorHAnsi" w:hAnsiTheme="majorHAnsi" w:cstheme="majorHAnsi"/>
        </w:rPr>
        <w:t>_______</w:t>
      </w:r>
    </w:p>
    <w:p w14:paraId="115D5C0E" w14:textId="69AF7A6F" w:rsidR="00B1384C" w:rsidRPr="006C20A0" w:rsidRDefault="00A87205">
      <w:pPr>
        <w:rPr>
          <w:rFonts w:asciiTheme="majorHAnsi" w:hAnsiTheme="majorHAnsi" w:cstheme="majorHAnsi"/>
        </w:rPr>
      </w:pPr>
      <w:r w:rsidRPr="006C20A0">
        <w:rPr>
          <w:rFonts w:asciiTheme="majorHAnsi" w:hAnsiTheme="majorHAnsi" w:cstheme="majorHAnsi"/>
        </w:rPr>
        <w:t>Times Available: _________________________________________</w:t>
      </w:r>
      <w:r w:rsidR="006C20A0">
        <w:rPr>
          <w:rFonts w:asciiTheme="majorHAnsi" w:hAnsiTheme="majorHAnsi" w:cstheme="majorHAnsi"/>
        </w:rPr>
        <w:t>_______</w:t>
      </w:r>
    </w:p>
    <w:p w14:paraId="67D27BD6" w14:textId="77777777" w:rsidR="006C20A0" w:rsidRDefault="006C20A0">
      <w:pPr>
        <w:pStyle w:val="Heading2"/>
        <w:rPr>
          <w:rFonts w:cstheme="majorHAnsi"/>
        </w:rPr>
      </w:pPr>
    </w:p>
    <w:p w14:paraId="45A14C91" w14:textId="0BF8EE16" w:rsidR="00B1384C" w:rsidRPr="006C20A0" w:rsidRDefault="00A87205">
      <w:pPr>
        <w:pStyle w:val="Heading2"/>
        <w:rPr>
          <w:rFonts w:cstheme="majorHAnsi"/>
        </w:rPr>
      </w:pPr>
      <w:r w:rsidRPr="006C20A0">
        <w:rPr>
          <w:rFonts w:cstheme="majorHAnsi"/>
        </w:rPr>
        <w:t>6. Support Requirements</w:t>
      </w:r>
    </w:p>
    <w:p w14:paraId="58033B74" w14:textId="77777777" w:rsidR="00B1384C" w:rsidRPr="006C20A0" w:rsidRDefault="00A87205">
      <w:pPr>
        <w:rPr>
          <w:rFonts w:asciiTheme="majorHAnsi" w:hAnsiTheme="majorHAnsi" w:cstheme="majorHAnsi"/>
        </w:rPr>
      </w:pPr>
      <w:r w:rsidRPr="006C20A0">
        <w:rPr>
          <w:rFonts w:asciiTheme="majorHAnsi" w:hAnsiTheme="majorHAnsi" w:cstheme="majorHAnsi"/>
        </w:rPr>
        <w:t>Please let us know if you require any adjustments to carry out your role:</w:t>
      </w:r>
    </w:p>
    <w:p w14:paraId="0F0CB6BF" w14:textId="62FB0C25" w:rsidR="00B1384C" w:rsidRPr="006C20A0" w:rsidRDefault="00A87205">
      <w:pPr>
        <w:rPr>
          <w:rFonts w:asciiTheme="majorHAnsi" w:hAnsiTheme="majorHAnsi" w:cstheme="majorHAnsi"/>
        </w:rPr>
      </w:pPr>
      <w:r w:rsidRPr="006C20A0">
        <w:rPr>
          <w:rFonts w:asciiTheme="majorHAnsi" w:hAnsiTheme="majorHAnsi" w:cstheme="majorHAnsi"/>
        </w:rPr>
        <w:t>__________________________________________________________</w:t>
      </w:r>
      <w:r w:rsidR="006C20A0">
        <w:rPr>
          <w:rFonts w:asciiTheme="majorHAnsi" w:hAnsiTheme="majorHAnsi" w:cstheme="majorHAnsi"/>
        </w:rPr>
        <w:t>_____</w:t>
      </w:r>
    </w:p>
    <w:p w14:paraId="75CB7C8C" w14:textId="77777777" w:rsidR="00B1384C" w:rsidRPr="006C20A0" w:rsidRDefault="00A87205">
      <w:pPr>
        <w:pStyle w:val="Heading2"/>
        <w:rPr>
          <w:rFonts w:cstheme="majorHAnsi"/>
        </w:rPr>
      </w:pPr>
      <w:r w:rsidRPr="006C20A0">
        <w:rPr>
          <w:rFonts w:cstheme="majorHAnsi"/>
        </w:rPr>
        <w:t>7. References</w:t>
      </w:r>
    </w:p>
    <w:p w14:paraId="1A760BC9" w14:textId="77777777" w:rsidR="00B1384C" w:rsidRPr="006C20A0" w:rsidRDefault="00A87205">
      <w:pPr>
        <w:rPr>
          <w:rFonts w:asciiTheme="majorHAnsi" w:hAnsiTheme="majorHAnsi" w:cstheme="majorHAnsi"/>
        </w:rPr>
      </w:pPr>
      <w:r w:rsidRPr="006C20A0">
        <w:rPr>
          <w:rFonts w:asciiTheme="majorHAnsi" w:hAnsiTheme="majorHAnsi" w:cstheme="majorHAnsi"/>
        </w:rPr>
        <w:t>Please provide two referees (known for at least 2 years). One must be a current or previous employer.</w:t>
      </w:r>
    </w:p>
    <w:p w14:paraId="3DAEDA7D" w14:textId="77777777" w:rsidR="00B1384C" w:rsidRPr="006C20A0" w:rsidRDefault="00A87205">
      <w:pPr>
        <w:rPr>
          <w:rFonts w:asciiTheme="majorHAnsi" w:hAnsiTheme="majorHAnsi" w:cstheme="majorHAnsi"/>
        </w:rPr>
      </w:pPr>
      <w:r w:rsidRPr="006C20A0">
        <w:rPr>
          <w:rFonts w:asciiTheme="majorHAnsi" w:hAnsiTheme="majorHAnsi" w:cstheme="majorHAnsi"/>
        </w:rPr>
        <w:t>Referees must not be family members or close relations.</w:t>
      </w:r>
      <w:r w:rsidRPr="006C20A0">
        <w:rPr>
          <w:rFonts w:asciiTheme="majorHAnsi" w:hAnsiTheme="majorHAnsi" w:cstheme="majorHAnsi"/>
        </w:rPr>
        <w:br/>
      </w:r>
    </w:p>
    <w:p w14:paraId="7800B749" w14:textId="77777777" w:rsidR="00B1384C" w:rsidRPr="006C20A0" w:rsidRDefault="00A87205">
      <w:pPr>
        <w:pStyle w:val="Heading3"/>
        <w:rPr>
          <w:rFonts w:cstheme="majorHAnsi"/>
        </w:rPr>
      </w:pPr>
      <w:r w:rsidRPr="006C20A0">
        <w:rPr>
          <w:rFonts w:cstheme="majorHAnsi"/>
        </w:rPr>
        <w:t>Referee 1</w:t>
      </w:r>
    </w:p>
    <w:p w14:paraId="4E846F78" w14:textId="77777777" w:rsidR="00B1384C" w:rsidRPr="006C20A0" w:rsidRDefault="00A87205">
      <w:pPr>
        <w:rPr>
          <w:rFonts w:asciiTheme="majorHAnsi" w:hAnsiTheme="majorHAnsi" w:cstheme="majorHAnsi"/>
        </w:rPr>
      </w:pPr>
      <w:r w:rsidRPr="006C20A0">
        <w:rPr>
          <w:rFonts w:asciiTheme="majorHAnsi" w:hAnsiTheme="majorHAnsi" w:cstheme="majorHAnsi"/>
        </w:rPr>
        <w:t>Name: _________________________________________________</w:t>
      </w:r>
    </w:p>
    <w:p w14:paraId="49B5237D" w14:textId="77777777" w:rsidR="00B1384C" w:rsidRPr="006C20A0" w:rsidRDefault="00A87205">
      <w:pPr>
        <w:rPr>
          <w:rFonts w:asciiTheme="majorHAnsi" w:hAnsiTheme="majorHAnsi" w:cstheme="majorHAnsi"/>
        </w:rPr>
      </w:pPr>
      <w:r w:rsidRPr="006C20A0">
        <w:rPr>
          <w:rFonts w:asciiTheme="majorHAnsi" w:hAnsiTheme="majorHAnsi" w:cstheme="majorHAnsi"/>
        </w:rPr>
        <w:t>Title: ____________________</w:t>
      </w:r>
    </w:p>
    <w:p w14:paraId="451F4488" w14:textId="77777777" w:rsidR="00B1384C" w:rsidRPr="006C20A0" w:rsidRDefault="00A87205">
      <w:pPr>
        <w:rPr>
          <w:rFonts w:asciiTheme="majorHAnsi" w:hAnsiTheme="majorHAnsi" w:cstheme="majorHAnsi"/>
        </w:rPr>
      </w:pPr>
      <w:r w:rsidRPr="006C20A0">
        <w:rPr>
          <w:rFonts w:asciiTheme="majorHAnsi" w:hAnsiTheme="majorHAnsi" w:cstheme="majorHAnsi"/>
        </w:rPr>
        <w:t>Email: _________________________________________________</w:t>
      </w:r>
    </w:p>
    <w:p w14:paraId="5B94F23E" w14:textId="77777777" w:rsidR="00B1384C" w:rsidRPr="006C20A0" w:rsidRDefault="00A87205">
      <w:pPr>
        <w:rPr>
          <w:rFonts w:asciiTheme="majorHAnsi" w:hAnsiTheme="majorHAnsi" w:cstheme="majorHAnsi"/>
        </w:rPr>
      </w:pPr>
      <w:r w:rsidRPr="006C20A0">
        <w:rPr>
          <w:rFonts w:asciiTheme="majorHAnsi" w:hAnsiTheme="majorHAnsi" w:cstheme="majorHAnsi"/>
        </w:rPr>
        <w:t>Address: _______________________________________________</w:t>
      </w:r>
    </w:p>
    <w:p w14:paraId="7C1E1062" w14:textId="77777777" w:rsidR="00B1384C" w:rsidRPr="006C20A0" w:rsidRDefault="00A87205">
      <w:pPr>
        <w:rPr>
          <w:rFonts w:asciiTheme="majorHAnsi" w:hAnsiTheme="majorHAnsi" w:cstheme="majorHAnsi"/>
        </w:rPr>
      </w:pPr>
      <w:r w:rsidRPr="006C20A0">
        <w:rPr>
          <w:rFonts w:asciiTheme="majorHAnsi" w:hAnsiTheme="majorHAnsi" w:cstheme="majorHAnsi"/>
        </w:rPr>
        <w:t>Postcode: ____________________  Tel: ____________________</w:t>
      </w:r>
    </w:p>
    <w:p w14:paraId="286773F8" w14:textId="77777777" w:rsidR="00B1384C" w:rsidRPr="006C20A0" w:rsidRDefault="00A87205">
      <w:pPr>
        <w:rPr>
          <w:rFonts w:asciiTheme="majorHAnsi" w:hAnsiTheme="majorHAnsi" w:cstheme="majorHAnsi"/>
        </w:rPr>
      </w:pPr>
      <w:r w:rsidRPr="006C20A0">
        <w:rPr>
          <w:rFonts w:asciiTheme="majorHAnsi" w:hAnsiTheme="majorHAnsi" w:cstheme="majorHAnsi"/>
        </w:rPr>
        <w:t>Relationship to you: ____________________________________</w:t>
      </w:r>
    </w:p>
    <w:p w14:paraId="23D8A805" w14:textId="77777777" w:rsidR="00B1384C" w:rsidRPr="006C20A0" w:rsidRDefault="00A87205">
      <w:pPr>
        <w:pStyle w:val="Heading3"/>
        <w:rPr>
          <w:rFonts w:cstheme="majorHAnsi"/>
        </w:rPr>
      </w:pPr>
      <w:r w:rsidRPr="006C20A0">
        <w:rPr>
          <w:rFonts w:cstheme="majorHAnsi"/>
        </w:rPr>
        <w:t>Referee 2</w:t>
      </w:r>
    </w:p>
    <w:p w14:paraId="49B280C3" w14:textId="77777777" w:rsidR="00B1384C" w:rsidRPr="006C20A0" w:rsidRDefault="00A87205">
      <w:pPr>
        <w:rPr>
          <w:rFonts w:asciiTheme="majorHAnsi" w:hAnsiTheme="majorHAnsi" w:cstheme="majorHAnsi"/>
        </w:rPr>
      </w:pPr>
      <w:r w:rsidRPr="006C20A0">
        <w:rPr>
          <w:rFonts w:asciiTheme="majorHAnsi" w:hAnsiTheme="majorHAnsi" w:cstheme="majorHAnsi"/>
        </w:rPr>
        <w:t>Name: _________________________________________________</w:t>
      </w:r>
    </w:p>
    <w:p w14:paraId="6002947A" w14:textId="77777777" w:rsidR="00B1384C" w:rsidRPr="006C20A0" w:rsidRDefault="00A87205">
      <w:pPr>
        <w:rPr>
          <w:rFonts w:asciiTheme="majorHAnsi" w:hAnsiTheme="majorHAnsi" w:cstheme="majorHAnsi"/>
        </w:rPr>
      </w:pPr>
      <w:r w:rsidRPr="006C20A0">
        <w:rPr>
          <w:rFonts w:asciiTheme="majorHAnsi" w:hAnsiTheme="majorHAnsi" w:cstheme="majorHAnsi"/>
        </w:rPr>
        <w:t>Title: ____________________</w:t>
      </w:r>
    </w:p>
    <w:p w14:paraId="5E06EBC7" w14:textId="77777777" w:rsidR="00B1384C" w:rsidRPr="006C20A0" w:rsidRDefault="00A87205">
      <w:pPr>
        <w:rPr>
          <w:rFonts w:asciiTheme="majorHAnsi" w:hAnsiTheme="majorHAnsi" w:cstheme="majorHAnsi"/>
        </w:rPr>
      </w:pPr>
      <w:r w:rsidRPr="006C20A0">
        <w:rPr>
          <w:rFonts w:asciiTheme="majorHAnsi" w:hAnsiTheme="majorHAnsi" w:cstheme="majorHAnsi"/>
        </w:rPr>
        <w:t>Email: _________________________________________________</w:t>
      </w:r>
    </w:p>
    <w:p w14:paraId="4A901ADE" w14:textId="77777777" w:rsidR="00B1384C" w:rsidRPr="006C20A0" w:rsidRDefault="00A87205">
      <w:pPr>
        <w:rPr>
          <w:rFonts w:asciiTheme="majorHAnsi" w:hAnsiTheme="majorHAnsi" w:cstheme="majorHAnsi"/>
        </w:rPr>
      </w:pPr>
      <w:r w:rsidRPr="006C20A0">
        <w:rPr>
          <w:rFonts w:asciiTheme="majorHAnsi" w:hAnsiTheme="majorHAnsi" w:cstheme="majorHAnsi"/>
        </w:rPr>
        <w:t>Address: _______________________________________________</w:t>
      </w:r>
    </w:p>
    <w:p w14:paraId="15638DDE" w14:textId="77777777" w:rsidR="00B1384C" w:rsidRPr="006C20A0" w:rsidRDefault="00A87205">
      <w:pPr>
        <w:rPr>
          <w:rFonts w:asciiTheme="majorHAnsi" w:hAnsiTheme="majorHAnsi" w:cstheme="majorHAnsi"/>
        </w:rPr>
      </w:pPr>
      <w:r w:rsidRPr="006C20A0">
        <w:rPr>
          <w:rFonts w:asciiTheme="majorHAnsi" w:hAnsiTheme="majorHAnsi" w:cstheme="majorHAnsi"/>
        </w:rPr>
        <w:t>Postcode: ____________________  Tel: ____________________</w:t>
      </w:r>
    </w:p>
    <w:p w14:paraId="2746419C" w14:textId="77777777" w:rsidR="00B1384C" w:rsidRPr="006C20A0" w:rsidRDefault="00A87205">
      <w:pPr>
        <w:rPr>
          <w:rFonts w:asciiTheme="majorHAnsi" w:hAnsiTheme="majorHAnsi" w:cstheme="majorHAnsi"/>
        </w:rPr>
      </w:pPr>
      <w:r w:rsidRPr="006C20A0">
        <w:rPr>
          <w:rFonts w:asciiTheme="majorHAnsi" w:hAnsiTheme="majorHAnsi" w:cstheme="majorHAnsi"/>
        </w:rPr>
        <w:t>Relationship to you: ____________________________________</w:t>
      </w:r>
    </w:p>
    <w:p w14:paraId="4D4FCDD8" w14:textId="77777777" w:rsidR="00B1384C" w:rsidRPr="006C20A0" w:rsidRDefault="00A87205">
      <w:pPr>
        <w:rPr>
          <w:rFonts w:asciiTheme="majorHAnsi" w:hAnsiTheme="majorHAnsi" w:cstheme="majorHAnsi"/>
        </w:rPr>
      </w:pPr>
      <w:r w:rsidRPr="006C20A0">
        <w:rPr>
          <w:rFonts w:asciiTheme="majorHAnsi" w:hAnsiTheme="majorHAnsi" w:cstheme="majorHAnsi"/>
        </w:rPr>
        <w:br/>
      </w:r>
      <w:r w:rsidRPr="006C20A0">
        <w:rPr>
          <w:rFonts w:asciiTheme="majorHAnsi" w:hAnsiTheme="majorHAnsi" w:cstheme="majorHAnsi"/>
        </w:rPr>
        <w:t>Date of Completion: ____________________</w:t>
      </w:r>
    </w:p>
    <w:p w14:paraId="0998BEF3" w14:textId="77777777" w:rsidR="00B1384C" w:rsidRPr="006C20A0" w:rsidRDefault="00A87205">
      <w:pPr>
        <w:rPr>
          <w:rFonts w:asciiTheme="majorHAnsi" w:hAnsiTheme="majorHAnsi" w:cstheme="majorHAnsi"/>
        </w:rPr>
      </w:pPr>
      <w:r w:rsidRPr="006C20A0">
        <w:rPr>
          <w:rFonts w:asciiTheme="majorHAnsi" w:hAnsiTheme="majorHAnsi" w:cstheme="majorHAnsi"/>
          <w:b/>
          <w:bCs/>
        </w:rPr>
        <w:t>Note:</w:t>
      </w:r>
      <w:r w:rsidRPr="006C20A0">
        <w:rPr>
          <w:rFonts w:asciiTheme="majorHAnsi" w:hAnsiTheme="majorHAnsi" w:cstheme="majorHAnsi"/>
        </w:rPr>
        <w:t xml:space="preserve"> A DBS check may be required before starting your volunteer role.</w:t>
      </w:r>
    </w:p>
    <w:sectPr w:rsidR="00B1384C" w:rsidRPr="006C20A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DDC565" w14:textId="77777777" w:rsidR="00A87205" w:rsidRDefault="00A87205" w:rsidP="006C20A0">
      <w:pPr>
        <w:spacing w:after="0" w:line="240" w:lineRule="auto"/>
      </w:pPr>
      <w:r>
        <w:separator/>
      </w:r>
    </w:p>
  </w:endnote>
  <w:endnote w:type="continuationSeparator" w:id="0">
    <w:p w14:paraId="53A95E92" w14:textId="77777777" w:rsidR="00A87205" w:rsidRDefault="00A87205" w:rsidP="006C20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F5ECB" w14:textId="77777777" w:rsidR="00A87205" w:rsidRDefault="00A87205" w:rsidP="006C20A0">
      <w:pPr>
        <w:spacing w:after="0" w:line="240" w:lineRule="auto"/>
      </w:pPr>
      <w:r>
        <w:separator/>
      </w:r>
    </w:p>
  </w:footnote>
  <w:footnote w:type="continuationSeparator" w:id="0">
    <w:p w14:paraId="12A2F468" w14:textId="77777777" w:rsidR="00A87205" w:rsidRDefault="00A87205" w:rsidP="006C20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71344273">
    <w:abstractNumId w:val="8"/>
  </w:num>
  <w:num w:numId="2" w16cid:durableId="2068262188">
    <w:abstractNumId w:val="6"/>
  </w:num>
  <w:num w:numId="3" w16cid:durableId="243417222">
    <w:abstractNumId w:val="5"/>
  </w:num>
  <w:num w:numId="4" w16cid:durableId="1902909771">
    <w:abstractNumId w:val="4"/>
  </w:num>
  <w:num w:numId="5" w16cid:durableId="677581844">
    <w:abstractNumId w:val="7"/>
  </w:num>
  <w:num w:numId="6" w16cid:durableId="650401794">
    <w:abstractNumId w:val="3"/>
  </w:num>
  <w:num w:numId="7" w16cid:durableId="1110856895">
    <w:abstractNumId w:val="2"/>
  </w:num>
  <w:num w:numId="8" w16cid:durableId="847594924">
    <w:abstractNumId w:val="1"/>
  </w:num>
  <w:num w:numId="9" w16cid:durableId="10517275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41F3A"/>
    <w:rsid w:val="0029639D"/>
    <w:rsid w:val="002A2104"/>
    <w:rsid w:val="00326F90"/>
    <w:rsid w:val="006254AE"/>
    <w:rsid w:val="006C20A0"/>
    <w:rsid w:val="00A87205"/>
    <w:rsid w:val="00AA1D8D"/>
    <w:rsid w:val="00B1384C"/>
    <w:rsid w:val="00B47730"/>
    <w:rsid w:val="00CB0664"/>
    <w:rsid w:val="00D72E58"/>
    <w:rsid w:val="00E522F5"/>
    <w:rsid w:val="00E8000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50CF65A"/>
  <w14:defaultImageDpi w14:val="300"/>
  <w15:docId w15:val="{5E3067D5-833E-4A71-A2C7-C2E7A0335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466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3117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Siobhan Thompson</cp:lastModifiedBy>
  <cp:revision>2</cp:revision>
  <dcterms:created xsi:type="dcterms:W3CDTF">2026-07-23T16:47:00Z</dcterms:created>
  <dcterms:modified xsi:type="dcterms:W3CDTF">2026-07-23T16:47:00Z</dcterms:modified>
  <cp:category/>
</cp:coreProperties>
</file>