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0809" w:rsidRDefault="00486A57" w:rsidP="00546E66">
      <w:pPr>
        <w:jc w:val="center"/>
        <w:rPr>
          <w:rFonts w:ascii="Aptos" w:hAnsi="Aptos"/>
          <w:b/>
          <w:sz w:val="24"/>
          <w:szCs w:val="24"/>
        </w:rPr>
      </w:pPr>
      <w:r w:rsidRPr="00473232">
        <w:rPr>
          <w:rFonts w:ascii="Aptos" w:hAnsi="Aptos"/>
          <w:b/>
          <w:sz w:val="24"/>
          <w:szCs w:val="24"/>
        </w:rPr>
        <w:t>PAN Welfare Grant Referral Form</w:t>
      </w:r>
      <w:r w:rsidR="004310DE">
        <w:rPr>
          <w:rFonts w:ascii="Aptos" w:hAnsi="Aptos"/>
          <w:b/>
          <w:sz w:val="24"/>
          <w:szCs w:val="24"/>
        </w:rPr>
        <w:t xml:space="preserve"> for Gloucester</w:t>
      </w:r>
    </w:p>
    <w:p w:rsidR="00C82981" w:rsidRPr="00C82981" w:rsidRDefault="00C82981" w:rsidP="00C82981">
      <w:pPr>
        <w:pStyle w:val="NormalWeb"/>
        <w:spacing w:line="300" w:lineRule="atLeast"/>
        <w:rPr>
          <w:b/>
        </w:rPr>
      </w:pPr>
      <w:r w:rsidRPr="00C82981">
        <w:rPr>
          <w:b/>
          <w:bCs/>
        </w:rPr>
        <w:t>This offers small grants of up to £2</w:t>
      </w:r>
      <w:r>
        <w:rPr>
          <w:b/>
          <w:bCs/>
        </w:rPr>
        <w:t>00</w:t>
      </w:r>
      <w:r w:rsidRPr="00C82981">
        <w:rPr>
          <w:b/>
          <w:bCs/>
        </w:rPr>
        <w:t xml:space="preserve"> to help people access activities, services, or equipment where the cost of participation, clothing or equipment may otherwise be a </w:t>
      </w:r>
      <w:proofErr w:type="spellStart"/>
      <w:proofErr w:type="gramStart"/>
      <w:r w:rsidRPr="00C82981">
        <w:rPr>
          <w:b/>
          <w:bCs/>
        </w:rPr>
        <w:t>barrier.</w:t>
      </w:r>
      <w:r w:rsidR="0013398B">
        <w:rPr>
          <w:b/>
        </w:rPr>
        <w:t>Examples</w:t>
      </w:r>
      <w:proofErr w:type="spellEnd"/>
      <w:proofErr w:type="gramEnd"/>
      <w:r w:rsidR="0013398B">
        <w:rPr>
          <w:b/>
        </w:rPr>
        <w:t xml:space="preserve"> of use</w:t>
      </w:r>
      <w:r w:rsidR="00066C6A">
        <w:rPr>
          <w:b/>
        </w:rPr>
        <w:t xml:space="preserve"> can be equipment, training, </w:t>
      </w:r>
      <w:r w:rsidR="0013398B">
        <w:rPr>
          <w:b/>
        </w:rPr>
        <w:t>cost of activity or transport, but all applications will be considered.  T</w:t>
      </w:r>
      <w:r w:rsidR="00720867">
        <w:rPr>
          <w:b/>
        </w:rPr>
        <w:t>he products or services will be paid for directly</w:t>
      </w:r>
      <w:r w:rsidR="008F1FA3">
        <w:rPr>
          <w:b/>
        </w:rPr>
        <w:t xml:space="preserve"> by us</w:t>
      </w:r>
      <w:r w:rsidR="00546E66">
        <w:rPr>
          <w:b/>
        </w:rPr>
        <w:t>,</w:t>
      </w:r>
      <w:r w:rsidR="008F1FA3">
        <w:rPr>
          <w:b/>
        </w:rPr>
        <w:t xml:space="preserve"> and a cash alternative is not availabl</w:t>
      </w:r>
      <w:r w:rsidR="004310DE">
        <w:rPr>
          <w:b/>
        </w:rPr>
        <w:t xml:space="preserve">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46E66" w:rsidRPr="00473232" w:rsidTr="001660A9">
        <w:tc>
          <w:tcPr>
            <w:tcW w:w="8630" w:type="dxa"/>
          </w:tcPr>
          <w:p w:rsidR="00546E66" w:rsidRDefault="00546E66" w:rsidP="001660A9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b/>
                <w:sz w:val="24"/>
                <w:szCs w:val="24"/>
              </w:rPr>
              <w:t>Client Consent</w:t>
            </w:r>
          </w:p>
          <w:p w:rsidR="00546E66" w:rsidRPr="00473232" w:rsidRDefault="00546E66" w:rsidP="001660A9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The client has agreed to this referral. YES / NO</w:t>
            </w:r>
          </w:p>
          <w:p w:rsidR="00546E66" w:rsidRPr="00473232" w:rsidRDefault="00546E66" w:rsidP="001660A9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The client understands that their information will be processed for assessing and administering the PAN Welfare Grant in line with GDPR. YES/NO</w:t>
            </w:r>
          </w:p>
          <w:p w:rsidR="00546E66" w:rsidRPr="00473232" w:rsidRDefault="00546E66" w:rsidP="001660A9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The client consents to their details being recorded on the Age UK Gloucestershire system for grant administration, monitoring and follow-up purposes. YES/</w:t>
            </w:r>
            <w:r w:rsidR="008913B2">
              <w:rPr>
                <w:rFonts w:ascii="Aptos" w:hAnsi="Aptos"/>
                <w:sz w:val="24"/>
                <w:szCs w:val="24"/>
              </w:rPr>
              <w:t>NO</w:t>
            </w:r>
          </w:p>
        </w:tc>
      </w:tr>
    </w:tbl>
    <w:p w:rsidR="00546E66" w:rsidRPr="00473232" w:rsidRDefault="00546E66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C3A7C" w:rsidRPr="00473232" w:rsidTr="007C3A7C">
        <w:tc>
          <w:tcPr>
            <w:tcW w:w="8630" w:type="dxa"/>
          </w:tcPr>
          <w:p w:rsidR="00546E66" w:rsidRDefault="00546E66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b/>
                <w:sz w:val="24"/>
                <w:szCs w:val="24"/>
              </w:rPr>
              <w:t>Referring Professional Details</w:t>
            </w:r>
          </w:p>
          <w:p w:rsidR="007C3A7C" w:rsidRPr="00473232" w:rsidRDefault="007C3A7C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Name:</w:t>
            </w:r>
          </w:p>
          <w:p w:rsidR="007C3A7C" w:rsidRPr="00473232" w:rsidRDefault="007C3A7C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Job Title: </w:t>
            </w:r>
          </w:p>
          <w:p w:rsidR="007C3A7C" w:rsidRPr="00473232" w:rsidRDefault="007C3A7C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Organisation: </w:t>
            </w:r>
          </w:p>
          <w:p w:rsidR="007C3A7C" w:rsidRPr="00473232" w:rsidRDefault="007C3A7C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Email:</w:t>
            </w:r>
          </w:p>
          <w:p w:rsidR="007C3A7C" w:rsidRPr="00473232" w:rsidRDefault="007C3A7C" w:rsidP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Telephone: </w:t>
            </w:r>
          </w:p>
          <w:p w:rsidR="007C3A7C" w:rsidRPr="00473232" w:rsidRDefault="007C3A7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Date of Referral:</w:t>
            </w:r>
          </w:p>
        </w:tc>
      </w:tr>
    </w:tbl>
    <w:p w:rsidR="007C3A7C" w:rsidRPr="00473232" w:rsidRDefault="007C3A7C">
      <w:pPr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217D6" w:rsidRPr="00473232" w:rsidTr="007217D6">
        <w:tc>
          <w:tcPr>
            <w:tcW w:w="8630" w:type="dxa"/>
          </w:tcPr>
          <w:p w:rsidR="00546E66" w:rsidRDefault="00546E6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b/>
                <w:sz w:val="24"/>
                <w:szCs w:val="24"/>
              </w:rPr>
              <w:t>Client Details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Full Name: 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Address: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Postcode: 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Date of Birth: 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Telephone Number: </w:t>
            </w:r>
          </w:p>
          <w:p w:rsidR="007217D6" w:rsidRPr="00473232" w:rsidRDefault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GP Surgery:</w:t>
            </w:r>
          </w:p>
        </w:tc>
      </w:tr>
    </w:tbl>
    <w:p w:rsidR="00BE3B67" w:rsidRPr="00473232" w:rsidRDefault="00BE3B67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217D6" w:rsidRPr="00473232" w:rsidTr="007217D6">
        <w:tc>
          <w:tcPr>
            <w:tcW w:w="8630" w:type="dxa"/>
          </w:tcPr>
          <w:p w:rsidR="00546E66" w:rsidRDefault="00546E6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b/>
                <w:sz w:val="24"/>
                <w:szCs w:val="24"/>
              </w:rPr>
              <w:t>Physical Activity Information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Current level of physical activity: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Inactive (less than 30 minutes per week)</w:t>
            </w:r>
          </w:p>
          <w:p w:rsidR="007217D6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Somewhat active (30–149 minutes per week)</w:t>
            </w:r>
          </w:p>
          <w:p w:rsidR="00546E66" w:rsidRPr="00473232" w:rsidRDefault="007217D6" w:rsidP="00546E6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Active (150+ minutes per week)</w:t>
            </w:r>
          </w:p>
        </w:tc>
      </w:tr>
    </w:tbl>
    <w:p w:rsidR="00BE3B67" w:rsidRPr="00473232" w:rsidRDefault="00BE3B67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7217D6" w:rsidRPr="00473232" w:rsidTr="007217D6">
        <w:tc>
          <w:tcPr>
            <w:tcW w:w="8630" w:type="dxa"/>
          </w:tcPr>
          <w:p w:rsidR="00110F8C" w:rsidRPr="00473232" w:rsidRDefault="007217D6" w:rsidP="007217D6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Please explain how the grant will be used and how it will support the client's physical activity, wellbeing and/or mental health.</w:t>
            </w:r>
          </w:p>
          <w:p w:rsidR="00110F8C" w:rsidRPr="00473232" w:rsidRDefault="00110F8C" w:rsidP="007217D6">
            <w:pPr>
              <w:rPr>
                <w:rFonts w:ascii="Aptos" w:hAnsi="Aptos"/>
                <w:sz w:val="24"/>
                <w:szCs w:val="24"/>
              </w:rPr>
            </w:pPr>
          </w:p>
          <w:p w:rsidR="00546E66" w:rsidRDefault="00546E66">
            <w:pPr>
              <w:rPr>
                <w:rFonts w:ascii="Aptos" w:hAnsi="Aptos"/>
                <w:sz w:val="24"/>
                <w:szCs w:val="24"/>
              </w:rPr>
            </w:pPr>
          </w:p>
          <w:p w:rsidR="00546E66" w:rsidRDefault="00546E66">
            <w:pPr>
              <w:rPr>
                <w:rFonts w:ascii="Aptos" w:hAnsi="Aptos"/>
                <w:sz w:val="24"/>
                <w:szCs w:val="24"/>
              </w:rPr>
            </w:pPr>
          </w:p>
          <w:p w:rsidR="008913B2" w:rsidRDefault="008913B2">
            <w:pPr>
              <w:rPr>
                <w:rFonts w:ascii="Aptos" w:hAnsi="Aptos"/>
                <w:sz w:val="24"/>
                <w:szCs w:val="24"/>
              </w:rPr>
            </w:pPr>
          </w:p>
          <w:p w:rsidR="008913B2" w:rsidRDefault="008913B2">
            <w:pPr>
              <w:rPr>
                <w:rFonts w:ascii="Aptos" w:hAnsi="Aptos"/>
                <w:sz w:val="24"/>
                <w:szCs w:val="24"/>
              </w:rPr>
            </w:pPr>
          </w:p>
          <w:p w:rsidR="00546E66" w:rsidRPr="00473232" w:rsidRDefault="00546E66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:rsidR="00BE3B67" w:rsidRPr="00473232" w:rsidRDefault="00BE3B67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110F8C" w:rsidRPr="00473232" w:rsidTr="00A96DE3">
        <w:trPr>
          <w:trHeight w:val="2395"/>
        </w:trPr>
        <w:tc>
          <w:tcPr>
            <w:tcW w:w="8630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24"/>
              <w:gridCol w:w="4190"/>
            </w:tblGrid>
            <w:tr w:rsidR="00110F8C" w:rsidRPr="00473232" w:rsidTr="00C5317A"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  <w:r w:rsidRPr="00473232">
                    <w:rPr>
                      <w:rFonts w:ascii="Aptos" w:hAnsi="Aptos"/>
                      <w:sz w:val="24"/>
                      <w:szCs w:val="24"/>
                    </w:rPr>
                    <w:t xml:space="preserve">Please list </w:t>
                  </w:r>
                  <w:proofErr w:type="gramStart"/>
                  <w:r w:rsidRPr="00473232">
                    <w:rPr>
                      <w:rFonts w:ascii="Aptos" w:hAnsi="Aptos"/>
                      <w:sz w:val="24"/>
                      <w:szCs w:val="24"/>
                    </w:rPr>
                    <w:t>Item</w:t>
                  </w:r>
                  <w:r w:rsidR="00A47129" w:rsidRPr="00473232">
                    <w:rPr>
                      <w:rFonts w:ascii="Aptos" w:hAnsi="Aptos"/>
                      <w:sz w:val="24"/>
                      <w:szCs w:val="24"/>
                    </w:rPr>
                    <w:t>(</w:t>
                  </w:r>
                  <w:r w:rsidR="00CE6041" w:rsidRPr="00473232">
                    <w:rPr>
                      <w:rFonts w:ascii="Aptos" w:hAnsi="Aptos"/>
                      <w:sz w:val="24"/>
                      <w:szCs w:val="24"/>
                    </w:rPr>
                    <w:t xml:space="preserve">s </w:t>
                  </w:r>
                  <w:r w:rsidR="00A47129" w:rsidRPr="00473232">
                    <w:rPr>
                      <w:rFonts w:ascii="Aptos" w:hAnsi="Aptos"/>
                      <w:sz w:val="24"/>
                      <w:szCs w:val="24"/>
                    </w:rPr>
                    <w:t>)</w:t>
                  </w:r>
                  <w:proofErr w:type="gramEnd"/>
                  <w:r w:rsidR="00A47129" w:rsidRPr="00473232">
                    <w:rPr>
                      <w:rFonts w:ascii="Aptos" w:hAnsi="Aptos"/>
                      <w:sz w:val="24"/>
                      <w:szCs w:val="24"/>
                    </w:rPr>
                    <w:t xml:space="preserve"> </w:t>
                  </w:r>
                  <w:r w:rsidR="00CE6041" w:rsidRPr="00473232">
                    <w:rPr>
                      <w:rFonts w:ascii="Aptos" w:hAnsi="Aptos"/>
                      <w:sz w:val="24"/>
                      <w:szCs w:val="24"/>
                    </w:rPr>
                    <w:t>/</w:t>
                  </w:r>
                  <w:proofErr w:type="gramStart"/>
                  <w:r w:rsidR="00CE6041" w:rsidRPr="00473232">
                    <w:rPr>
                      <w:rFonts w:ascii="Aptos" w:hAnsi="Aptos"/>
                      <w:sz w:val="24"/>
                      <w:szCs w:val="24"/>
                    </w:rPr>
                    <w:t>service</w:t>
                  </w:r>
                  <w:r w:rsidR="00A47129" w:rsidRPr="00473232">
                    <w:rPr>
                      <w:rFonts w:ascii="Aptos" w:hAnsi="Aptos"/>
                      <w:sz w:val="24"/>
                      <w:szCs w:val="24"/>
                    </w:rPr>
                    <w:t xml:space="preserve"> </w:t>
                  </w:r>
                  <w:r w:rsidR="00CE6041" w:rsidRPr="00473232">
                    <w:rPr>
                      <w:rFonts w:ascii="Aptos" w:hAnsi="Aptos"/>
                      <w:sz w:val="24"/>
                      <w:szCs w:val="24"/>
                    </w:rPr>
                    <w:t xml:space="preserve"> r</w:t>
                  </w:r>
                  <w:r w:rsidRPr="00473232">
                    <w:rPr>
                      <w:rFonts w:ascii="Aptos" w:hAnsi="Aptos"/>
                      <w:sz w:val="24"/>
                      <w:szCs w:val="24"/>
                    </w:rPr>
                    <w:t>equested</w:t>
                  </w:r>
                  <w:proofErr w:type="gramEnd"/>
                </w:p>
              </w:tc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</w:tr>
            <w:tr w:rsidR="00110F8C" w:rsidRPr="00473232" w:rsidTr="00C5317A"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</w:tr>
            <w:tr w:rsidR="00110F8C" w:rsidRPr="00473232" w:rsidTr="00C5317A"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</w:tr>
            <w:tr w:rsidR="00110F8C" w:rsidRPr="00473232" w:rsidTr="00C5317A"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  <w:tc>
                <w:tcPr>
                  <w:tcW w:w="4320" w:type="dxa"/>
                </w:tcPr>
                <w:p w:rsidR="00110F8C" w:rsidRPr="00473232" w:rsidRDefault="00110F8C" w:rsidP="00110F8C">
                  <w:pPr>
                    <w:rPr>
                      <w:rFonts w:ascii="Aptos" w:hAnsi="Aptos"/>
                      <w:sz w:val="24"/>
                      <w:szCs w:val="24"/>
                    </w:rPr>
                  </w:pPr>
                </w:p>
              </w:tc>
            </w:tr>
          </w:tbl>
          <w:p w:rsidR="00110F8C" w:rsidRPr="00473232" w:rsidRDefault="00110F8C" w:rsidP="00110F8C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 xml:space="preserve">Total Amount Requested (£): </w:t>
            </w:r>
          </w:p>
          <w:p w:rsidR="00110F8C" w:rsidRPr="00473232" w:rsidRDefault="00110F8C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:rsidR="00BE3B67" w:rsidRPr="00473232" w:rsidRDefault="00BE3B67">
      <w:pPr>
        <w:rPr>
          <w:rFonts w:ascii="Aptos" w:hAnsi="Aptos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CE6041" w:rsidRPr="00473232" w:rsidTr="00CE6041">
        <w:tc>
          <w:tcPr>
            <w:tcW w:w="8630" w:type="dxa"/>
          </w:tcPr>
          <w:p w:rsidR="00546E66" w:rsidRDefault="00546E66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b/>
                <w:sz w:val="24"/>
                <w:szCs w:val="24"/>
              </w:rPr>
              <w:t>Expected Outcomes</w:t>
            </w:r>
            <w:r>
              <w:rPr>
                <w:rFonts w:ascii="Aptos" w:hAnsi="Aptos"/>
                <w:b/>
                <w:sz w:val="24"/>
                <w:szCs w:val="24"/>
              </w:rPr>
              <w:t>: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Please tick all that apply: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Increased physical activity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Improved physical health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Improved mental wellbeing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Reduced social isolation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Increased confidence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Improved access to community activities</w:t>
            </w:r>
          </w:p>
          <w:p w:rsidR="00D076EB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☐ Other</w:t>
            </w:r>
          </w:p>
          <w:p w:rsidR="00CE6041" w:rsidRPr="00473232" w:rsidRDefault="00CE6041" w:rsidP="00CE6041">
            <w:pPr>
              <w:rPr>
                <w:rFonts w:ascii="Aptos" w:hAnsi="Aptos"/>
                <w:sz w:val="24"/>
                <w:szCs w:val="24"/>
              </w:rPr>
            </w:pPr>
            <w:r w:rsidRPr="00473232">
              <w:rPr>
                <w:rFonts w:ascii="Aptos" w:hAnsi="Aptos"/>
                <w:sz w:val="24"/>
                <w:szCs w:val="24"/>
              </w:rPr>
              <w:t>Additional comments:</w:t>
            </w:r>
          </w:p>
          <w:p w:rsidR="00D076EB" w:rsidRPr="00473232" w:rsidRDefault="00D076EB" w:rsidP="00CE6041">
            <w:pPr>
              <w:rPr>
                <w:rFonts w:ascii="Aptos" w:hAnsi="Aptos"/>
                <w:sz w:val="24"/>
                <w:szCs w:val="24"/>
              </w:rPr>
            </w:pPr>
          </w:p>
          <w:p w:rsidR="00CE6041" w:rsidRPr="00473232" w:rsidRDefault="00CE6041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:rsidR="00BE3B67" w:rsidRDefault="00BE3B67">
      <w:pPr>
        <w:rPr>
          <w:rFonts w:ascii="Aptos" w:hAnsi="Aptos"/>
          <w:b/>
          <w:sz w:val="24"/>
          <w:szCs w:val="24"/>
        </w:rPr>
      </w:pPr>
    </w:p>
    <w:p w:rsidR="004C1213" w:rsidRDefault="004C1213">
      <w:pPr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Please return to</w:t>
      </w:r>
      <w:r w:rsidR="00472BA5">
        <w:rPr>
          <w:rFonts w:ascii="Aptos" w:hAnsi="Aptos"/>
          <w:b/>
          <w:sz w:val="24"/>
          <w:szCs w:val="24"/>
        </w:rPr>
        <w:t xml:space="preserve">: Beth Baker </w:t>
      </w:r>
      <w:r>
        <w:rPr>
          <w:rFonts w:ascii="Aptos" w:hAnsi="Aptos"/>
          <w:b/>
          <w:sz w:val="24"/>
          <w:szCs w:val="24"/>
        </w:rPr>
        <w:t xml:space="preserve"> </w:t>
      </w:r>
      <w:hyperlink r:id="rId11" w:history="1">
        <w:r w:rsidRPr="00572E4A">
          <w:rPr>
            <w:rStyle w:val="Hyperlink"/>
            <w:rFonts w:ascii="Aptos" w:hAnsi="Aptos"/>
            <w:b/>
            <w:sz w:val="24"/>
            <w:szCs w:val="24"/>
          </w:rPr>
          <w:t>bbaker@ageukgloucestershire.org.uk</w:t>
        </w:r>
      </w:hyperlink>
    </w:p>
    <w:p w:rsidR="004C1213" w:rsidRPr="00473232" w:rsidRDefault="00472BA5">
      <w:pPr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Enquiries Phone: 01452 422660</w:t>
      </w:r>
    </w:p>
    <w:sectPr w:rsidR="004C1213" w:rsidRPr="00473232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35AB" w:rsidRDefault="00E635AB" w:rsidP="006B1D58">
      <w:pPr>
        <w:spacing w:after="0" w:line="240" w:lineRule="auto"/>
      </w:pPr>
      <w:r>
        <w:separator/>
      </w:r>
    </w:p>
  </w:endnote>
  <w:endnote w:type="continuationSeparator" w:id="0">
    <w:p w:rsidR="00E635AB" w:rsidRDefault="00E635AB" w:rsidP="006B1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35AB" w:rsidRDefault="00E635AB" w:rsidP="006B1D58">
      <w:pPr>
        <w:spacing w:after="0" w:line="240" w:lineRule="auto"/>
      </w:pPr>
      <w:r>
        <w:separator/>
      </w:r>
    </w:p>
  </w:footnote>
  <w:footnote w:type="continuationSeparator" w:id="0">
    <w:p w:rsidR="00E635AB" w:rsidRDefault="00E635AB" w:rsidP="006B1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B1D58" w:rsidRDefault="0014216F">
    <w:pPr>
      <w:pStyle w:val="Header"/>
    </w:pPr>
    <w:r>
      <w:rPr>
        <w:noProof/>
      </w:rPr>
      <w:drawing>
        <wp:inline distT="0" distB="0" distL="0" distR="0" wp14:anchorId="76710E58" wp14:editId="6A4039A8">
          <wp:extent cx="2324100" cy="1038225"/>
          <wp:effectExtent l="0" t="0" r="0" b="0"/>
          <wp:docPr id="2024506764" name="Picture 2024506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1038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B1D58" w:rsidRDefault="006B1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7057315">
    <w:abstractNumId w:val="8"/>
  </w:num>
  <w:num w:numId="2" w16cid:durableId="168178178">
    <w:abstractNumId w:val="6"/>
  </w:num>
  <w:num w:numId="3" w16cid:durableId="1445419299">
    <w:abstractNumId w:val="5"/>
  </w:num>
  <w:num w:numId="4" w16cid:durableId="240532823">
    <w:abstractNumId w:val="4"/>
  </w:num>
  <w:num w:numId="5" w16cid:durableId="233978313">
    <w:abstractNumId w:val="7"/>
  </w:num>
  <w:num w:numId="6" w16cid:durableId="1120416504">
    <w:abstractNumId w:val="3"/>
  </w:num>
  <w:num w:numId="7" w16cid:durableId="390740105">
    <w:abstractNumId w:val="2"/>
  </w:num>
  <w:num w:numId="8" w16cid:durableId="1170560593">
    <w:abstractNumId w:val="1"/>
  </w:num>
  <w:num w:numId="9" w16cid:durableId="1420252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6A"/>
    <w:rsid w:val="000D369C"/>
    <w:rsid w:val="00110F8C"/>
    <w:rsid w:val="0013398B"/>
    <w:rsid w:val="0014216F"/>
    <w:rsid w:val="0015074B"/>
    <w:rsid w:val="001773CD"/>
    <w:rsid w:val="00190809"/>
    <w:rsid w:val="001E6027"/>
    <w:rsid w:val="0029639D"/>
    <w:rsid w:val="003155D6"/>
    <w:rsid w:val="00323E18"/>
    <w:rsid w:val="00326F90"/>
    <w:rsid w:val="003C2C4F"/>
    <w:rsid w:val="004310DE"/>
    <w:rsid w:val="00472BA5"/>
    <w:rsid w:val="00473232"/>
    <w:rsid w:val="00486A57"/>
    <w:rsid w:val="004C1213"/>
    <w:rsid w:val="004F0F85"/>
    <w:rsid w:val="004F28B0"/>
    <w:rsid w:val="0051355E"/>
    <w:rsid w:val="005379DD"/>
    <w:rsid w:val="00546E66"/>
    <w:rsid w:val="005A2143"/>
    <w:rsid w:val="005A722D"/>
    <w:rsid w:val="006115D3"/>
    <w:rsid w:val="00675613"/>
    <w:rsid w:val="00682639"/>
    <w:rsid w:val="006A631A"/>
    <w:rsid w:val="006B1D58"/>
    <w:rsid w:val="00720867"/>
    <w:rsid w:val="007217D6"/>
    <w:rsid w:val="007C3A7C"/>
    <w:rsid w:val="00817A7D"/>
    <w:rsid w:val="008913B2"/>
    <w:rsid w:val="00896277"/>
    <w:rsid w:val="008D33AA"/>
    <w:rsid w:val="008F1FA3"/>
    <w:rsid w:val="00960AAB"/>
    <w:rsid w:val="00A47129"/>
    <w:rsid w:val="00A96DE3"/>
    <w:rsid w:val="00AA1D8D"/>
    <w:rsid w:val="00B47730"/>
    <w:rsid w:val="00BE3B67"/>
    <w:rsid w:val="00C21A1B"/>
    <w:rsid w:val="00C37D2C"/>
    <w:rsid w:val="00C82981"/>
    <w:rsid w:val="00CB0664"/>
    <w:rsid w:val="00CB7C58"/>
    <w:rsid w:val="00CE6041"/>
    <w:rsid w:val="00D076EB"/>
    <w:rsid w:val="00D434CF"/>
    <w:rsid w:val="00E33201"/>
    <w:rsid w:val="00E635AB"/>
    <w:rsid w:val="00E664F4"/>
    <w:rsid w:val="00EA0A30"/>
    <w:rsid w:val="00EA5730"/>
    <w:rsid w:val="00F26BD7"/>
    <w:rsid w:val="00F44F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7913FB"/>
  <w14:defaultImageDpi w14:val="300"/>
  <w15:docId w15:val="{6C9A34CE-F7E5-42C3-97B2-10618994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C12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2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82981"/>
    <w:pPr>
      <w:spacing w:after="0" w:line="240" w:lineRule="auto"/>
    </w:pPr>
    <w:rPr>
      <w:rFonts w:ascii="Aptos" w:eastAsiaTheme="minorHAnsi" w:hAnsi="Aptos" w:cs="Apto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baker@ageukgloucestershire.org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9D64348BA55469FBB1332018829A2" ma:contentTypeVersion="13" ma:contentTypeDescription="Create a new document." ma:contentTypeScope="" ma:versionID="cbb8c518e08fed755f9b81ef5d227c11">
  <xsd:schema xmlns:xsd="http://www.w3.org/2001/XMLSchema" xmlns:xs="http://www.w3.org/2001/XMLSchema" xmlns:p="http://schemas.microsoft.com/office/2006/metadata/properties" xmlns:ns2="2e97d752-99e9-422b-91a2-43ae88a41aef" xmlns:ns3="e220482f-5b5a-4e03-b3c2-632c3f9b30d0" targetNamespace="http://schemas.microsoft.com/office/2006/metadata/properties" ma:root="true" ma:fieldsID="1e88a0a401cf0434aa3b6d2d53453a50" ns2:_="" ns3:_="">
    <xsd:import namespace="2e97d752-99e9-422b-91a2-43ae88a41aef"/>
    <xsd:import namespace="e220482f-5b5a-4e03-b3c2-632c3f9b3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7d752-99e9-422b-91a2-43ae88a41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5ff1ed5-e8d3-446e-b951-8349cfff01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0482f-5b5a-4e03-b3c2-632c3f9b30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9153da0-f81e-4902-b25e-048516ffdf8c}" ma:internalName="TaxCatchAll" ma:showField="CatchAllData" ma:web="e220482f-5b5a-4e03-b3c2-632c3f9b3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0482f-5b5a-4e03-b3c2-632c3f9b30d0" xsi:nil="true"/>
    <lcf76f155ced4ddcb4097134ff3c332f xmlns="2e97d752-99e9-422b-91a2-43ae88a41ae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470B3B-7068-49E5-B207-CE93DCC59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97d752-99e9-422b-91a2-43ae88a41aef"/>
    <ds:schemaRef ds:uri="e220482f-5b5a-4e03-b3c2-632c3f9b3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7BA3EB-285F-4C33-918C-05E0294B4B16}">
  <ds:schemaRefs>
    <ds:schemaRef ds:uri="http://schemas.microsoft.com/office/2006/metadata/properties"/>
    <ds:schemaRef ds:uri="http://schemas.microsoft.com/office/infopath/2007/PartnerControls"/>
    <ds:schemaRef ds:uri="e220482f-5b5a-4e03-b3c2-632c3f9b30d0"/>
    <ds:schemaRef ds:uri="2e97d752-99e9-422b-91a2-43ae88a41aef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8A8B28-BE0F-4583-9902-EFDD2757E8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Baker</dc:creator>
  <cp:keywords/>
  <dc:description>generated by python-docx</dc:description>
  <cp:lastModifiedBy>Claire Hanman</cp:lastModifiedBy>
  <cp:revision>1</cp:revision>
  <dcterms:created xsi:type="dcterms:W3CDTF">2026-11-03T13:18:00Z</dcterms:created>
  <dcterms:modified xsi:type="dcterms:W3CDTF">2026-11-03T13:18:00Z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0x01010061A9D64348BA55469FBB1332018829A2</vt:lpwstr>
  </property>
  <property fmtid="{D5CDD505-2E9C-101B-9397-08002B2CF9AE}" pid="3" name="MediaServiceImageTags">
    <vt:lpwstr/>
  </property>
</Properties>
</file>