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0DE9" w14:textId="528175A8" w:rsidR="003A42B5" w:rsidRPr="000D7D13" w:rsidRDefault="00BE2A3C" w:rsidP="00BE2A3C">
      <w:pPr>
        <w:pStyle w:val="Heading1"/>
        <w:ind w:left="2160" w:firstLine="720"/>
        <w:rPr>
          <w:sz w:val="32"/>
          <w:szCs w:val="32"/>
        </w:rPr>
      </w:pPr>
      <w:r>
        <w:rPr>
          <w:sz w:val="32"/>
          <w:szCs w:val="32"/>
        </w:rPr>
        <w:t>A</w:t>
      </w:r>
      <w:r w:rsidR="009F532B" w:rsidRPr="000D7D13">
        <w:rPr>
          <w:sz w:val="32"/>
          <w:szCs w:val="32"/>
        </w:rPr>
        <w:t>ge Cymru Gwent</w:t>
      </w:r>
      <w:r w:rsidR="009F532B" w:rsidRPr="000D7D13">
        <w:rPr>
          <w:sz w:val="32"/>
          <w:szCs w:val="32"/>
        </w:rPr>
        <w:br/>
        <w:t>Information &amp; Advice Referral Form</w:t>
      </w:r>
    </w:p>
    <w:p w14:paraId="0EDD72D9" w14:textId="6EFD2E5B" w:rsidR="003A42B5" w:rsidRPr="000D7D13" w:rsidRDefault="009F532B">
      <w:pPr>
        <w:rPr>
          <w:sz w:val="24"/>
          <w:szCs w:val="24"/>
        </w:rPr>
      </w:pPr>
      <w:r w:rsidRPr="000D7D13">
        <w:rPr>
          <w:sz w:val="24"/>
          <w:szCs w:val="24"/>
        </w:rPr>
        <w:t xml:space="preserve">Please complete this form and return it to </w:t>
      </w:r>
      <w:hyperlink r:id="rId8" w:history="1">
        <w:r w:rsidR="000B1067" w:rsidRPr="00902E28">
          <w:rPr>
            <w:rStyle w:val="Hyperlink"/>
            <w:sz w:val="24"/>
            <w:szCs w:val="24"/>
          </w:rPr>
          <w:t>information@agecymrugwent.org</w:t>
        </w:r>
      </w:hyperlink>
      <w:r w:rsidR="000B1067">
        <w:rPr>
          <w:sz w:val="24"/>
          <w:szCs w:val="24"/>
        </w:rPr>
        <w:t xml:space="preserve"> </w:t>
      </w:r>
      <w:r w:rsidRPr="000D7D13">
        <w:rPr>
          <w:sz w:val="24"/>
          <w:szCs w:val="24"/>
        </w:rPr>
        <w:br/>
      </w:r>
      <w:r w:rsidRPr="000D7D13">
        <w:rPr>
          <w:b/>
          <w:sz w:val="24"/>
          <w:szCs w:val="24"/>
        </w:rPr>
        <w:t>Please password protect the document and send the password in a separate email.</w:t>
      </w:r>
    </w:p>
    <w:p w14:paraId="608BA215" w14:textId="77777777" w:rsidR="003A42B5" w:rsidRDefault="009F532B">
      <w:pPr>
        <w:pStyle w:val="Heading2"/>
      </w:pPr>
      <w:r>
        <w:t>1. Referrer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6221"/>
      </w:tblGrid>
      <w:tr w:rsidR="003A42B5" w14:paraId="40ED2E89" w14:textId="77777777" w:rsidTr="009D7147">
        <w:trPr>
          <w:jc w:val="center"/>
        </w:trPr>
        <w:tc>
          <w:tcPr>
            <w:tcW w:w="2410" w:type="dxa"/>
          </w:tcPr>
          <w:p w14:paraId="67D5E2C2" w14:textId="77777777" w:rsidR="003A42B5" w:rsidRDefault="009F532B">
            <w:r>
              <w:t>Referrer's Name</w:t>
            </w:r>
          </w:p>
        </w:tc>
        <w:tc>
          <w:tcPr>
            <w:tcW w:w="6230" w:type="dxa"/>
          </w:tcPr>
          <w:p w14:paraId="1369123B" w14:textId="77777777" w:rsidR="003A42B5" w:rsidRDefault="003A42B5"/>
        </w:tc>
      </w:tr>
      <w:tr w:rsidR="003A42B5" w14:paraId="6322D17F" w14:textId="77777777" w:rsidTr="009D7147">
        <w:trPr>
          <w:jc w:val="center"/>
        </w:trPr>
        <w:tc>
          <w:tcPr>
            <w:tcW w:w="2410" w:type="dxa"/>
          </w:tcPr>
          <w:p w14:paraId="661F1416" w14:textId="77777777" w:rsidR="003A42B5" w:rsidRDefault="009F532B">
            <w:r>
              <w:t>Organisation</w:t>
            </w:r>
          </w:p>
        </w:tc>
        <w:tc>
          <w:tcPr>
            <w:tcW w:w="6230" w:type="dxa"/>
          </w:tcPr>
          <w:p w14:paraId="5152736C" w14:textId="77777777" w:rsidR="003A42B5" w:rsidRDefault="003A42B5"/>
        </w:tc>
      </w:tr>
      <w:tr w:rsidR="003A42B5" w14:paraId="1ABD17D4" w14:textId="77777777" w:rsidTr="009D7147">
        <w:trPr>
          <w:jc w:val="center"/>
        </w:trPr>
        <w:tc>
          <w:tcPr>
            <w:tcW w:w="2410" w:type="dxa"/>
          </w:tcPr>
          <w:p w14:paraId="49CBD81E" w14:textId="77777777" w:rsidR="003A42B5" w:rsidRDefault="009F532B">
            <w:r>
              <w:t>Job Title</w:t>
            </w:r>
          </w:p>
        </w:tc>
        <w:tc>
          <w:tcPr>
            <w:tcW w:w="6230" w:type="dxa"/>
          </w:tcPr>
          <w:p w14:paraId="2C2ECEB7" w14:textId="77777777" w:rsidR="003A42B5" w:rsidRDefault="003A42B5"/>
        </w:tc>
      </w:tr>
      <w:tr w:rsidR="003A42B5" w14:paraId="03B20D0A" w14:textId="77777777" w:rsidTr="009D7147">
        <w:trPr>
          <w:jc w:val="center"/>
        </w:trPr>
        <w:tc>
          <w:tcPr>
            <w:tcW w:w="2410" w:type="dxa"/>
          </w:tcPr>
          <w:p w14:paraId="6347CF38" w14:textId="77777777" w:rsidR="003A42B5" w:rsidRDefault="009F532B">
            <w:r>
              <w:t>Telephone</w:t>
            </w:r>
          </w:p>
        </w:tc>
        <w:tc>
          <w:tcPr>
            <w:tcW w:w="6230" w:type="dxa"/>
          </w:tcPr>
          <w:p w14:paraId="54E581D1" w14:textId="77777777" w:rsidR="003A42B5" w:rsidRDefault="003A42B5"/>
        </w:tc>
      </w:tr>
      <w:tr w:rsidR="003A42B5" w14:paraId="250A62FD" w14:textId="77777777" w:rsidTr="009D7147">
        <w:trPr>
          <w:jc w:val="center"/>
        </w:trPr>
        <w:tc>
          <w:tcPr>
            <w:tcW w:w="2410" w:type="dxa"/>
          </w:tcPr>
          <w:p w14:paraId="60AAF180" w14:textId="77777777" w:rsidR="003A42B5" w:rsidRDefault="009F532B">
            <w:r>
              <w:t>Email</w:t>
            </w:r>
          </w:p>
        </w:tc>
        <w:tc>
          <w:tcPr>
            <w:tcW w:w="6230" w:type="dxa"/>
          </w:tcPr>
          <w:p w14:paraId="18FFB689" w14:textId="77777777" w:rsidR="003A42B5" w:rsidRDefault="003A42B5"/>
        </w:tc>
      </w:tr>
      <w:tr w:rsidR="003A42B5" w14:paraId="54C7EC30" w14:textId="77777777" w:rsidTr="009D7147">
        <w:trPr>
          <w:jc w:val="center"/>
        </w:trPr>
        <w:tc>
          <w:tcPr>
            <w:tcW w:w="2410" w:type="dxa"/>
          </w:tcPr>
          <w:p w14:paraId="1A8446C0" w14:textId="77777777" w:rsidR="003A42B5" w:rsidRDefault="009F532B">
            <w:r>
              <w:t>Date of Referral</w:t>
            </w:r>
          </w:p>
        </w:tc>
        <w:tc>
          <w:tcPr>
            <w:tcW w:w="6230" w:type="dxa"/>
          </w:tcPr>
          <w:p w14:paraId="5F9AE820" w14:textId="77777777" w:rsidR="003A42B5" w:rsidRDefault="003A42B5"/>
        </w:tc>
      </w:tr>
    </w:tbl>
    <w:p w14:paraId="14BCE21B" w14:textId="77777777" w:rsidR="003A42B5" w:rsidRDefault="009F532B">
      <w:pPr>
        <w:pStyle w:val="Heading2"/>
      </w:pPr>
      <w:r>
        <w:t>2. Person Being Referred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8"/>
        <w:gridCol w:w="6222"/>
      </w:tblGrid>
      <w:tr w:rsidR="003A42B5" w14:paraId="69C9C093" w14:textId="77777777" w:rsidTr="009D7147">
        <w:trPr>
          <w:jc w:val="center"/>
        </w:trPr>
        <w:tc>
          <w:tcPr>
            <w:tcW w:w="2410" w:type="dxa"/>
          </w:tcPr>
          <w:p w14:paraId="2D3AD22B" w14:textId="77777777" w:rsidR="003A42B5" w:rsidRDefault="009F532B">
            <w:r>
              <w:t>Full Name</w:t>
            </w:r>
          </w:p>
        </w:tc>
        <w:tc>
          <w:tcPr>
            <w:tcW w:w="6230" w:type="dxa"/>
          </w:tcPr>
          <w:p w14:paraId="449D837A" w14:textId="77777777" w:rsidR="003A42B5" w:rsidRDefault="003A42B5"/>
        </w:tc>
      </w:tr>
      <w:tr w:rsidR="003A42B5" w14:paraId="4F13E579" w14:textId="77777777" w:rsidTr="009D7147">
        <w:trPr>
          <w:jc w:val="center"/>
        </w:trPr>
        <w:tc>
          <w:tcPr>
            <w:tcW w:w="2410" w:type="dxa"/>
          </w:tcPr>
          <w:p w14:paraId="7BEDBEC3" w14:textId="77777777" w:rsidR="003A42B5" w:rsidRDefault="009F532B">
            <w:r>
              <w:t>Address</w:t>
            </w:r>
          </w:p>
        </w:tc>
        <w:tc>
          <w:tcPr>
            <w:tcW w:w="6230" w:type="dxa"/>
          </w:tcPr>
          <w:p w14:paraId="6ABC263D" w14:textId="77777777" w:rsidR="003A42B5" w:rsidRDefault="003A42B5"/>
        </w:tc>
      </w:tr>
      <w:tr w:rsidR="003A42B5" w14:paraId="5E4ABC8A" w14:textId="77777777" w:rsidTr="009D7147">
        <w:trPr>
          <w:jc w:val="center"/>
        </w:trPr>
        <w:tc>
          <w:tcPr>
            <w:tcW w:w="2410" w:type="dxa"/>
          </w:tcPr>
          <w:p w14:paraId="495741B3" w14:textId="77777777" w:rsidR="003A42B5" w:rsidRDefault="009F532B">
            <w:r>
              <w:t>Postcode</w:t>
            </w:r>
          </w:p>
        </w:tc>
        <w:tc>
          <w:tcPr>
            <w:tcW w:w="6230" w:type="dxa"/>
          </w:tcPr>
          <w:p w14:paraId="33805BB3" w14:textId="77777777" w:rsidR="003A42B5" w:rsidRDefault="003A42B5"/>
        </w:tc>
      </w:tr>
      <w:tr w:rsidR="003A42B5" w14:paraId="6E1128E9" w14:textId="77777777" w:rsidTr="009D7147">
        <w:trPr>
          <w:jc w:val="center"/>
        </w:trPr>
        <w:tc>
          <w:tcPr>
            <w:tcW w:w="2410" w:type="dxa"/>
          </w:tcPr>
          <w:p w14:paraId="742FE427" w14:textId="77777777" w:rsidR="003A42B5" w:rsidRDefault="009F532B">
            <w:r>
              <w:t>Telephone</w:t>
            </w:r>
          </w:p>
        </w:tc>
        <w:tc>
          <w:tcPr>
            <w:tcW w:w="6230" w:type="dxa"/>
          </w:tcPr>
          <w:p w14:paraId="6C50AD31" w14:textId="77777777" w:rsidR="003A42B5" w:rsidRDefault="003A42B5"/>
        </w:tc>
      </w:tr>
      <w:tr w:rsidR="003A42B5" w14:paraId="64B66C7B" w14:textId="77777777" w:rsidTr="009D7147">
        <w:trPr>
          <w:jc w:val="center"/>
        </w:trPr>
        <w:tc>
          <w:tcPr>
            <w:tcW w:w="2410" w:type="dxa"/>
          </w:tcPr>
          <w:p w14:paraId="235B5314" w14:textId="77777777" w:rsidR="003A42B5" w:rsidRDefault="009F532B">
            <w:r>
              <w:t>Alternative Telephone</w:t>
            </w:r>
          </w:p>
        </w:tc>
        <w:tc>
          <w:tcPr>
            <w:tcW w:w="6230" w:type="dxa"/>
          </w:tcPr>
          <w:p w14:paraId="018EF76B" w14:textId="77777777" w:rsidR="003A42B5" w:rsidRDefault="003A42B5"/>
        </w:tc>
      </w:tr>
      <w:tr w:rsidR="003A42B5" w14:paraId="08D47727" w14:textId="77777777" w:rsidTr="009D7147">
        <w:trPr>
          <w:jc w:val="center"/>
        </w:trPr>
        <w:tc>
          <w:tcPr>
            <w:tcW w:w="2410" w:type="dxa"/>
          </w:tcPr>
          <w:p w14:paraId="456C95C2" w14:textId="77777777" w:rsidR="003A42B5" w:rsidRDefault="009F532B">
            <w:r>
              <w:t>Date of Birth</w:t>
            </w:r>
          </w:p>
        </w:tc>
        <w:tc>
          <w:tcPr>
            <w:tcW w:w="6230" w:type="dxa"/>
          </w:tcPr>
          <w:p w14:paraId="71BA0811" w14:textId="77777777" w:rsidR="003A42B5" w:rsidRDefault="003A42B5"/>
        </w:tc>
      </w:tr>
      <w:tr w:rsidR="003A42B5" w14:paraId="6F39E0FF" w14:textId="77777777" w:rsidTr="009D7147">
        <w:trPr>
          <w:jc w:val="center"/>
        </w:trPr>
        <w:tc>
          <w:tcPr>
            <w:tcW w:w="2410" w:type="dxa"/>
          </w:tcPr>
          <w:p w14:paraId="59EBDA20" w14:textId="77777777" w:rsidR="003A42B5" w:rsidRDefault="009F532B">
            <w:r>
              <w:t>Preferred Contact Method</w:t>
            </w:r>
          </w:p>
        </w:tc>
        <w:tc>
          <w:tcPr>
            <w:tcW w:w="6230" w:type="dxa"/>
          </w:tcPr>
          <w:p w14:paraId="481BD7FD" w14:textId="77777777" w:rsidR="003A42B5" w:rsidRDefault="003A42B5"/>
        </w:tc>
      </w:tr>
      <w:tr w:rsidR="003A42B5" w14:paraId="3385FB6F" w14:textId="77777777" w:rsidTr="009D7147">
        <w:trPr>
          <w:jc w:val="center"/>
        </w:trPr>
        <w:tc>
          <w:tcPr>
            <w:tcW w:w="2410" w:type="dxa"/>
          </w:tcPr>
          <w:p w14:paraId="1A79798B" w14:textId="77777777" w:rsidR="003A42B5" w:rsidRDefault="009F532B">
            <w:r>
              <w:t>Safe to leave voicemail (Yes/No)</w:t>
            </w:r>
          </w:p>
        </w:tc>
        <w:tc>
          <w:tcPr>
            <w:tcW w:w="6230" w:type="dxa"/>
          </w:tcPr>
          <w:p w14:paraId="41389A58" w14:textId="77777777" w:rsidR="003A42B5" w:rsidRDefault="003A42B5"/>
        </w:tc>
      </w:tr>
      <w:tr w:rsidR="003A42B5" w14:paraId="33A44DA1" w14:textId="77777777" w:rsidTr="009D7147">
        <w:trPr>
          <w:jc w:val="center"/>
        </w:trPr>
        <w:tc>
          <w:tcPr>
            <w:tcW w:w="2410" w:type="dxa"/>
          </w:tcPr>
          <w:p w14:paraId="360BA685" w14:textId="77777777" w:rsidR="003A42B5" w:rsidRDefault="009F532B">
            <w:r>
              <w:t>Best time to contact</w:t>
            </w:r>
          </w:p>
        </w:tc>
        <w:tc>
          <w:tcPr>
            <w:tcW w:w="6230" w:type="dxa"/>
          </w:tcPr>
          <w:p w14:paraId="780003F2" w14:textId="77777777" w:rsidR="003A42B5" w:rsidRDefault="003A42B5"/>
        </w:tc>
      </w:tr>
    </w:tbl>
    <w:p w14:paraId="4142F6ED" w14:textId="77777777" w:rsidR="003A42B5" w:rsidRDefault="009F532B">
      <w:pPr>
        <w:pStyle w:val="Heading2"/>
      </w:pPr>
      <w:r>
        <w:t>3. Consent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6"/>
        <w:gridCol w:w="7114"/>
      </w:tblGrid>
      <w:tr w:rsidR="003A42B5" w14:paraId="0720A5FA" w14:textId="77777777" w:rsidTr="009D7147">
        <w:trPr>
          <w:jc w:val="center"/>
        </w:trPr>
        <w:tc>
          <w:tcPr>
            <w:tcW w:w="1526" w:type="dxa"/>
          </w:tcPr>
          <w:p w14:paraId="4107A8FB" w14:textId="4E07BB1E" w:rsidR="003A42B5" w:rsidRDefault="009F532B" w:rsidP="009D7147">
            <w:pPr>
              <w:jc w:val="center"/>
            </w:pPr>
            <w:r>
              <w:t>☐</w:t>
            </w:r>
          </w:p>
        </w:tc>
        <w:tc>
          <w:tcPr>
            <w:tcW w:w="7222" w:type="dxa"/>
          </w:tcPr>
          <w:p w14:paraId="5DEA7894" w14:textId="11A6B5A7" w:rsidR="003A42B5" w:rsidRDefault="009D7147">
            <w:r w:rsidRPr="009D7147">
              <w:t>The person has given permission for this referral.</w:t>
            </w:r>
            <w:r>
              <w:t xml:space="preserve">  </w:t>
            </w:r>
            <w:r w:rsidRPr="009D7147">
              <w:rPr>
                <w:b/>
                <w:bCs/>
              </w:rPr>
              <w:t>If no, then the referral cannot be accepted</w:t>
            </w:r>
          </w:p>
        </w:tc>
      </w:tr>
      <w:tr w:rsidR="003A42B5" w14:paraId="5F9912DC" w14:textId="77777777" w:rsidTr="009D7147">
        <w:trPr>
          <w:jc w:val="center"/>
        </w:trPr>
        <w:tc>
          <w:tcPr>
            <w:tcW w:w="1526" w:type="dxa"/>
          </w:tcPr>
          <w:p w14:paraId="0A8C23FE" w14:textId="19A25095" w:rsidR="003A42B5" w:rsidRDefault="009F532B" w:rsidP="009D7147">
            <w:pPr>
              <w:jc w:val="center"/>
            </w:pPr>
            <w:r>
              <w:t>☐</w:t>
            </w:r>
          </w:p>
        </w:tc>
        <w:tc>
          <w:tcPr>
            <w:tcW w:w="7222" w:type="dxa"/>
          </w:tcPr>
          <w:p w14:paraId="3D4D7548" w14:textId="18F60A48" w:rsidR="003A42B5" w:rsidRDefault="009D7147">
            <w:r w:rsidRPr="009D7147">
              <w:t>The person understands Age Cymru Gwent will contact them.</w:t>
            </w:r>
          </w:p>
        </w:tc>
      </w:tr>
      <w:tr w:rsidR="003A42B5" w14:paraId="2D1B5B83" w14:textId="77777777" w:rsidTr="009D7147">
        <w:trPr>
          <w:jc w:val="center"/>
        </w:trPr>
        <w:tc>
          <w:tcPr>
            <w:tcW w:w="1526" w:type="dxa"/>
          </w:tcPr>
          <w:p w14:paraId="0E757B9C" w14:textId="02FA2013" w:rsidR="003A42B5" w:rsidRDefault="009F532B" w:rsidP="009D7147">
            <w:pPr>
              <w:jc w:val="center"/>
            </w:pPr>
            <w:r>
              <w:t>☐</w:t>
            </w:r>
          </w:p>
        </w:tc>
        <w:tc>
          <w:tcPr>
            <w:tcW w:w="7222" w:type="dxa"/>
          </w:tcPr>
          <w:p w14:paraId="4C13C28C" w14:textId="6E4890CA" w:rsidR="003A42B5" w:rsidRDefault="009D7147">
            <w:r w:rsidRPr="009D7147">
              <w:t>The person has capacity to consent.</w:t>
            </w:r>
          </w:p>
        </w:tc>
      </w:tr>
      <w:tr w:rsidR="003A42B5" w14:paraId="02B42FC6" w14:textId="77777777" w:rsidTr="009D7147">
        <w:trPr>
          <w:jc w:val="center"/>
        </w:trPr>
        <w:tc>
          <w:tcPr>
            <w:tcW w:w="1526" w:type="dxa"/>
          </w:tcPr>
          <w:p w14:paraId="0D928496" w14:textId="77777777" w:rsidR="003A42B5" w:rsidRDefault="009F532B">
            <w:r>
              <w:t>If no, please explain:</w:t>
            </w:r>
          </w:p>
        </w:tc>
        <w:tc>
          <w:tcPr>
            <w:tcW w:w="7222" w:type="dxa"/>
          </w:tcPr>
          <w:p w14:paraId="48F539B8" w14:textId="77777777" w:rsidR="003A42B5" w:rsidRDefault="003A42B5"/>
        </w:tc>
      </w:tr>
    </w:tbl>
    <w:p w14:paraId="55996FEF" w14:textId="77777777" w:rsidR="003A42B5" w:rsidRDefault="009F532B">
      <w:pPr>
        <w:pStyle w:val="Heading2"/>
      </w:pPr>
      <w:r>
        <w:t>4. Reason for Referral</w:t>
      </w:r>
    </w:p>
    <w:p w14:paraId="7A67F5B8" w14:textId="77777777" w:rsidR="003A42B5" w:rsidRDefault="009F532B">
      <w:r>
        <w:t>Tick all that apply: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07"/>
        <w:gridCol w:w="4315"/>
      </w:tblGrid>
      <w:tr w:rsidR="003A42B5" w14:paraId="645AA6BB" w14:textId="77777777" w:rsidTr="009D7147">
        <w:tc>
          <w:tcPr>
            <w:tcW w:w="4212" w:type="dxa"/>
          </w:tcPr>
          <w:p w14:paraId="014A9925" w14:textId="3D4B1F2C" w:rsidR="003A42B5" w:rsidRDefault="009F532B">
            <w:r>
              <w:t xml:space="preserve">☐ Benefits </w:t>
            </w:r>
            <w:r w:rsidR="009D7147">
              <w:t>Check</w:t>
            </w:r>
          </w:p>
        </w:tc>
        <w:tc>
          <w:tcPr>
            <w:tcW w:w="4320" w:type="dxa"/>
          </w:tcPr>
          <w:p w14:paraId="25E1D950" w14:textId="77777777" w:rsidR="003A42B5" w:rsidRDefault="009F532B">
            <w:r>
              <w:t>☐ Pension Credit</w:t>
            </w:r>
          </w:p>
        </w:tc>
      </w:tr>
      <w:tr w:rsidR="003A42B5" w14:paraId="614C5F45" w14:textId="77777777" w:rsidTr="009D7147">
        <w:tc>
          <w:tcPr>
            <w:tcW w:w="4212" w:type="dxa"/>
          </w:tcPr>
          <w:p w14:paraId="04BB4305" w14:textId="77777777" w:rsidR="003A42B5" w:rsidRDefault="009F532B">
            <w:r>
              <w:t>☐ Attendance Allowance</w:t>
            </w:r>
          </w:p>
        </w:tc>
        <w:tc>
          <w:tcPr>
            <w:tcW w:w="4320" w:type="dxa"/>
          </w:tcPr>
          <w:p w14:paraId="1F06C1FA" w14:textId="77777777" w:rsidR="003A42B5" w:rsidRDefault="009F532B">
            <w:r>
              <w:t>☐ Housing</w:t>
            </w:r>
          </w:p>
        </w:tc>
      </w:tr>
      <w:tr w:rsidR="003A42B5" w14:paraId="476640F8" w14:textId="77777777" w:rsidTr="009D7147">
        <w:tc>
          <w:tcPr>
            <w:tcW w:w="4212" w:type="dxa"/>
          </w:tcPr>
          <w:p w14:paraId="49EFD6E6" w14:textId="77777777" w:rsidR="003A42B5" w:rsidRDefault="009F532B">
            <w:r>
              <w:t>☐ Care &amp; Support</w:t>
            </w:r>
          </w:p>
        </w:tc>
        <w:tc>
          <w:tcPr>
            <w:tcW w:w="4320" w:type="dxa"/>
          </w:tcPr>
          <w:p w14:paraId="11140090" w14:textId="77777777" w:rsidR="003A42B5" w:rsidRDefault="009F532B">
            <w:r>
              <w:t>☐ Money &amp; Debt</w:t>
            </w:r>
          </w:p>
        </w:tc>
      </w:tr>
      <w:tr w:rsidR="003A42B5" w14:paraId="1A9FF019" w14:textId="77777777" w:rsidTr="009D7147">
        <w:tc>
          <w:tcPr>
            <w:tcW w:w="4212" w:type="dxa"/>
          </w:tcPr>
          <w:p w14:paraId="38D74DD3" w14:textId="77777777" w:rsidR="003A42B5" w:rsidRDefault="009F532B">
            <w:r>
              <w:t>☐ Consumer</w:t>
            </w:r>
          </w:p>
        </w:tc>
        <w:tc>
          <w:tcPr>
            <w:tcW w:w="4320" w:type="dxa"/>
          </w:tcPr>
          <w:p w14:paraId="36D1686D" w14:textId="557DBBD5" w:rsidR="003A42B5" w:rsidRDefault="009F532B">
            <w:r>
              <w:t xml:space="preserve">☐ </w:t>
            </w:r>
            <w:r w:rsidR="009D7147">
              <w:t>Employment</w:t>
            </w:r>
          </w:p>
        </w:tc>
      </w:tr>
      <w:tr w:rsidR="003A42B5" w14:paraId="42B5DCEB" w14:textId="77777777" w:rsidTr="009D7147">
        <w:tc>
          <w:tcPr>
            <w:tcW w:w="4212" w:type="dxa"/>
          </w:tcPr>
          <w:p w14:paraId="04CAA20A" w14:textId="77777777" w:rsidR="003A42B5" w:rsidRDefault="009F532B">
            <w:r>
              <w:t>☐ Family &amp; Personal</w:t>
            </w:r>
          </w:p>
        </w:tc>
        <w:tc>
          <w:tcPr>
            <w:tcW w:w="4320" w:type="dxa"/>
          </w:tcPr>
          <w:p w14:paraId="6CB6FA86" w14:textId="7FCDCF1A" w:rsidR="003A42B5" w:rsidRDefault="009F532B">
            <w:r>
              <w:t xml:space="preserve">☐ </w:t>
            </w:r>
            <w:r w:rsidR="009D7147">
              <w:t>Other</w:t>
            </w:r>
          </w:p>
        </w:tc>
      </w:tr>
    </w:tbl>
    <w:p w14:paraId="0AE0F2DD" w14:textId="77777777" w:rsidR="004F7847" w:rsidRDefault="004F7847">
      <w:pPr>
        <w:pStyle w:val="Heading2"/>
      </w:pPr>
    </w:p>
    <w:p w14:paraId="75BD9B3F" w14:textId="77777777" w:rsidR="004F7847" w:rsidRDefault="004F7847">
      <w:pPr>
        <w:pStyle w:val="Heading2"/>
      </w:pPr>
    </w:p>
    <w:p w14:paraId="59037789" w14:textId="72D1CD4B" w:rsidR="003A42B5" w:rsidRDefault="009F532B">
      <w:pPr>
        <w:pStyle w:val="Heading2"/>
      </w:pPr>
      <w:r>
        <w:t>5. Current Situation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6"/>
        <w:gridCol w:w="5334"/>
      </w:tblGrid>
      <w:tr w:rsidR="003A42B5" w14:paraId="0F2085A2" w14:textId="77777777" w:rsidTr="009D7147">
        <w:trPr>
          <w:jc w:val="center"/>
        </w:trPr>
        <w:tc>
          <w:tcPr>
            <w:tcW w:w="3315" w:type="dxa"/>
          </w:tcPr>
          <w:p w14:paraId="750D9869" w14:textId="77777777" w:rsidR="003A42B5" w:rsidRDefault="009F532B">
            <w:r>
              <w:t>Reason for referral and support required:</w:t>
            </w:r>
          </w:p>
        </w:tc>
        <w:tc>
          <w:tcPr>
            <w:tcW w:w="5379" w:type="dxa"/>
          </w:tcPr>
          <w:p w14:paraId="7621A09A" w14:textId="77777777" w:rsidR="003A42B5" w:rsidRDefault="003A42B5"/>
          <w:p w14:paraId="44C3921A" w14:textId="77777777" w:rsidR="00A02C01" w:rsidRDefault="00A02C01"/>
          <w:p w14:paraId="3B2C7AB4" w14:textId="77777777" w:rsidR="00A02C01" w:rsidRDefault="00A02C01"/>
          <w:p w14:paraId="259CE597" w14:textId="77777777" w:rsidR="00A02C01" w:rsidRDefault="00A02C01"/>
        </w:tc>
      </w:tr>
      <w:tr w:rsidR="003A42B5" w14:paraId="783A7F25" w14:textId="77777777" w:rsidTr="009D7147">
        <w:trPr>
          <w:jc w:val="center"/>
        </w:trPr>
        <w:tc>
          <w:tcPr>
            <w:tcW w:w="3315" w:type="dxa"/>
          </w:tcPr>
          <w:p w14:paraId="6DB35F08" w14:textId="77777777" w:rsidR="003A42B5" w:rsidRDefault="009F532B">
            <w:r>
              <w:t>Current benefits:</w:t>
            </w:r>
          </w:p>
        </w:tc>
        <w:tc>
          <w:tcPr>
            <w:tcW w:w="5379" w:type="dxa"/>
          </w:tcPr>
          <w:p w14:paraId="3C416F37" w14:textId="77777777" w:rsidR="003A42B5" w:rsidRDefault="003A42B5"/>
          <w:p w14:paraId="7FFAC9D5" w14:textId="77777777" w:rsidR="009D7147" w:rsidRDefault="009D7147"/>
          <w:p w14:paraId="3D810303" w14:textId="77777777" w:rsidR="009D7147" w:rsidRDefault="009D7147"/>
          <w:p w14:paraId="1551A52D" w14:textId="77777777" w:rsidR="009D7147" w:rsidRDefault="009D7147"/>
        </w:tc>
      </w:tr>
      <w:tr w:rsidR="003A42B5" w14:paraId="031D6E72" w14:textId="77777777" w:rsidTr="009D7147">
        <w:trPr>
          <w:jc w:val="center"/>
        </w:trPr>
        <w:tc>
          <w:tcPr>
            <w:tcW w:w="3315" w:type="dxa"/>
          </w:tcPr>
          <w:p w14:paraId="691D2BB4" w14:textId="77777777" w:rsidR="009D7147" w:rsidRDefault="009F532B">
            <w:r>
              <w:t xml:space="preserve">Lives alone </w:t>
            </w:r>
          </w:p>
          <w:p w14:paraId="79F61600" w14:textId="77777777" w:rsidR="009D7147" w:rsidRDefault="00000000">
            <w:sdt>
              <w:sdtPr>
                <w:id w:val="37613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 xml:space="preserve"> Yes</w:t>
            </w:r>
          </w:p>
          <w:p w14:paraId="772C9970" w14:textId="59A51666" w:rsidR="003A42B5" w:rsidRDefault="00000000">
            <w:sdt>
              <w:sdtPr>
                <w:id w:val="-9793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 xml:space="preserve"> No</w:t>
            </w:r>
          </w:p>
        </w:tc>
        <w:tc>
          <w:tcPr>
            <w:tcW w:w="5379" w:type="dxa"/>
          </w:tcPr>
          <w:p w14:paraId="05074637" w14:textId="77777777" w:rsidR="003A42B5" w:rsidRDefault="003A42B5"/>
        </w:tc>
      </w:tr>
      <w:tr w:rsidR="009D7147" w14:paraId="15614072" w14:textId="77777777" w:rsidTr="009D7147">
        <w:trPr>
          <w:jc w:val="center"/>
        </w:trPr>
        <w:tc>
          <w:tcPr>
            <w:tcW w:w="8694" w:type="dxa"/>
            <w:gridSpan w:val="2"/>
          </w:tcPr>
          <w:p w14:paraId="5DF99D4F" w14:textId="77777777" w:rsidR="009D7147" w:rsidRDefault="009D7147">
            <w:r>
              <w:t xml:space="preserve">Savings </w:t>
            </w:r>
          </w:p>
          <w:p w14:paraId="1E3791D6" w14:textId="77777777" w:rsidR="009D7147" w:rsidRDefault="009D7147"/>
          <w:p w14:paraId="5DA824DF" w14:textId="77777777" w:rsidR="009D7147" w:rsidRDefault="00000000">
            <w:sdt>
              <w:sdtPr>
                <w:id w:val="-71513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 xml:space="preserve">Under £10k </w:t>
            </w:r>
          </w:p>
          <w:p w14:paraId="4EBC97F7" w14:textId="77777777" w:rsidR="009D7147" w:rsidRDefault="00000000">
            <w:sdt>
              <w:sdtPr>
                <w:id w:val="-145270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 xml:space="preserve">£10k–£16k </w:t>
            </w:r>
          </w:p>
          <w:p w14:paraId="3E947551" w14:textId="77777777" w:rsidR="009D7147" w:rsidRDefault="00000000">
            <w:sdt>
              <w:sdtPr>
                <w:id w:val="-49581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>Over £16k</w:t>
            </w:r>
          </w:p>
          <w:p w14:paraId="74F813C2" w14:textId="040698C2" w:rsidR="009D7147" w:rsidRDefault="00000000">
            <w:sdt>
              <w:sdtPr>
                <w:id w:val="-19539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>Unknown</w:t>
            </w:r>
          </w:p>
          <w:p w14:paraId="1FAB9AE0" w14:textId="5058E02B" w:rsidR="009D7147" w:rsidRDefault="009D7147"/>
        </w:tc>
      </w:tr>
      <w:tr w:rsidR="009D7147" w14:paraId="47C3B7D0" w14:textId="77777777" w:rsidTr="009D7147">
        <w:trPr>
          <w:jc w:val="center"/>
        </w:trPr>
        <w:tc>
          <w:tcPr>
            <w:tcW w:w="8694" w:type="dxa"/>
            <w:gridSpan w:val="2"/>
          </w:tcPr>
          <w:p w14:paraId="54F8F073" w14:textId="77777777" w:rsidR="009D7147" w:rsidRDefault="009D7147">
            <w:r>
              <w:t xml:space="preserve">Homeowner </w:t>
            </w:r>
          </w:p>
          <w:p w14:paraId="7BA3DDC7" w14:textId="77777777" w:rsidR="009D7147" w:rsidRDefault="009D7147"/>
          <w:p w14:paraId="62EB3895" w14:textId="77777777" w:rsidR="009D7147" w:rsidRDefault="00000000">
            <w:sdt>
              <w:sdtPr>
                <w:id w:val="45168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>Yes</w:t>
            </w:r>
          </w:p>
          <w:p w14:paraId="3682820B" w14:textId="342274A0" w:rsidR="009D7147" w:rsidRDefault="00000000">
            <w:sdt>
              <w:sdtPr>
                <w:id w:val="11279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>No</w:t>
            </w:r>
          </w:p>
        </w:tc>
      </w:tr>
      <w:tr w:rsidR="003A42B5" w14:paraId="0084974F" w14:textId="77777777" w:rsidTr="009D7147">
        <w:trPr>
          <w:jc w:val="center"/>
        </w:trPr>
        <w:tc>
          <w:tcPr>
            <w:tcW w:w="3315" w:type="dxa"/>
          </w:tcPr>
          <w:p w14:paraId="3A6F7BE8" w14:textId="77777777" w:rsidR="003A42B5" w:rsidRDefault="009F532B">
            <w:r>
              <w:t>Any deadlines, urgent issues or previous contact with Age Cymru Gwent?</w:t>
            </w:r>
          </w:p>
        </w:tc>
        <w:tc>
          <w:tcPr>
            <w:tcW w:w="5379" w:type="dxa"/>
          </w:tcPr>
          <w:p w14:paraId="61F148D9" w14:textId="77777777" w:rsidR="003A42B5" w:rsidRDefault="003A42B5"/>
        </w:tc>
      </w:tr>
    </w:tbl>
    <w:p w14:paraId="4A2011B4" w14:textId="4A737844" w:rsidR="003A42B5" w:rsidRDefault="00E91B61">
      <w:pPr>
        <w:pStyle w:val="Heading2"/>
      </w:pPr>
      <w:r>
        <w:t>6</w:t>
      </w:r>
      <w:r w:rsidR="009F532B">
        <w:t>. Safeguarding &amp; Risk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9D7147" w14:paraId="1C8E4DA9" w14:textId="77777777" w:rsidTr="00FA6496">
        <w:trPr>
          <w:jc w:val="center"/>
        </w:trPr>
        <w:tc>
          <w:tcPr>
            <w:tcW w:w="8640" w:type="dxa"/>
            <w:gridSpan w:val="2"/>
          </w:tcPr>
          <w:p w14:paraId="5E11B7F7" w14:textId="77777777" w:rsidR="009D7147" w:rsidRDefault="009D7147">
            <w:r>
              <w:t xml:space="preserve">Safeguarding concerns </w:t>
            </w:r>
          </w:p>
          <w:p w14:paraId="68CB64EE" w14:textId="77777777" w:rsidR="009D7147" w:rsidRDefault="00000000">
            <w:sdt>
              <w:sdtPr>
                <w:id w:val="172941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>Yes</w:t>
            </w:r>
          </w:p>
          <w:p w14:paraId="7217F7E7" w14:textId="5DEBF55F" w:rsidR="009D7147" w:rsidRDefault="00000000">
            <w:sdt>
              <w:sdtPr>
                <w:id w:val="-128618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1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7147">
              <w:t>No</w:t>
            </w:r>
          </w:p>
        </w:tc>
      </w:tr>
      <w:tr w:rsidR="003A42B5" w14:paraId="671315F6" w14:textId="77777777">
        <w:trPr>
          <w:jc w:val="center"/>
        </w:trPr>
        <w:tc>
          <w:tcPr>
            <w:tcW w:w="4320" w:type="dxa"/>
          </w:tcPr>
          <w:p w14:paraId="1A45FFDF" w14:textId="77777777" w:rsidR="003A42B5" w:rsidRDefault="009F532B">
            <w:r>
              <w:t>If yes, provide details:</w:t>
            </w:r>
          </w:p>
        </w:tc>
        <w:tc>
          <w:tcPr>
            <w:tcW w:w="4320" w:type="dxa"/>
          </w:tcPr>
          <w:p w14:paraId="37DDB7E9" w14:textId="77777777" w:rsidR="003A42B5" w:rsidRDefault="003A42B5"/>
          <w:p w14:paraId="0A75DFB0" w14:textId="77777777" w:rsidR="009D7147" w:rsidRDefault="009D7147"/>
        </w:tc>
      </w:tr>
      <w:tr w:rsidR="003A42B5" w14:paraId="20A39A75" w14:textId="77777777">
        <w:trPr>
          <w:jc w:val="center"/>
        </w:trPr>
        <w:tc>
          <w:tcPr>
            <w:tcW w:w="4320" w:type="dxa"/>
          </w:tcPr>
          <w:p w14:paraId="623E72F4" w14:textId="77777777" w:rsidR="003A42B5" w:rsidRDefault="009F532B">
            <w:r>
              <w:t>Known risks for home visits:</w:t>
            </w:r>
          </w:p>
        </w:tc>
        <w:tc>
          <w:tcPr>
            <w:tcW w:w="4320" w:type="dxa"/>
          </w:tcPr>
          <w:p w14:paraId="25CD4BBC" w14:textId="77777777" w:rsidR="003A42B5" w:rsidRDefault="003A42B5"/>
          <w:p w14:paraId="10CCECC2" w14:textId="77777777" w:rsidR="009D7147" w:rsidRDefault="009D7147"/>
        </w:tc>
      </w:tr>
    </w:tbl>
    <w:p w14:paraId="3F693506" w14:textId="4F6F177B" w:rsidR="003A42B5" w:rsidRDefault="009F532B">
      <w:pPr>
        <w:pStyle w:val="Heading2"/>
      </w:pPr>
      <w:r>
        <w:t>8. Additional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4"/>
      </w:tblGrid>
      <w:tr w:rsidR="003A42B5" w14:paraId="1F0DAC91" w14:textId="77777777">
        <w:trPr>
          <w:jc w:val="center"/>
        </w:trPr>
        <w:tc>
          <w:tcPr>
            <w:tcW w:w="4320" w:type="dxa"/>
          </w:tcPr>
          <w:p w14:paraId="4223FBB3" w14:textId="77777777" w:rsidR="003A42B5" w:rsidRDefault="009F532B">
            <w:r>
              <w:t>Additional Information</w:t>
            </w:r>
          </w:p>
        </w:tc>
        <w:tc>
          <w:tcPr>
            <w:tcW w:w="4320" w:type="dxa"/>
          </w:tcPr>
          <w:p w14:paraId="56C5B4EB" w14:textId="77777777" w:rsidR="003A42B5" w:rsidRDefault="003A42B5"/>
          <w:p w14:paraId="006BF316" w14:textId="77777777" w:rsidR="009D7147" w:rsidRDefault="009D7147"/>
          <w:p w14:paraId="1B06B71E" w14:textId="77777777" w:rsidR="00E91B61" w:rsidRDefault="00E91B61"/>
          <w:p w14:paraId="36D8EE82" w14:textId="77777777" w:rsidR="00E91B61" w:rsidRDefault="00E91B61"/>
          <w:p w14:paraId="797BD7AB" w14:textId="77777777" w:rsidR="009D7147" w:rsidRDefault="009D7147"/>
        </w:tc>
      </w:tr>
    </w:tbl>
    <w:p w14:paraId="6AA1EA73" w14:textId="77777777" w:rsidR="009F532B" w:rsidRDefault="009F532B"/>
    <w:sectPr w:rsidR="009F532B" w:rsidSect="009D7147">
      <w:headerReference w:type="default" r:id="rId9"/>
      <w:pgSz w:w="12240" w:h="15840"/>
      <w:pgMar w:top="1440" w:right="1800" w:bottom="709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D5E20" w14:textId="77777777" w:rsidR="00640F4E" w:rsidRDefault="00640F4E" w:rsidP="007A5A76">
      <w:pPr>
        <w:spacing w:after="0" w:line="240" w:lineRule="auto"/>
      </w:pPr>
      <w:r>
        <w:separator/>
      </w:r>
    </w:p>
  </w:endnote>
  <w:endnote w:type="continuationSeparator" w:id="0">
    <w:p w14:paraId="544EA61B" w14:textId="77777777" w:rsidR="00640F4E" w:rsidRDefault="00640F4E" w:rsidP="007A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06B6" w14:textId="77777777" w:rsidR="00640F4E" w:rsidRDefault="00640F4E" w:rsidP="007A5A76">
      <w:pPr>
        <w:spacing w:after="0" w:line="240" w:lineRule="auto"/>
      </w:pPr>
      <w:r>
        <w:separator/>
      </w:r>
    </w:p>
  </w:footnote>
  <w:footnote w:type="continuationSeparator" w:id="0">
    <w:p w14:paraId="47E3F5D6" w14:textId="77777777" w:rsidR="00640F4E" w:rsidRDefault="00640F4E" w:rsidP="007A5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9BF6" w14:textId="305748F4" w:rsidR="007A5A76" w:rsidRDefault="007A5A7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9691BC" wp14:editId="3C9465FD">
          <wp:simplePos x="0" y="0"/>
          <wp:positionH relativeFrom="column">
            <wp:posOffset>-806450</wp:posOffset>
          </wp:positionH>
          <wp:positionV relativeFrom="paragraph">
            <wp:posOffset>-285750</wp:posOffset>
          </wp:positionV>
          <wp:extent cx="2368446" cy="1003300"/>
          <wp:effectExtent l="0" t="0" r="0" b="0"/>
          <wp:wrapSquare wrapText="bothSides"/>
          <wp:docPr id="12686121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882927" name="Picture 16388829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8446" cy="1003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190759">
    <w:abstractNumId w:val="8"/>
  </w:num>
  <w:num w:numId="2" w16cid:durableId="722217628">
    <w:abstractNumId w:val="6"/>
  </w:num>
  <w:num w:numId="3" w16cid:durableId="120923274">
    <w:abstractNumId w:val="5"/>
  </w:num>
  <w:num w:numId="4" w16cid:durableId="1991127927">
    <w:abstractNumId w:val="4"/>
  </w:num>
  <w:num w:numId="5" w16cid:durableId="832185068">
    <w:abstractNumId w:val="7"/>
  </w:num>
  <w:num w:numId="6" w16cid:durableId="330916467">
    <w:abstractNumId w:val="3"/>
  </w:num>
  <w:num w:numId="7" w16cid:durableId="716928515">
    <w:abstractNumId w:val="2"/>
  </w:num>
  <w:num w:numId="8" w16cid:durableId="189953901">
    <w:abstractNumId w:val="1"/>
  </w:num>
  <w:num w:numId="9" w16cid:durableId="7787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067"/>
    <w:rsid w:val="000D7D13"/>
    <w:rsid w:val="0015074B"/>
    <w:rsid w:val="0029639D"/>
    <w:rsid w:val="00326F90"/>
    <w:rsid w:val="003A42B5"/>
    <w:rsid w:val="003B152E"/>
    <w:rsid w:val="004F7847"/>
    <w:rsid w:val="005D56D0"/>
    <w:rsid w:val="00640F4E"/>
    <w:rsid w:val="00641E3F"/>
    <w:rsid w:val="006850CD"/>
    <w:rsid w:val="007A5A76"/>
    <w:rsid w:val="009D7147"/>
    <w:rsid w:val="009F532B"/>
    <w:rsid w:val="00A02C01"/>
    <w:rsid w:val="00AA1D8D"/>
    <w:rsid w:val="00B47730"/>
    <w:rsid w:val="00BE2A3C"/>
    <w:rsid w:val="00CB0664"/>
    <w:rsid w:val="00E91B61"/>
    <w:rsid w:val="00F67F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9D8703"/>
  <w14:defaultImageDpi w14:val="300"/>
  <w15:docId w15:val="{1BDDC930-51C2-4544-89F6-74B6DA11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B10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tion@agecymrugwen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Angela Knowles-Macleod</cp:lastModifiedBy>
  <cp:revision>12</cp:revision>
  <cp:lastPrinted>2026-07-23T08:27:00Z</cp:lastPrinted>
  <dcterms:created xsi:type="dcterms:W3CDTF">2026-07-22T14:59:00Z</dcterms:created>
  <dcterms:modified xsi:type="dcterms:W3CDTF">2026-07-23T08:27:00Z</dcterms:modified>
  <cp:category/>
</cp:coreProperties>
</file>