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33B07" w14:textId="33A4D151" w:rsidR="005D61F2" w:rsidRDefault="004E2DBD" w:rsidP="005D61F2">
      <w:pPr>
        <w:jc w:val="center"/>
        <w:rPr>
          <w:b/>
          <w:bCs/>
          <w:i/>
          <w:sz w:val="42"/>
          <w:szCs w:val="42"/>
        </w:rPr>
      </w:pPr>
      <w:r>
        <w:rPr>
          <w:noProof/>
        </w:rPr>
        <mc:AlternateContent>
          <mc:Choice Requires="wps">
            <w:drawing>
              <wp:anchor distT="0" distB="0" distL="114300" distR="114300" simplePos="0" relativeHeight="251662336" behindDoc="1" locked="0" layoutInCell="1" allowOverlap="1" wp14:anchorId="54FED476" wp14:editId="6D15D192">
                <wp:simplePos x="0" y="0"/>
                <wp:positionH relativeFrom="page">
                  <wp:align>left</wp:align>
                </wp:positionH>
                <wp:positionV relativeFrom="paragraph">
                  <wp:posOffset>29845</wp:posOffset>
                </wp:positionV>
                <wp:extent cx="7588250" cy="8388350"/>
                <wp:effectExtent l="0" t="0" r="12700" b="12700"/>
                <wp:wrapNone/>
                <wp:docPr id="642146411" name="Rectangle 1"/>
                <wp:cNvGraphicFramePr/>
                <a:graphic xmlns:a="http://schemas.openxmlformats.org/drawingml/2006/main">
                  <a:graphicData uri="http://schemas.microsoft.com/office/word/2010/wordprocessingShape">
                    <wps:wsp>
                      <wps:cNvSpPr/>
                      <wps:spPr>
                        <a:xfrm>
                          <a:off x="0" y="0"/>
                          <a:ext cx="7588250" cy="83883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1218D" id="Rectangle 1" o:spid="_x0000_s1026" style="position:absolute;margin-left:0;margin-top:2.35pt;width:597.5pt;height:660.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" fillcolor="white [3212]" strokecolor="white [3212]">
                <w10:wrap anchorx="page"/>
              </v:rect>
            </w:pict>
          </mc:Fallback>
        </mc:AlternateContent>
      </w:r>
      <w:r w:rsidR="00F22814">
        <w:rPr>
          <w:noProof/>
        </w:rPr>
        <w:drawing>
          <wp:anchor distT="0" distB="0" distL="114300" distR="114300" simplePos="0" relativeHeight="251659264" behindDoc="0" locked="0" layoutInCell="1" allowOverlap="1" wp14:anchorId="38B4F590" wp14:editId="3E916293">
            <wp:simplePos x="0" y="0"/>
            <wp:positionH relativeFrom="margin">
              <wp:posOffset>1813560</wp:posOffset>
            </wp:positionH>
            <wp:positionV relativeFrom="paragraph">
              <wp:posOffset>91441</wp:posOffset>
            </wp:positionV>
            <wp:extent cx="2849153" cy="1188720"/>
            <wp:effectExtent l="0" t="0" r="8890" b="0"/>
            <wp:wrapNone/>
            <wp:docPr id="1200553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16"/>
                    <a:stretch>
                      <a:fillRect/>
                    </a:stretch>
                  </pic:blipFill>
                  <pic:spPr bwMode="auto">
                    <a:xfrm>
                      <a:off x="0" y="0"/>
                      <a:ext cx="2849880" cy="1189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1F2">
        <w:rPr>
          <w:b/>
          <w:bCs/>
          <w:i/>
          <w:sz w:val="42"/>
          <w:szCs w:val="42"/>
        </w:rPr>
        <w:br/>
      </w:r>
    </w:p>
    <w:p w14:paraId="1137F470" w14:textId="616EA3E4" w:rsidR="005D61F2" w:rsidRDefault="005D61F2" w:rsidP="005D61F2">
      <w:pPr>
        <w:jc w:val="center"/>
        <w:rPr>
          <w:b/>
          <w:bCs/>
          <w:i/>
          <w:sz w:val="42"/>
          <w:szCs w:val="42"/>
        </w:rPr>
      </w:pPr>
    </w:p>
    <w:p w14:paraId="6405DA93" w14:textId="2E1C5D67" w:rsidR="0095675F" w:rsidRPr="005D61F2" w:rsidRDefault="005D61F2" w:rsidP="005D61F2">
      <w:pPr>
        <w:jc w:val="center"/>
        <w:rPr>
          <w:b/>
          <w:bCs/>
          <w:sz w:val="42"/>
          <w:szCs w:val="42"/>
        </w:rPr>
      </w:pPr>
      <w:r w:rsidRPr="00D5121A">
        <w:rPr>
          <w:b/>
          <w:bCs/>
          <w:i/>
          <w:sz w:val="42"/>
          <w:szCs w:val="42"/>
        </w:rPr>
        <w:t>Community Growth Tree Sponsorship Pack</w:t>
      </w:r>
    </w:p>
    <w:p w14:paraId="26BD2BA9" w14:textId="5C2AF94B" w:rsidR="0095675F" w:rsidRDefault="005D61F2" w:rsidP="00907235">
      <w:pPr>
        <w:jc w:val="center"/>
        <w:rPr>
          <w:b/>
          <w:sz w:val="52"/>
        </w:rPr>
      </w:pPr>
      <w:r>
        <w:rPr>
          <w:b/>
          <w:noProof/>
          <w:sz w:val="52"/>
        </w:rPr>
        <w:drawing>
          <wp:anchor distT="0" distB="0" distL="114300" distR="114300" simplePos="0" relativeHeight="251658240" behindDoc="0" locked="0" layoutInCell="1" allowOverlap="1" wp14:anchorId="592380F0" wp14:editId="6FB25383">
            <wp:simplePos x="0" y="0"/>
            <wp:positionH relativeFrom="margin">
              <wp:posOffset>464820</wp:posOffset>
            </wp:positionH>
            <wp:positionV relativeFrom="paragraph">
              <wp:posOffset>94615</wp:posOffset>
            </wp:positionV>
            <wp:extent cx="5562600" cy="5562600"/>
            <wp:effectExtent l="0" t="0" r="0" b="0"/>
            <wp:wrapNone/>
            <wp:docPr id="169987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pic:spPr>
                </pic:pic>
              </a:graphicData>
            </a:graphic>
            <wp14:sizeRelH relativeFrom="margin">
              <wp14:pctWidth>0</wp14:pctWidth>
            </wp14:sizeRelH>
            <wp14:sizeRelV relativeFrom="margin">
              <wp14:pctHeight>0</wp14:pctHeight>
            </wp14:sizeRelV>
          </wp:anchor>
        </w:drawing>
      </w:r>
    </w:p>
    <w:p w14:paraId="47AC10B7" w14:textId="382E1D68" w:rsidR="0095675F" w:rsidRDefault="0095675F" w:rsidP="00907235">
      <w:pPr>
        <w:jc w:val="center"/>
        <w:rPr>
          <w:b/>
          <w:sz w:val="52"/>
        </w:rPr>
      </w:pPr>
    </w:p>
    <w:p w14:paraId="3099DE60" w14:textId="5317F224" w:rsidR="0095675F" w:rsidRDefault="0095675F" w:rsidP="00907235">
      <w:pPr>
        <w:jc w:val="center"/>
        <w:rPr>
          <w:b/>
          <w:sz w:val="52"/>
        </w:rPr>
      </w:pPr>
    </w:p>
    <w:p w14:paraId="6311D37F" w14:textId="09DE3C7B" w:rsidR="0095675F" w:rsidRDefault="0095675F" w:rsidP="00907235">
      <w:pPr>
        <w:jc w:val="center"/>
        <w:rPr>
          <w:b/>
          <w:sz w:val="52"/>
        </w:rPr>
      </w:pPr>
    </w:p>
    <w:p w14:paraId="10A4E87A" w14:textId="3948332E" w:rsidR="0095675F" w:rsidRDefault="0095675F" w:rsidP="00907235">
      <w:pPr>
        <w:jc w:val="center"/>
        <w:rPr>
          <w:b/>
          <w:sz w:val="52"/>
        </w:rPr>
      </w:pPr>
    </w:p>
    <w:p w14:paraId="7953A50D" w14:textId="52C3AC33" w:rsidR="0095675F" w:rsidRDefault="0095675F" w:rsidP="00907235">
      <w:pPr>
        <w:jc w:val="center"/>
        <w:rPr>
          <w:b/>
          <w:sz w:val="52"/>
        </w:rPr>
      </w:pPr>
    </w:p>
    <w:p w14:paraId="45B190B9" w14:textId="33566C20" w:rsidR="0095675F" w:rsidRPr="005D61F2" w:rsidRDefault="0095675F" w:rsidP="00907235">
      <w:pPr>
        <w:jc w:val="center"/>
        <w:rPr>
          <w:b/>
          <w:sz w:val="52"/>
          <w:lang w:val="en-GB"/>
        </w:rPr>
      </w:pPr>
    </w:p>
    <w:p w14:paraId="4099DB09" w14:textId="6CD522D0" w:rsidR="0095675F" w:rsidRDefault="0095675F" w:rsidP="00907235">
      <w:pPr>
        <w:jc w:val="center"/>
        <w:rPr>
          <w:b/>
          <w:sz w:val="52"/>
        </w:rPr>
      </w:pPr>
    </w:p>
    <w:p w14:paraId="1119DF77" w14:textId="77777777" w:rsidR="0095675F" w:rsidRDefault="0095675F" w:rsidP="00907235">
      <w:pPr>
        <w:jc w:val="center"/>
        <w:rPr>
          <w:b/>
          <w:sz w:val="52"/>
        </w:rPr>
      </w:pPr>
    </w:p>
    <w:p w14:paraId="418F0397" w14:textId="77777777" w:rsidR="0095675F" w:rsidRDefault="0095675F" w:rsidP="00907235">
      <w:pPr>
        <w:jc w:val="center"/>
        <w:rPr>
          <w:b/>
          <w:sz w:val="52"/>
        </w:rPr>
      </w:pPr>
    </w:p>
    <w:p w14:paraId="45828DCB" w14:textId="77777777" w:rsidR="0095675F" w:rsidRPr="001C5E5E" w:rsidRDefault="0095675F" w:rsidP="0095675F">
      <w:pPr>
        <w:spacing w:before="100" w:beforeAutospacing="1" w:after="100" w:afterAutospacing="1" w:line="240" w:lineRule="auto"/>
        <w:jc w:val="right"/>
        <w:outlineLvl w:val="1"/>
        <w:rPr>
          <w:rFonts w:ascii="Times New Roman" w:eastAsia="Times New Roman" w:hAnsi="Times New Roman" w:cs="Times New Roman"/>
          <w:b/>
          <w:bCs/>
          <w:color w:val="4F6228" w:themeColor="accent3" w:themeShade="80"/>
          <w:sz w:val="36"/>
          <w:szCs w:val="36"/>
          <w:lang w:val="en-GB" w:eastAsia="en-GB"/>
        </w:rPr>
      </w:pPr>
      <w:r w:rsidRPr="001C5E5E">
        <w:rPr>
          <w:rFonts w:ascii="Times New Roman" w:eastAsia="Times New Roman" w:hAnsi="Times New Roman" w:cs="Times New Roman"/>
          <w:b/>
          <w:bCs/>
          <w:color w:val="4F6228" w:themeColor="accent3" w:themeShade="80"/>
          <w:sz w:val="36"/>
          <w:szCs w:val="36"/>
          <w:lang w:val="en-GB" w:eastAsia="en-GB"/>
        </w:rPr>
        <w:t>Together we will grow stronger communities</w:t>
      </w:r>
      <w:r w:rsidRPr="001C5E5E">
        <w:rPr>
          <w:rFonts w:ascii="Times New Roman" w:eastAsia="Times New Roman" w:hAnsi="Times New Roman" w:cs="Times New Roman"/>
          <w:b/>
          <w:bCs/>
          <w:color w:val="4F6228" w:themeColor="accent3" w:themeShade="80"/>
          <w:sz w:val="36"/>
          <w:szCs w:val="36"/>
          <w:lang w:val="en-GB" w:eastAsia="en-GB"/>
        </w:rPr>
        <w:br/>
      </w:r>
      <w:r w:rsidRPr="001C5E5E">
        <w:rPr>
          <w:rFonts w:ascii="Times New Roman" w:eastAsia="Times New Roman" w:hAnsi="Times New Roman" w:cs="Times New Roman"/>
          <w:i/>
          <w:iCs/>
          <w:color w:val="4F6228" w:themeColor="accent3" w:themeShade="80"/>
          <w:sz w:val="24"/>
          <w:szCs w:val="24"/>
          <w:lang w:val="en-GB" w:eastAsia="en-GB"/>
        </w:rPr>
        <w:t>Every contribution becomes part of something living, lasting, and meaningful.</w:t>
      </w:r>
    </w:p>
    <w:p w14:paraId="0EDE1E60" w14:textId="77777777" w:rsidR="0095675F" w:rsidRDefault="0095675F" w:rsidP="00907235">
      <w:pPr>
        <w:jc w:val="center"/>
        <w:rPr>
          <w:b/>
          <w:sz w:val="52"/>
        </w:rPr>
      </w:pPr>
    </w:p>
    <w:p w14:paraId="339D8512" w14:textId="4A5E9066" w:rsidR="00B06813" w:rsidRPr="009B0734" w:rsidRDefault="00907235" w:rsidP="009B0734">
      <w:pPr>
        <w:jc w:val="center"/>
        <w:rPr>
          <w:b/>
          <w:sz w:val="52"/>
          <w:lang w:val="en-GB"/>
        </w:rPr>
      </w:pPr>
      <w:r>
        <w:rPr>
          <w:b/>
          <w:sz w:val="52"/>
        </w:rPr>
        <w:t>AGE UK HOUNSLOW</w:t>
      </w:r>
    </w:p>
    <w:p w14:paraId="2C3F5F56" w14:textId="21001D98" w:rsidR="006E1A42" w:rsidRPr="00D5121A" w:rsidRDefault="004D1622" w:rsidP="001C5E5E">
      <w:pPr>
        <w:jc w:val="center"/>
        <w:rPr>
          <w:b/>
          <w:bCs/>
          <w:sz w:val="42"/>
          <w:szCs w:val="42"/>
        </w:rPr>
      </w:pPr>
      <w:r w:rsidRPr="00D5121A">
        <w:rPr>
          <w:b/>
          <w:bCs/>
          <w:i/>
          <w:sz w:val="42"/>
          <w:szCs w:val="42"/>
        </w:rPr>
        <w:t>Community Growth Tree Sponsorship Pack</w:t>
      </w:r>
    </w:p>
    <w:p w14:paraId="0B2047B0" w14:textId="17499D6F" w:rsidR="00F858C1" w:rsidRPr="00F858C1" w:rsidRDefault="00F858C1" w:rsidP="001C5E5E"/>
    <w:p w14:paraId="05210F72" w14:textId="77777777" w:rsidR="00D5121A" w:rsidRDefault="00F858C1" w:rsidP="00D5121A">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200C07">
        <w:rPr>
          <w:rFonts w:ascii="Times New Roman" w:eastAsia="Times New Roman" w:hAnsi="Times New Roman" w:cs="Times New Roman"/>
          <w:sz w:val="24"/>
          <w:szCs w:val="24"/>
          <w:lang w:val="en-GB" w:eastAsia="en-GB"/>
        </w:rPr>
        <w:t>Age UK Hounslow support older adults across the London Borough of Hounslow to remain active, connected, and supported within their local community.</w:t>
      </w:r>
    </w:p>
    <w:p w14:paraId="06F4556A" w14:textId="0BBA4CCD" w:rsidR="00F858C1" w:rsidRDefault="00F858C1" w:rsidP="00D5121A">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sz w:val="24"/>
          <w:szCs w:val="24"/>
          <w:lang w:val="en-GB" w:eastAsia="en-GB"/>
        </w:rPr>
        <w:t>Through meaningful engagement and inclusive services, we help reduce isolation, improve wellbeing, and promote independence in later life.</w:t>
      </w:r>
    </w:p>
    <w:p w14:paraId="00708EBD" w14:textId="17642926" w:rsidR="00D5121A" w:rsidRPr="00D5121A" w:rsidRDefault="00D5121A" w:rsidP="00D5121A">
      <w:pPr>
        <w:spacing w:before="100" w:beforeAutospacing="1" w:after="100" w:afterAutospacing="1" w:line="240" w:lineRule="auto"/>
        <w:jc w:val="both"/>
        <w:rPr>
          <w:rFonts w:ascii="Times New Roman" w:eastAsia="Times New Roman" w:hAnsi="Times New Roman" w:cs="Times New Roman"/>
          <w:b/>
          <w:bCs/>
          <w:sz w:val="28"/>
          <w:szCs w:val="28"/>
          <w:lang w:val="en-GB" w:eastAsia="en-GB"/>
        </w:rPr>
      </w:pPr>
      <w:r w:rsidRPr="00D5121A">
        <w:rPr>
          <w:rFonts w:ascii="Times New Roman" w:eastAsia="Times New Roman" w:hAnsi="Times New Roman" w:cs="Times New Roman"/>
          <w:b/>
          <w:bCs/>
          <w:sz w:val="28"/>
          <w:szCs w:val="28"/>
          <w:lang w:val="en-GB" w:eastAsia="en-GB"/>
        </w:rPr>
        <w:t>Due to cuts in the availability of external grants, we</w:t>
      </w:r>
      <w:r>
        <w:rPr>
          <w:rFonts w:ascii="Times New Roman" w:eastAsia="Times New Roman" w:hAnsi="Times New Roman" w:cs="Times New Roman"/>
          <w:b/>
          <w:bCs/>
          <w:sz w:val="28"/>
          <w:szCs w:val="28"/>
          <w:lang w:val="en-GB" w:eastAsia="en-GB"/>
        </w:rPr>
        <w:t xml:space="preserve"> </w:t>
      </w:r>
      <w:r w:rsidR="00DB2DF6">
        <w:rPr>
          <w:rFonts w:ascii="Times New Roman" w:eastAsia="Times New Roman" w:hAnsi="Times New Roman" w:cs="Times New Roman"/>
          <w:b/>
          <w:bCs/>
          <w:sz w:val="28"/>
          <w:szCs w:val="28"/>
          <w:lang w:val="en-GB" w:eastAsia="en-GB"/>
        </w:rPr>
        <w:t>need</w:t>
      </w:r>
      <w:r w:rsidRPr="00D5121A">
        <w:rPr>
          <w:rFonts w:ascii="Times New Roman" w:eastAsia="Times New Roman" w:hAnsi="Times New Roman" w:cs="Times New Roman"/>
          <w:b/>
          <w:bCs/>
          <w:sz w:val="28"/>
          <w:szCs w:val="28"/>
          <w:lang w:val="en-GB" w:eastAsia="en-GB"/>
        </w:rPr>
        <w:t xml:space="preserve"> your support to allow us to continue to provide those services, by funding part of our Community Growth Tree</w:t>
      </w:r>
    </w:p>
    <w:p w14:paraId="77684EF1" w14:textId="77777777" w:rsidR="00D5121A" w:rsidRDefault="00D5121A" w:rsidP="00D5121A">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p>
    <w:p w14:paraId="42CCB529" w14:textId="11EACA87" w:rsidR="00D5121A" w:rsidRPr="00F858C1" w:rsidRDefault="00D5121A" w:rsidP="00D5121A">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r w:rsidRPr="00F858C1">
        <w:rPr>
          <w:rFonts w:ascii="Times New Roman" w:eastAsia="Times New Roman" w:hAnsi="Times New Roman" w:cs="Times New Roman"/>
          <w:b/>
          <w:bCs/>
          <w:sz w:val="36"/>
          <w:szCs w:val="36"/>
          <w:lang w:val="en-GB" w:eastAsia="en-GB"/>
        </w:rPr>
        <w:t xml:space="preserve">Why Partner with </w:t>
      </w:r>
      <w:r>
        <w:rPr>
          <w:rFonts w:ascii="Times New Roman" w:eastAsia="Times New Roman" w:hAnsi="Times New Roman" w:cs="Times New Roman"/>
          <w:b/>
          <w:bCs/>
          <w:sz w:val="36"/>
          <w:szCs w:val="36"/>
          <w:lang w:val="en-GB" w:eastAsia="en-GB"/>
        </w:rPr>
        <w:t>u</w:t>
      </w:r>
      <w:r w:rsidRPr="00F858C1">
        <w:rPr>
          <w:rFonts w:ascii="Times New Roman" w:eastAsia="Times New Roman" w:hAnsi="Times New Roman" w:cs="Times New Roman"/>
          <w:b/>
          <w:bCs/>
          <w:sz w:val="36"/>
          <w:szCs w:val="36"/>
          <w:lang w:val="en-GB" w:eastAsia="en-GB"/>
        </w:rPr>
        <w:t>s</w:t>
      </w:r>
    </w:p>
    <w:p w14:paraId="424EB0E6" w14:textId="77777777" w:rsidR="00D5121A" w:rsidRPr="00F858C1" w:rsidRDefault="00D5121A" w:rsidP="00D5121A">
      <w:pPr>
        <w:spacing w:before="100" w:beforeAutospacing="1" w:after="100" w:afterAutospacing="1" w:line="240" w:lineRule="auto"/>
        <w:rPr>
          <w:rFonts w:ascii="Times New Roman" w:eastAsia="Times New Roman" w:hAnsi="Times New Roman" w:cs="Times New Roman"/>
          <w:b/>
          <w:bCs/>
          <w:sz w:val="24"/>
          <w:szCs w:val="24"/>
          <w:lang w:val="en-GB" w:eastAsia="en-GB"/>
        </w:rPr>
      </w:pPr>
      <w:r w:rsidRPr="00F858C1">
        <w:rPr>
          <w:rFonts w:ascii="Times New Roman" w:eastAsia="Times New Roman" w:hAnsi="Times New Roman" w:cs="Times New Roman"/>
          <w:sz w:val="24"/>
          <w:szCs w:val="24"/>
          <w:lang w:val="en-GB" w:eastAsia="en-GB"/>
        </w:rPr>
        <w:t>Your sponsorship becomes part of something living, growing, and long-lasting</w:t>
      </w:r>
      <w:r>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br/>
      </w:r>
      <w:r w:rsidRPr="00F858C1">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b/>
          <w:bCs/>
          <w:sz w:val="24"/>
          <w:szCs w:val="24"/>
          <w:lang w:val="en-GB" w:eastAsia="en-GB"/>
        </w:rPr>
        <w:t>O</w:t>
      </w:r>
      <w:r w:rsidRPr="00F858C1">
        <w:rPr>
          <w:rFonts w:ascii="Times New Roman" w:eastAsia="Times New Roman" w:hAnsi="Times New Roman" w:cs="Times New Roman"/>
          <w:b/>
          <w:bCs/>
          <w:sz w:val="24"/>
          <w:szCs w:val="24"/>
          <w:lang w:val="en-GB" w:eastAsia="en-GB"/>
        </w:rPr>
        <w:t>ur Community Growth Tree.</w:t>
      </w:r>
    </w:p>
    <w:p w14:paraId="5FE53A93" w14:textId="77777777" w:rsidR="00D5121A" w:rsidRPr="00F858C1" w:rsidRDefault="00D5121A" w:rsidP="00D5121A">
      <w:pPr>
        <w:numPr>
          <w:ilvl w:val="0"/>
          <w:numId w:val="10"/>
        </w:num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Strengthen the Roots</w:t>
      </w:r>
      <w:r w:rsidRPr="00F858C1">
        <w:rPr>
          <w:rFonts w:ascii="Times New Roman" w:eastAsia="Times New Roman" w:hAnsi="Times New Roman" w:cs="Times New Roman"/>
          <w:sz w:val="24"/>
          <w:szCs w:val="24"/>
          <w:lang w:val="en-GB" w:eastAsia="en-GB"/>
        </w:rPr>
        <w:t xml:space="preserve"> by helping us provide essential support for the most vulnerable older adults in our community, reducing isolation and protecting wellbeing </w:t>
      </w:r>
    </w:p>
    <w:p w14:paraId="7804FD21" w14:textId="5A16A580" w:rsidR="00D5121A" w:rsidRPr="00F858C1" w:rsidRDefault="00D5121A" w:rsidP="00D5121A">
      <w:pPr>
        <w:numPr>
          <w:ilvl w:val="0"/>
          <w:numId w:val="10"/>
        </w:num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Support the Trunk</w:t>
      </w:r>
      <w:r w:rsidRPr="00F858C1">
        <w:rPr>
          <w:rFonts w:ascii="Times New Roman" w:eastAsia="Times New Roman" w:hAnsi="Times New Roman" w:cs="Times New Roman"/>
          <w:sz w:val="24"/>
          <w:szCs w:val="24"/>
          <w:lang w:val="en-GB" w:eastAsia="en-GB"/>
        </w:rPr>
        <w:t xml:space="preserve"> by funding </w:t>
      </w:r>
      <w:r w:rsidR="00D36D22">
        <w:rPr>
          <w:rFonts w:ascii="Times New Roman" w:eastAsia="Times New Roman" w:hAnsi="Times New Roman" w:cs="Times New Roman"/>
          <w:sz w:val="24"/>
          <w:szCs w:val="24"/>
          <w:lang w:val="en-GB" w:eastAsia="en-GB"/>
        </w:rPr>
        <w:t xml:space="preserve">our </w:t>
      </w:r>
      <w:r w:rsidRPr="00F858C1">
        <w:rPr>
          <w:rFonts w:ascii="Times New Roman" w:eastAsia="Times New Roman" w:hAnsi="Times New Roman" w:cs="Times New Roman"/>
          <w:sz w:val="24"/>
          <w:szCs w:val="24"/>
          <w:lang w:val="en-GB" w:eastAsia="en-GB"/>
        </w:rPr>
        <w:t xml:space="preserve">core weekly health and wellbeing activities that build strength, routine, and independence </w:t>
      </w:r>
    </w:p>
    <w:p w14:paraId="726FD21F" w14:textId="19892EB7" w:rsidR="00D5121A" w:rsidRPr="00F858C1" w:rsidRDefault="00D5121A" w:rsidP="00D5121A">
      <w:pPr>
        <w:numPr>
          <w:ilvl w:val="0"/>
          <w:numId w:val="10"/>
        </w:num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Grow the Branches</w:t>
      </w:r>
      <w:r w:rsidRPr="00F858C1">
        <w:rPr>
          <w:rFonts w:ascii="Times New Roman" w:eastAsia="Times New Roman" w:hAnsi="Times New Roman" w:cs="Times New Roman"/>
          <w:sz w:val="24"/>
          <w:szCs w:val="24"/>
          <w:lang w:val="en-GB" w:eastAsia="en-GB"/>
        </w:rPr>
        <w:t xml:space="preserve"> by enabling </w:t>
      </w:r>
      <w:r w:rsidR="00D36D22">
        <w:rPr>
          <w:rFonts w:ascii="Times New Roman" w:eastAsia="Times New Roman" w:hAnsi="Times New Roman" w:cs="Times New Roman"/>
          <w:sz w:val="24"/>
          <w:szCs w:val="24"/>
          <w:lang w:val="en-GB" w:eastAsia="en-GB"/>
        </w:rPr>
        <w:t xml:space="preserve">our various </w:t>
      </w:r>
      <w:r w:rsidRPr="00F858C1">
        <w:rPr>
          <w:rFonts w:ascii="Times New Roman" w:eastAsia="Times New Roman" w:hAnsi="Times New Roman" w:cs="Times New Roman"/>
          <w:sz w:val="24"/>
          <w:szCs w:val="24"/>
          <w:lang w:val="en-GB" w:eastAsia="en-GB"/>
        </w:rPr>
        <w:t xml:space="preserve">social, creative, and enrichment programmes that connect people and bring joy to everyday life </w:t>
      </w:r>
    </w:p>
    <w:p w14:paraId="46DCE845" w14:textId="3511051E" w:rsidR="00D5121A" w:rsidRPr="00F858C1" w:rsidRDefault="00D5121A" w:rsidP="00D5121A">
      <w:pPr>
        <w:numPr>
          <w:ilvl w:val="0"/>
          <w:numId w:val="10"/>
        </w:num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Sustain the Leaves</w:t>
      </w:r>
      <w:r w:rsidRPr="00F858C1">
        <w:rPr>
          <w:rFonts w:ascii="Times New Roman" w:eastAsia="Times New Roman" w:hAnsi="Times New Roman" w:cs="Times New Roman"/>
          <w:sz w:val="24"/>
          <w:szCs w:val="24"/>
          <w:lang w:val="en-GB" w:eastAsia="en-GB"/>
        </w:rPr>
        <w:t xml:space="preserve"> by contributing to the </w:t>
      </w:r>
      <w:r w:rsidR="00D36D22">
        <w:rPr>
          <w:rFonts w:ascii="Times New Roman" w:eastAsia="Times New Roman" w:hAnsi="Times New Roman" w:cs="Times New Roman"/>
          <w:sz w:val="24"/>
          <w:szCs w:val="24"/>
          <w:lang w:val="en-GB" w:eastAsia="en-GB"/>
        </w:rPr>
        <w:t xml:space="preserve">many </w:t>
      </w:r>
      <w:r w:rsidRPr="00F858C1">
        <w:rPr>
          <w:rFonts w:ascii="Times New Roman" w:eastAsia="Times New Roman" w:hAnsi="Times New Roman" w:cs="Times New Roman"/>
          <w:sz w:val="24"/>
          <w:szCs w:val="24"/>
          <w:lang w:val="en-GB" w:eastAsia="en-GB"/>
        </w:rPr>
        <w:t xml:space="preserve">small but vital daily elements that make every session welcoming, warm, and meaningful </w:t>
      </w:r>
    </w:p>
    <w:p w14:paraId="23C78665" w14:textId="77777777" w:rsidR="00D5121A" w:rsidRPr="00A63F67" w:rsidRDefault="00D5121A" w:rsidP="00D5121A">
      <w:p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sz w:val="24"/>
          <w:szCs w:val="24"/>
          <w:lang w:val="en-GB" w:eastAsia="en-GB"/>
        </w:rPr>
        <w:t>Through your partnership, you are not simply funding activities</w:t>
      </w:r>
      <w:r>
        <w:rPr>
          <w:rFonts w:ascii="Times New Roman" w:eastAsia="Times New Roman" w:hAnsi="Times New Roman" w:cs="Times New Roman"/>
          <w:sz w:val="24"/>
          <w:szCs w:val="24"/>
          <w:lang w:val="en-GB" w:eastAsia="en-GB"/>
        </w:rPr>
        <w:t>,</w:t>
      </w:r>
      <w:r w:rsidRPr="00F858C1">
        <w:rPr>
          <w:rFonts w:ascii="Times New Roman" w:eastAsia="Times New Roman" w:hAnsi="Times New Roman" w:cs="Times New Roman"/>
          <w:sz w:val="24"/>
          <w:szCs w:val="24"/>
          <w:lang w:val="en-GB" w:eastAsia="en-GB"/>
        </w:rPr>
        <w:t xml:space="preserve"> you are helping a community tree grow stronger, wider, and more resilient every year.</w:t>
      </w:r>
    </w:p>
    <w:p w14:paraId="387B96AD" w14:textId="0295D4FE" w:rsidR="00D5121A" w:rsidRDefault="00D5121A" w:rsidP="00D5121A">
      <w:pPr>
        <w:rPr>
          <w:b/>
        </w:rPr>
      </w:pPr>
      <w:r>
        <w:rPr>
          <w:b/>
        </w:rPr>
        <w:t>Join us in growing a stronger, more connected community.</w:t>
      </w:r>
      <w:r>
        <w:rPr>
          <w:b/>
        </w:rPr>
        <w:br/>
      </w:r>
      <w:r w:rsidR="00D36D22">
        <w:rPr>
          <w:b/>
        </w:rPr>
        <w:t>Donate or g</w:t>
      </w:r>
      <w:r>
        <w:rPr>
          <w:b/>
        </w:rPr>
        <w:t>et in touch today to choose your part of the tree and make a lasting difference.</w:t>
      </w:r>
    </w:p>
    <w:p w14:paraId="38683CA1" w14:textId="77777777" w:rsidR="00D5121A" w:rsidRDefault="00D5121A">
      <w:pPr>
        <w:rPr>
          <w:b/>
          <w:sz w:val="28"/>
        </w:rPr>
      </w:pPr>
      <w:r>
        <w:rPr>
          <w:b/>
          <w:sz w:val="28"/>
        </w:rPr>
        <w:br w:type="page"/>
      </w:r>
    </w:p>
    <w:p w14:paraId="6DED9D1A" w14:textId="11E29B14" w:rsidR="004C384C" w:rsidRDefault="0095675F" w:rsidP="004C384C">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r>
        <w:rPr>
          <w:rFonts w:ascii="Times New Roman" w:eastAsia="Times New Roman" w:hAnsi="Times New Roman" w:cs="Times New Roman"/>
          <w:b/>
          <w:bCs/>
          <w:sz w:val="36"/>
          <w:szCs w:val="36"/>
          <w:lang w:val="en-GB" w:eastAsia="en-GB"/>
        </w:rPr>
        <w:lastRenderedPageBreak/>
        <w:br/>
      </w:r>
      <w:r w:rsidR="004C384C" w:rsidRPr="00F858C1">
        <w:rPr>
          <w:rFonts w:ascii="Times New Roman" w:eastAsia="Times New Roman" w:hAnsi="Times New Roman" w:cs="Times New Roman"/>
          <w:b/>
          <w:bCs/>
          <w:sz w:val="36"/>
          <w:szCs w:val="36"/>
          <w:lang w:val="en-GB" w:eastAsia="en-GB"/>
        </w:rPr>
        <w:t>Choose Your Level of Support</w:t>
      </w:r>
      <w:r w:rsidR="004C384C">
        <w:rPr>
          <w:rFonts w:ascii="Times New Roman" w:eastAsia="Times New Roman" w:hAnsi="Times New Roman" w:cs="Times New Roman"/>
          <w:b/>
          <w:bCs/>
          <w:sz w:val="36"/>
          <w:szCs w:val="36"/>
          <w:lang w:val="en-GB" w:eastAsia="en-GB"/>
        </w:rPr>
        <w:t xml:space="preserve"> - </w:t>
      </w:r>
    </w:p>
    <w:p w14:paraId="14C1101B" w14:textId="78503759" w:rsidR="00B06813" w:rsidRDefault="004D1622">
      <w:r>
        <w:rPr>
          <w:b/>
          <w:sz w:val="28"/>
        </w:rPr>
        <w:t>ROOTS – Foundation Services (£</w:t>
      </w:r>
      <w:r w:rsidR="000777DF">
        <w:rPr>
          <w:b/>
          <w:sz w:val="28"/>
        </w:rPr>
        <w:t>5</w:t>
      </w:r>
      <w:r>
        <w:rPr>
          <w:b/>
          <w:sz w:val="28"/>
        </w:rPr>
        <w:t>,000 – £10,000)</w:t>
      </w:r>
      <w:r w:rsidR="006E1A42">
        <w:br/>
      </w:r>
      <w:r>
        <w:t>Support vital services that reduce isolation and protect vulnerable older people.</w:t>
      </w:r>
    </w:p>
    <w:p w14:paraId="31121383" w14:textId="77777777" w:rsidR="00B06813" w:rsidRDefault="004D1622">
      <w:pPr>
        <w:pStyle w:val="ListBullet"/>
        <w:spacing w:after="60"/>
      </w:pPr>
      <w:r>
        <w:t>£5,000 – Full year of community social groups</w:t>
      </w:r>
    </w:p>
    <w:p w14:paraId="0B4CBA7D" w14:textId="73958440" w:rsidR="00F858C1" w:rsidRDefault="00F858C1">
      <w:pPr>
        <w:pStyle w:val="ListBullet"/>
        <w:spacing w:after="60"/>
      </w:pPr>
      <w:r>
        <w:t>£6,000 – Full year of social support groups</w:t>
      </w:r>
    </w:p>
    <w:p w14:paraId="377DE471" w14:textId="0EE8F2E9" w:rsidR="00AF4B65" w:rsidRPr="00AF4B65" w:rsidRDefault="004D1622" w:rsidP="00AF4B65">
      <w:pPr>
        <w:pStyle w:val="ListBullet"/>
        <w:spacing w:after="60"/>
        <w:rPr>
          <w:lang w:val="en-GB"/>
        </w:rPr>
      </w:pPr>
      <w:r>
        <w:t>£7,500 – Outreach &amp; wellbeing support programme</w:t>
      </w:r>
    </w:p>
    <w:p w14:paraId="1D8352C5" w14:textId="4E5C720A" w:rsidR="00B06813" w:rsidRDefault="000F0EBE">
      <w:pPr>
        <w:pStyle w:val="ListBullet"/>
        <w:spacing w:after="60"/>
      </w:pPr>
      <w:r>
        <w:t>£10,00  - Full Year of Physical activities</w:t>
      </w:r>
    </w:p>
    <w:p w14:paraId="520B22A9" w14:textId="77777777" w:rsidR="00B06813" w:rsidRDefault="004D1622">
      <w:pPr>
        <w:pStyle w:val="ListBullet"/>
        <w:spacing w:after="60"/>
      </w:pPr>
      <w:r>
        <w:t>£10,000 – Transport + full social inclusion support</w:t>
      </w:r>
    </w:p>
    <w:p w14:paraId="26009D5F" w14:textId="46D3829F" w:rsidR="00B06813" w:rsidRDefault="004D1622">
      <w:r>
        <w:rPr>
          <w:b/>
          <w:sz w:val="28"/>
        </w:rPr>
        <w:t xml:space="preserve"> </w:t>
      </w:r>
      <w:r w:rsidR="00F858C1">
        <w:rPr>
          <w:b/>
          <w:sz w:val="28"/>
        </w:rPr>
        <w:br/>
      </w:r>
      <w:r>
        <w:rPr>
          <w:b/>
          <w:sz w:val="28"/>
        </w:rPr>
        <w:t>TRUNK – Core Weekly Activities (£</w:t>
      </w:r>
      <w:r w:rsidR="00AF0803">
        <w:rPr>
          <w:b/>
          <w:sz w:val="28"/>
        </w:rPr>
        <w:t>1,0</w:t>
      </w:r>
      <w:r>
        <w:rPr>
          <w:b/>
          <w:sz w:val="28"/>
        </w:rPr>
        <w:t>00 – £</w:t>
      </w:r>
      <w:r w:rsidR="00F858C1">
        <w:rPr>
          <w:b/>
          <w:sz w:val="28"/>
        </w:rPr>
        <w:t>2</w:t>
      </w:r>
      <w:r w:rsidR="00D36D22">
        <w:rPr>
          <w:b/>
          <w:sz w:val="28"/>
        </w:rPr>
        <w:t>,</w:t>
      </w:r>
      <w:r>
        <w:rPr>
          <w:b/>
          <w:sz w:val="28"/>
        </w:rPr>
        <w:t>000)</w:t>
      </w:r>
      <w:r w:rsidR="006E1A42">
        <w:br/>
      </w:r>
      <w:r>
        <w:t xml:space="preserve">Fund structured weekly activities that improve health and </w:t>
      </w:r>
      <w:r w:rsidR="00D36D22">
        <w:t>wellbeing</w:t>
      </w:r>
      <w:r>
        <w:t>.</w:t>
      </w:r>
    </w:p>
    <w:p w14:paraId="21E4DE08" w14:textId="7A35EE5E" w:rsidR="00F858C1" w:rsidRDefault="00F858C1" w:rsidP="00F858C1">
      <w:pPr>
        <w:pStyle w:val="ListBullet"/>
        <w:spacing w:after="60"/>
      </w:pPr>
      <w:r>
        <w:t>£</w:t>
      </w:r>
      <w:r w:rsidR="00AF0803">
        <w:t>1,0</w:t>
      </w:r>
      <w:r>
        <w:t>00 – 1 year of Seated Exercise</w:t>
      </w:r>
    </w:p>
    <w:p w14:paraId="00A21863" w14:textId="2006046F" w:rsidR="00B06813" w:rsidRDefault="004D1622">
      <w:pPr>
        <w:pStyle w:val="ListBullet"/>
        <w:spacing w:after="60"/>
      </w:pPr>
      <w:r>
        <w:t>£</w:t>
      </w:r>
      <w:r w:rsidR="00F858C1">
        <w:t>1,0</w:t>
      </w:r>
      <w:r>
        <w:t>00 – 1 year of Yoga classes</w:t>
      </w:r>
    </w:p>
    <w:p w14:paraId="1CD624B6" w14:textId="493BB8CC" w:rsidR="00B06813" w:rsidRDefault="004D1622">
      <w:pPr>
        <w:pStyle w:val="ListBullet"/>
        <w:spacing w:after="60"/>
      </w:pPr>
      <w:r>
        <w:t>£</w:t>
      </w:r>
      <w:r w:rsidR="00F858C1">
        <w:t>1,</w:t>
      </w:r>
      <w:r w:rsidR="00D36D22">
        <w:t>5</w:t>
      </w:r>
      <w:r w:rsidR="00F858C1">
        <w:t>00</w:t>
      </w:r>
      <w:r>
        <w:t xml:space="preserve"> – 1 year of Line Dancing</w:t>
      </w:r>
    </w:p>
    <w:p w14:paraId="5E4B10F7" w14:textId="5E0BE5B9" w:rsidR="00B06813" w:rsidRDefault="004D1622">
      <w:pPr>
        <w:pStyle w:val="ListBullet"/>
        <w:spacing w:after="60"/>
      </w:pPr>
      <w:r>
        <w:t>£</w:t>
      </w:r>
      <w:r w:rsidR="00D36D22">
        <w:t>2</w:t>
      </w:r>
      <w:r w:rsidR="00F858C1">
        <w:t>,</w:t>
      </w:r>
      <w:r w:rsidR="00D36D22">
        <w:t>0</w:t>
      </w:r>
      <w:r w:rsidR="00F858C1">
        <w:t>00</w:t>
      </w:r>
      <w:r>
        <w:t xml:space="preserve"> – 1 year of Pilates</w:t>
      </w:r>
    </w:p>
    <w:p w14:paraId="00D6AC13" w14:textId="70A15607" w:rsidR="00B06813" w:rsidRDefault="004D1622">
      <w:pPr>
        <w:pStyle w:val="ListBullet"/>
        <w:spacing w:after="60"/>
      </w:pPr>
      <w:r>
        <w:t>£</w:t>
      </w:r>
      <w:r w:rsidR="00D36D22">
        <w:t>2</w:t>
      </w:r>
      <w:r>
        <w:t>,</w:t>
      </w:r>
      <w:r w:rsidR="00D36D22">
        <w:t>0</w:t>
      </w:r>
      <w:r>
        <w:t>00 – 1 year of Zumba</w:t>
      </w:r>
    </w:p>
    <w:p w14:paraId="2CCAA0F3" w14:textId="77777777" w:rsidR="004C384C" w:rsidRDefault="004C384C">
      <w:pPr>
        <w:rPr>
          <w:b/>
          <w:sz w:val="28"/>
        </w:rPr>
      </w:pPr>
    </w:p>
    <w:p w14:paraId="375876DC" w14:textId="0D87EEA8" w:rsidR="00B06813" w:rsidRDefault="00F858C1">
      <w:r>
        <w:rPr>
          <w:b/>
          <w:sz w:val="28"/>
        </w:rPr>
        <w:t>BRANCHES – Social &amp; Enrichment (£150 – £</w:t>
      </w:r>
      <w:r w:rsidR="00D36D22">
        <w:rPr>
          <w:b/>
          <w:sz w:val="28"/>
        </w:rPr>
        <w:t>9</w:t>
      </w:r>
      <w:r>
        <w:rPr>
          <w:b/>
          <w:sz w:val="28"/>
        </w:rPr>
        <w:t>00)</w:t>
      </w:r>
    </w:p>
    <w:p w14:paraId="57D4B9BA" w14:textId="191E3D19" w:rsidR="00B06813" w:rsidRDefault="004D1622">
      <w:r>
        <w:t>Create connection, joy, and creativity through social activities.</w:t>
      </w:r>
    </w:p>
    <w:p w14:paraId="16E5EC50" w14:textId="53AD3803" w:rsidR="00B06813" w:rsidRDefault="004D1622">
      <w:pPr>
        <w:pStyle w:val="ListBullet"/>
        <w:spacing w:after="60"/>
      </w:pPr>
      <w:r>
        <w:t>£150 –</w:t>
      </w:r>
      <w:r w:rsidR="007213FF">
        <w:t xml:space="preserve"> </w:t>
      </w:r>
      <w:r>
        <w:t xml:space="preserve"> 1 month of Arts &amp; Crafts</w:t>
      </w:r>
    </w:p>
    <w:p w14:paraId="4DBC0C6C" w14:textId="46052EE4" w:rsidR="00F858C1" w:rsidRDefault="00F858C1" w:rsidP="00F858C1">
      <w:pPr>
        <w:pStyle w:val="ListBullet"/>
        <w:spacing w:after="60"/>
      </w:pPr>
      <w:r>
        <w:t xml:space="preserve">£300 – </w:t>
      </w:r>
      <w:r w:rsidR="000130D2">
        <w:t xml:space="preserve"> </w:t>
      </w:r>
      <w:r>
        <w:t>1 month of Games &amp; Quizzes</w:t>
      </w:r>
    </w:p>
    <w:p w14:paraId="0DA78771" w14:textId="1483C7AD" w:rsidR="00B06813" w:rsidRDefault="00907235">
      <w:pPr>
        <w:pStyle w:val="ListBullet"/>
        <w:spacing w:after="60"/>
      </w:pPr>
      <w:r>
        <w:t>£</w:t>
      </w:r>
      <w:r w:rsidR="00F858C1">
        <w:t>450</w:t>
      </w:r>
      <w:r>
        <w:t xml:space="preserve"> – </w:t>
      </w:r>
      <w:r w:rsidR="007213FF">
        <w:t xml:space="preserve"> </w:t>
      </w:r>
      <w:r>
        <w:t>Community event (Easter / Diwali etc.)</w:t>
      </w:r>
    </w:p>
    <w:p w14:paraId="7B1F25F8" w14:textId="137A12DC" w:rsidR="00B06813" w:rsidRDefault="004D1622">
      <w:pPr>
        <w:pStyle w:val="ListBullet"/>
        <w:spacing w:after="60"/>
      </w:pPr>
      <w:r>
        <w:t>£</w:t>
      </w:r>
      <w:r w:rsidR="00F858C1">
        <w:t>7</w:t>
      </w:r>
      <w:r>
        <w:t xml:space="preserve">00 – </w:t>
      </w:r>
      <w:r w:rsidR="00F1286A">
        <w:t xml:space="preserve"> </w:t>
      </w:r>
      <w:r>
        <w:t>Creative workshops (</w:t>
      </w:r>
      <w:r w:rsidR="001C5E5E">
        <w:t>G</w:t>
      </w:r>
      <w:r>
        <w:t>uest tutors)</w:t>
      </w:r>
    </w:p>
    <w:p w14:paraId="7500A316" w14:textId="1C70821F" w:rsidR="00B06813" w:rsidRDefault="004D1622">
      <w:pPr>
        <w:pStyle w:val="ListBullet"/>
        <w:spacing w:after="60"/>
      </w:pPr>
      <w:r>
        <w:t>£</w:t>
      </w:r>
      <w:r w:rsidR="00F858C1">
        <w:t>8</w:t>
      </w:r>
      <w:r>
        <w:t xml:space="preserve">00 – </w:t>
      </w:r>
      <w:r w:rsidR="00F1286A">
        <w:t xml:space="preserve"> </w:t>
      </w:r>
      <w:r>
        <w:t>Seasonal celebration programme</w:t>
      </w:r>
    </w:p>
    <w:p w14:paraId="347D76E8" w14:textId="06D22297" w:rsidR="00B06813" w:rsidRDefault="004D1622">
      <w:pPr>
        <w:pStyle w:val="ListBullet"/>
        <w:spacing w:after="60"/>
      </w:pPr>
      <w:r>
        <w:t>£</w:t>
      </w:r>
      <w:r w:rsidR="00D36D22">
        <w:t>9</w:t>
      </w:r>
      <w:r w:rsidR="007213FF">
        <w:t>0</w:t>
      </w:r>
      <w:r>
        <w:t>0 – Day trips for members</w:t>
      </w:r>
    </w:p>
    <w:p w14:paraId="7FAC15D1" w14:textId="3F7BAE76" w:rsidR="00544CB5" w:rsidRPr="00544CB5" w:rsidRDefault="00544CB5" w:rsidP="00544CB5">
      <w:pPr>
        <w:pStyle w:val="ListBullet"/>
        <w:numPr>
          <w:ilvl w:val="0"/>
          <w:numId w:val="0"/>
        </w:numPr>
        <w:spacing w:after="60"/>
        <w:ind w:left="360"/>
      </w:pPr>
    </w:p>
    <w:p w14:paraId="6D7182EE" w14:textId="39F6374D" w:rsidR="00B06813" w:rsidRDefault="004D1622">
      <w:r>
        <w:rPr>
          <w:b/>
          <w:sz w:val="28"/>
        </w:rPr>
        <w:t xml:space="preserve"> LEAVES – Everyday Support (£</w:t>
      </w:r>
      <w:r w:rsidR="00F1286A">
        <w:rPr>
          <w:b/>
          <w:sz w:val="28"/>
        </w:rPr>
        <w:t>25</w:t>
      </w:r>
      <w:r>
        <w:rPr>
          <w:b/>
          <w:sz w:val="28"/>
        </w:rPr>
        <w:t xml:space="preserve"> – £1</w:t>
      </w:r>
      <w:r w:rsidR="00B83DC0">
        <w:rPr>
          <w:b/>
          <w:sz w:val="28"/>
        </w:rPr>
        <w:t>0</w:t>
      </w:r>
      <w:r>
        <w:rPr>
          <w:b/>
          <w:sz w:val="28"/>
        </w:rPr>
        <w:t>0)</w:t>
      </w:r>
    </w:p>
    <w:p w14:paraId="36B8E437" w14:textId="77777777" w:rsidR="00B06813" w:rsidRDefault="004D1622">
      <w:r>
        <w:t>Small contributions that make a daily difference.</w:t>
      </w:r>
    </w:p>
    <w:p w14:paraId="6E17E047" w14:textId="44A8C78C" w:rsidR="00B06813" w:rsidRDefault="004D1622">
      <w:pPr>
        <w:pStyle w:val="ListBullet"/>
        <w:spacing w:after="60"/>
      </w:pPr>
      <w:r>
        <w:t>£</w:t>
      </w:r>
      <w:r w:rsidR="00B83DC0">
        <w:t>25</w:t>
      </w:r>
      <w:r>
        <w:t xml:space="preserve"> –</w:t>
      </w:r>
      <w:r w:rsidR="00B83DC0">
        <w:t xml:space="preserve"> </w:t>
      </w:r>
      <w:r>
        <w:t xml:space="preserve"> Weekly activity materials</w:t>
      </w:r>
    </w:p>
    <w:p w14:paraId="2503FCE1" w14:textId="56A721FC" w:rsidR="00B06813" w:rsidRDefault="004D1622">
      <w:pPr>
        <w:pStyle w:val="ListBullet"/>
        <w:spacing w:after="60"/>
      </w:pPr>
      <w:r>
        <w:t>£75 – Refreshments for a group</w:t>
      </w:r>
    </w:p>
    <w:p w14:paraId="25090B99" w14:textId="4B8AA861" w:rsidR="00B06813" w:rsidRDefault="004D1622">
      <w:pPr>
        <w:pStyle w:val="ListBullet"/>
        <w:spacing w:after="60"/>
      </w:pPr>
      <w:r>
        <w:t>£100 –</w:t>
      </w:r>
      <w:r w:rsidR="00B83DC0">
        <w:t xml:space="preserve"> </w:t>
      </w:r>
      <w:r>
        <w:t>Arts &amp; crafts supplies</w:t>
      </w:r>
    </w:p>
    <w:p w14:paraId="383BC452" w14:textId="14A35919" w:rsidR="004C384C" w:rsidRDefault="004D1622" w:rsidP="00544CB5">
      <w:pPr>
        <w:pStyle w:val="ListBullet"/>
        <w:spacing w:after="60"/>
      </w:pPr>
      <w:r>
        <w:t>£1</w:t>
      </w:r>
      <w:r w:rsidR="00131C92">
        <w:t>0</w:t>
      </w:r>
      <w:r>
        <w:t>0 –</w:t>
      </w:r>
      <w:r w:rsidR="00B83DC0">
        <w:t xml:space="preserve"> </w:t>
      </w:r>
      <w:r w:rsidR="00210227">
        <w:t>Office Supplies</w:t>
      </w:r>
    </w:p>
    <w:p w14:paraId="7A758ED6" w14:textId="77777777" w:rsidR="004C384C" w:rsidRPr="0095675F" w:rsidRDefault="004C384C">
      <w:pPr>
        <w:rPr>
          <w:lang w:val="en-GB"/>
        </w:rPr>
      </w:pPr>
      <w:r>
        <w:br w:type="page"/>
      </w:r>
    </w:p>
    <w:p w14:paraId="7F834B49" w14:textId="3D63FD2C" w:rsidR="004C384C" w:rsidRPr="007D1577" w:rsidRDefault="0095675F" w:rsidP="004C384C">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r>
        <w:rPr>
          <w:rFonts w:ascii="Times New Roman" w:eastAsia="Times New Roman" w:hAnsi="Times New Roman" w:cs="Times New Roman"/>
          <w:b/>
          <w:bCs/>
          <w:sz w:val="36"/>
          <w:szCs w:val="36"/>
          <w:lang w:val="en-GB" w:eastAsia="en-GB"/>
        </w:rPr>
        <w:lastRenderedPageBreak/>
        <w:br/>
      </w:r>
      <w:r w:rsidR="004C384C" w:rsidRPr="007D1577">
        <w:rPr>
          <w:rFonts w:ascii="Times New Roman" w:eastAsia="Times New Roman" w:hAnsi="Times New Roman" w:cs="Times New Roman"/>
          <w:b/>
          <w:bCs/>
          <w:sz w:val="36"/>
          <w:szCs w:val="36"/>
          <w:lang w:val="en-GB" w:eastAsia="en-GB"/>
        </w:rPr>
        <w:t>Make a Contribution Today</w:t>
      </w:r>
      <w:r w:rsidR="00420628">
        <w:rPr>
          <w:rFonts w:ascii="Times New Roman" w:eastAsia="Times New Roman" w:hAnsi="Times New Roman" w:cs="Times New Roman"/>
          <w:b/>
          <w:bCs/>
          <w:sz w:val="36"/>
          <w:szCs w:val="36"/>
          <w:lang w:val="en-GB" w:eastAsia="en-GB"/>
        </w:rPr>
        <w:t>!</w:t>
      </w:r>
    </w:p>
    <w:p w14:paraId="6AEC3018" w14:textId="24110536" w:rsidR="004C384C" w:rsidRPr="00420628" w:rsidRDefault="004C384C" w:rsidP="00420628">
      <w:pPr>
        <w:spacing w:before="100" w:beforeAutospacing="1" w:after="100" w:afterAutospacing="1" w:line="240" w:lineRule="auto"/>
        <w:jc w:val="both"/>
        <w:outlineLvl w:val="1"/>
        <w:rPr>
          <w:rFonts w:ascii="Times New Roman" w:eastAsia="Times New Roman" w:hAnsi="Times New Roman" w:cs="Times New Roman"/>
          <w:sz w:val="28"/>
          <w:szCs w:val="28"/>
          <w:lang w:val="en-GB" w:eastAsia="en-GB"/>
        </w:rPr>
      </w:pPr>
      <w:r w:rsidRPr="00420628">
        <w:rPr>
          <w:rFonts w:ascii="Times New Roman" w:eastAsia="Times New Roman" w:hAnsi="Times New Roman" w:cs="Times New Roman"/>
          <w:sz w:val="28"/>
          <w:szCs w:val="28"/>
          <w:lang w:val="en-GB" w:eastAsia="en-GB"/>
        </w:rPr>
        <w:t xml:space="preserve">If you would like to support us immediately, you can make a direct bank transfer to Age UK Hounslow and </w:t>
      </w:r>
      <w:r w:rsidRPr="00420628">
        <w:rPr>
          <w:rFonts w:ascii="Times New Roman" w:eastAsia="Times New Roman" w:hAnsi="Times New Roman" w:cs="Times New Roman"/>
          <w:b/>
          <w:bCs/>
          <w:sz w:val="28"/>
          <w:szCs w:val="28"/>
          <w:lang w:val="en-GB" w:eastAsia="en-GB"/>
        </w:rPr>
        <w:t>your contribution will be written into our Community Growth Tree</w:t>
      </w:r>
      <w:r w:rsidRPr="00420628">
        <w:rPr>
          <w:rFonts w:ascii="Times New Roman" w:eastAsia="Times New Roman" w:hAnsi="Times New Roman" w:cs="Times New Roman"/>
          <w:sz w:val="28"/>
          <w:szCs w:val="28"/>
          <w:lang w:val="en-GB" w:eastAsia="en-GB"/>
        </w:rPr>
        <w:t xml:space="preserve"> showing your name/the name of your company, or anonymously if you prefer.</w:t>
      </w:r>
    </w:p>
    <w:p w14:paraId="07E8ABA9" w14:textId="705F2CD5" w:rsidR="004C384C" w:rsidRPr="00420628" w:rsidRDefault="00420628" w:rsidP="004C384C">
      <w:pPr>
        <w:spacing w:before="100" w:beforeAutospacing="1" w:after="100" w:afterAutospacing="1" w:line="240" w:lineRule="auto"/>
        <w:outlineLvl w:val="1"/>
        <w:rPr>
          <w:rFonts w:ascii="Times New Roman" w:eastAsia="Times New Roman" w:hAnsi="Times New Roman" w:cs="Times New Roman"/>
          <w:b/>
          <w:bCs/>
          <w:sz w:val="28"/>
          <w:szCs w:val="28"/>
          <w:lang w:val="en-GB" w:eastAsia="en-GB"/>
        </w:rPr>
      </w:pPr>
      <w:r>
        <w:rPr>
          <w:rFonts w:ascii="Times New Roman" w:eastAsia="Times New Roman" w:hAnsi="Times New Roman" w:cs="Times New Roman"/>
          <w:b/>
          <w:bCs/>
          <w:sz w:val="28"/>
          <w:szCs w:val="28"/>
          <w:lang w:val="en-GB" w:eastAsia="en-GB"/>
        </w:rPr>
        <w:t xml:space="preserve">Our </w:t>
      </w:r>
      <w:r w:rsidR="004C384C" w:rsidRPr="00420628">
        <w:rPr>
          <w:rFonts w:ascii="Times New Roman" w:eastAsia="Times New Roman" w:hAnsi="Times New Roman" w:cs="Times New Roman"/>
          <w:b/>
          <w:bCs/>
          <w:sz w:val="28"/>
          <w:szCs w:val="28"/>
          <w:lang w:val="en-GB" w:eastAsia="en-GB"/>
        </w:rPr>
        <w:t>Bank Details</w:t>
      </w:r>
    </w:p>
    <w:p w14:paraId="20D42340" w14:textId="4F35B6AF" w:rsidR="004C384C" w:rsidRPr="00420628" w:rsidRDefault="004C384C" w:rsidP="003C790B">
      <w:pPr>
        <w:spacing w:before="100" w:beforeAutospacing="1" w:after="100" w:afterAutospacing="1" w:line="240" w:lineRule="auto"/>
        <w:outlineLvl w:val="1"/>
        <w:rPr>
          <w:rFonts w:ascii="Times New Roman" w:eastAsia="Times New Roman" w:hAnsi="Times New Roman" w:cs="Times New Roman"/>
          <w:sz w:val="24"/>
          <w:szCs w:val="24"/>
          <w:lang w:val="en-GB" w:eastAsia="en-GB"/>
        </w:rPr>
      </w:pPr>
      <w:r w:rsidRPr="00420628">
        <w:rPr>
          <w:rFonts w:ascii="Times New Roman" w:eastAsia="Times New Roman" w:hAnsi="Times New Roman" w:cs="Times New Roman"/>
          <w:b/>
          <w:bCs/>
          <w:sz w:val="28"/>
          <w:szCs w:val="28"/>
          <w:lang w:val="en-GB" w:eastAsia="en-GB"/>
        </w:rPr>
        <w:t>Account Name:</w:t>
      </w:r>
      <w:r w:rsidRPr="00420628">
        <w:rPr>
          <w:rFonts w:ascii="Times New Roman" w:eastAsia="Times New Roman" w:hAnsi="Times New Roman" w:cs="Times New Roman"/>
          <w:sz w:val="28"/>
          <w:szCs w:val="28"/>
          <w:lang w:val="en-GB" w:eastAsia="en-GB"/>
        </w:rPr>
        <w:t xml:space="preserve"> Age UK Hounslow</w:t>
      </w:r>
      <w:r w:rsidRPr="00420628">
        <w:rPr>
          <w:rFonts w:ascii="Times New Roman" w:eastAsia="Times New Roman" w:hAnsi="Times New Roman" w:cs="Times New Roman"/>
          <w:sz w:val="28"/>
          <w:szCs w:val="28"/>
          <w:lang w:val="en-GB" w:eastAsia="en-GB"/>
        </w:rPr>
        <w:br/>
      </w:r>
      <w:r w:rsidRPr="00420628">
        <w:rPr>
          <w:rFonts w:ascii="Times New Roman" w:eastAsia="Times New Roman" w:hAnsi="Times New Roman" w:cs="Times New Roman"/>
          <w:b/>
          <w:bCs/>
          <w:sz w:val="28"/>
          <w:szCs w:val="28"/>
          <w:lang w:val="en-GB" w:eastAsia="en-GB"/>
        </w:rPr>
        <w:t>Bank:</w:t>
      </w:r>
      <w:r w:rsidRPr="00420628">
        <w:rPr>
          <w:rFonts w:ascii="Times New Roman" w:eastAsia="Times New Roman" w:hAnsi="Times New Roman" w:cs="Times New Roman"/>
          <w:sz w:val="28"/>
          <w:szCs w:val="28"/>
          <w:lang w:val="en-GB" w:eastAsia="en-GB"/>
        </w:rPr>
        <w:t xml:space="preserve"> </w:t>
      </w:r>
      <w:r w:rsidR="00AA5268" w:rsidRPr="00AA5268">
        <w:rPr>
          <w:rFonts w:ascii="Times New Roman" w:eastAsia="Times New Roman" w:hAnsi="Times New Roman" w:cs="Times New Roman"/>
          <w:sz w:val="28"/>
          <w:szCs w:val="28"/>
          <w:lang w:val="en-GB" w:eastAsia="en-GB"/>
        </w:rPr>
        <w:t>CAF Bank Ltd Charities Aid Foundation</w:t>
      </w:r>
      <w:r w:rsidRPr="00420628">
        <w:rPr>
          <w:rFonts w:ascii="Times New Roman" w:eastAsia="Times New Roman" w:hAnsi="Times New Roman" w:cs="Times New Roman"/>
          <w:sz w:val="28"/>
          <w:szCs w:val="28"/>
          <w:lang w:val="en-GB" w:eastAsia="en-GB"/>
        </w:rPr>
        <w:br/>
      </w:r>
      <w:r w:rsidRPr="00420628">
        <w:rPr>
          <w:rFonts w:ascii="Times New Roman" w:eastAsia="Times New Roman" w:hAnsi="Times New Roman" w:cs="Times New Roman"/>
          <w:b/>
          <w:bCs/>
          <w:sz w:val="28"/>
          <w:szCs w:val="28"/>
          <w:lang w:val="en-GB" w:eastAsia="en-GB"/>
        </w:rPr>
        <w:t>Account Number:</w:t>
      </w:r>
      <w:r w:rsidRPr="00420628">
        <w:rPr>
          <w:rFonts w:ascii="Times New Roman" w:eastAsia="Times New Roman" w:hAnsi="Times New Roman" w:cs="Times New Roman"/>
          <w:sz w:val="28"/>
          <w:szCs w:val="28"/>
          <w:lang w:val="en-GB" w:eastAsia="en-GB"/>
        </w:rPr>
        <w:t xml:space="preserve"> </w:t>
      </w:r>
      <w:r w:rsidR="00AA5268" w:rsidRPr="00AA5268">
        <w:rPr>
          <w:rFonts w:ascii="Times New Roman" w:eastAsia="Times New Roman" w:hAnsi="Times New Roman" w:cs="Times New Roman"/>
          <w:sz w:val="28"/>
          <w:szCs w:val="28"/>
          <w:lang w:val="en-GB" w:eastAsia="en-GB"/>
        </w:rPr>
        <w:t xml:space="preserve">00018052 </w:t>
      </w:r>
      <w:r w:rsidRPr="00420628">
        <w:rPr>
          <w:rFonts w:ascii="Times New Roman" w:eastAsia="Times New Roman" w:hAnsi="Times New Roman" w:cs="Times New Roman"/>
          <w:sz w:val="28"/>
          <w:szCs w:val="28"/>
          <w:lang w:val="en-GB" w:eastAsia="en-GB"/>
        </w:rPr>
        <w:br/>
      </w:r>
      <w:r w:rsidRPr="00420628">
        <w:rPr>
          <w:rFonts w:ascii="Times New Roman" w:eastAsia="Times New Roman" w:hAnsi="Times New Roman" w:cs="Times New Roman"/>
          <w:b/>
          <w:bCs/>
          <w:sz w:val="28"/>
          <w:szCs w:val="28"/>
          <w:lang w:val="en-GB" w:eastAsia="en-GB"/>
        </w:rPr>
        <w:t>Sort Code:</w:t>
      </w:r>
      <w:r w:rsidRPr="00420628">
        <w:rPr>
          <w:rFonts w:ascii="Times New Roman" w:eastAsia="Times New Roman" w:hAnsi="Times New Roman" w:cs="Times New Roman"/>
          <w:sz w:val="28"/>
          <w:szCs w:val="28"/>
          <w:lang w:val="en-GB" w:eastAsia="en-GB"/>
        </w:rPr>
        <w:t xml:space="preserve"> </w:t>
      </w:r>
      <w:r w:rsidR="00AA5268" w:rsidRPr="00AA5268">
        <w:rPr>
          <w:rFonts w:ascii="Times New Roman" w:eastAsia="Times New Roman" w:hAnsi="Times New Roman" w:cs="Times New Roman"/>
          <w:sz w:val="28"/>
          <w:szCs w:val="28"/>
          <w:lang w:val="en-GB" w:eastAsia="en-GB"/>
        </w:rPr>
        <w:t>40 52 40</w:t>
      </w:r>
      <w:r w:rsidRPr="00420628">
        <w:rPr>
          <w:rFonts w:ascii="Times New Roman" w:eastAsia="Times New Roman" w:hAnsi="Times New Roman" w:cs="Times New Roman"/>
          <w:sz w:val="28"/>
          <w:szCs w:val="28"/>
          <w:lang w:val="en-GB" w:eastAsia="en-GB"/>
        </w:rPr>
        <w:br/>
      </w:r>
      <w:r w:rsidRPr="00420628">
        <w:rPr>
          <w:rFonts w:ascii="Times New Roman" w:eastAsia="Times New Roman" w:hAnsi="Times New Roman" w:cs="Times New Roman"/>
          <w:b/>
          <w:bCs/>
          <w:sz w:val="28"/>
          <w:szCs w:val="28"/>
          <w:lang w:val="en-GB" w:eastAsia="en-GB"/>
        </w:rPr>
        <w:t>Reference:</w:t>
      </w:r>
      <w:r w:rsidRPr="00420628">
        <w:rPr>
          <w:rFonts w:ascii="Times New Roman" w:eastAsia="Times New Roman" w:hAnsi="Times New Roman" w:cs="Times New Roman"/>
          <w:sz w:val="28"/>
          <w:szCs w:val="28"/>
          <w:lang w:val="en-GB" w:eastAsia="en-GB"/>
        </w:rPr>
        <w:t xml:space="preserve"> </w:t>
      </w:r>
      <w:r w:rsidRPr="00420628">
        <w:rPr>
          <w:rFonts w:ascii="Times New Roman" w:eastAsia="Times New Roman" w:hAnsi="Times New Roman" w:cs="Times New Roman"/>
          <w:i/>
          <w:iCs/>
          <w:sz w:val="28"/>
          <w:szCs w:val="28"/>
          <w:lang w:val="en-GB" w:eastAsia="en-GB"/>
        </w:rPr>
        <w:t>Please use the part of the Tree you are sponsoring</w:t>
      </w:r>
      <w:r w:rsidR="00420628">
        <w:rPr>
          <w:rFonts w:ascii="Times New Roman" w:eastAsia="Times New Roman" w:hAnsi="Times New Roman" w:cs="Times New Roman"/>
          <w:i/>
          <w:iCs/>
          <w:sz w:val="28"/>
          <w:szCs w:val="28"/>
          <w:lang w:val="en-GB" w:eastAsia="en-GB"/>
        </w:rPr>
        <w:t xml:space="preserve"> </w:t>
      </w:r>
      <w:r w:rsidR="003C790B">
        <w:rPr>
          <w:rFonts w:ascii="Times New Roman" w:eastAsia="Times New Roman" w:hAnsi="Times New Roman" w:cs="Times New Roman"/>
          <w:sz w:val="28"/>
          <w:szCs w:val="28"/>
          <w:lang w:val="en-GB" w:eastAsia="en-GB"/>
        </w:rPr>
        <w:t>(</w:t>
      </w:r>
      <w:r w:rsidRPr="00420628">
        <w:rPr>
          <w:rFonts w:ascii="Times New Roman" w:eastAsia="Times New Roman" w:hAnsi="Times New Roman" w:cs="Times New Roman"/>
          <w:b/>
          <w:bCs/>
          <w:sz w:val="24"/>
          <w:szCs w:val="24"/>
          <w:lang w:val="en-GB" w:eastAsia="en-GB"/>
        </w:rPr>
        <w:t>ROOTS</w:t>
      </w:r>
      <w:r w:rsidRPr="00420628">
        <w:rPr>
          <w:rFonts w:ascii="Times New Roman" w:eastAsia="Times New Roman" w:hAnsi="Times New Roman" w:cs="Times New Roman"/>
          <w:sz w:val="24"/>
          <w:szCs w:val="24"/>
          <w:lang w:val="en-GB" w:eastAsia="en-GB"/>
        </w:rPr>
        <w:t xml:space="preserve"> – Foundation Services</w:t>
      </w:r>
      <w:r w:rsidR="003C790B">
        <w:rPr>
          <w:rFonts w:ascii="Times New Roman" w:eastAsia="Times New Roman" w:hAnsi="Times New Roman" w:cs="Times New Roman"/>
          <w:sz w:val="24"/>
          <w:szCs w:val="24"/>
          <w:lang w:val="en-GB" w:eastAsia="en-GB"/>
        </w:rPr>
        <w:t xml:space="preserve">; </w:t>
      </w:r>
      <w:r w:rsidRPr="00420628">
        <w:rPr>
          <w:rFonts w:ascii="Times New Roman" w:eastAsia="Times New Roman" w:hAnsi="Times New Roman" w:cs="Times New Roman"/>
          <w:b/>
          <w:bCs/>
          <w:sz w:val="24"/>
          <w:szCs w:val="24"/>
          <w:lang w:val="en-GB" w:eastAsia="en-GB"/>
        </w:rPr>
        <w:t>TRUNK</w:t>
      </w:r>
      <w:r w:rsidRPr="00420628">
        <w:rPr>
          <w:rFonts w:ascii="Times New Roman" w:eastAsia="Times New Roman" w:hAnsi="Times New Roman" w:cs="Times New Roman"/>
          <w:sz w:val="24"/>
          <w:szCs w:val="24"/>
          <w:lang w:val="en-GB" w:eastAsia="en-GB"/>
        </w:rPr>
        <w:t xml:space="preserve"> – Core Activities</w:t>
      </w:r>
      <w:r w:rsidR="003C790B">
        <w:rPr>
          <w:rFonts w:ascii="Times New Roman" w:eastAsia="Times New Roman" w:hAnsi="Times New Roman" w:cs="Times New Roman"/>
          <w:sz w:val="24"/>
          <w:szCs w:val="24"/>
          <w:lang w:val="en-GB" w:eastAsia="en-GB"/>
        </w:rPr>
        <w:t xml:space="preserve">; </w:t>
      </w:r>
      <w:r w:rsidRPr="00420628">
        <w:rPr>
          <w:rFonts w:ascii="Times New Roman" w:eastAsia="Times New Roman" w:hAnsi="Times New Roman" w:cs="Times New Roman"/>
          <w:b/>
          <w:bCs/>
          <w:sz w:val="24"/>
          <w:szCs w:val="24"/>
          <w:lang w:val="en-GB" w:eastAsia="en-GB"/>
        </w:rPr>
        <w:t>BRANCHES</w:t>
      </w:r>
      <w:r w:rsidRPr="00420628">
        <w:rPr>
          <w:rFonts w:ascii="Times New Roman" w:eastAsia="Times New Roman" w:hAnsi="Times New Roman" w:cs="Times New Roman"/>
          <w:sz w:val="24"/>
          <w:szCs w:val="24"/>
          <w:lang w:val="en-GB" w:eastAsia="en-GB"/>
        </w:rPr>
        <w:t xml:space="preserve"> – Social &amp; Enrichment</w:t>
      </w:r>
      <w:r w:rsidR="003C790B">
        <w:rPr>
          <w:rFonts w:ascii="Times New Roman" w:eastAsia="Times New Roman" w:hAnsi="Times New Roman" w:cs="Times New Roman"/>
          <w:sz w:val="24"/>
          <w:szCs w:val="24"/>
          <w:lang w:val="en-GB" w:eastAsia="en-GB"/>
        </w:rPr>
        <w:t xml:space="preserve">; </w:t>
      </w:r>
      <w:r w:rsidRPr="00420628">
        <w:rPr>
          <w:rFonts w:ascii="Times New Roman" w:eastAsia="Times New Roman" w:hAnsi="Times New Roman" w:cs="Times New Roman"/>
          <w:b/>
          <w:bCs/>
          <w:sz w:val="24"/>
          <w:szCs w:val="24"/>
          <w:lang w:val="en-GB" w:eastAsia="en-GB"/>
        </w:rPr>
        <w:t>LEAVES</w:t>
      </w:r>
      <w:r w:rsidRPr="00420628">
        <w:rPr>
          <w:rFonts w:ascii="Times New Roman" w:eastAsia="Times New Roman" w:hAnsi="Times New Roman" w:cs="Times New Roman"/>
          <w:sz w:val="24"/>
          <w:szCs w:val="24"/>
          <w:lang w:val="en-GB" w:eastAsia="en-GB"/>
        </w:rPr>
        <w:t xml:space="preserve"> – Everyday Support</w:t>
      </w:r>
      <w:r w:rsidR="003C790B">
        <w:rPr>
          <w:rFonts w:ascii="Times New Roman" w:eastAsia="Times New Roman" w:hAnsi="Times New Roman" w:cs="Times New Roman"/>
          <w:sz w:val="24"/>
          <w:szCs w:val="24"/>
          <w:lang w:val="en-GB" w:eastAsia="en-GB"/>
        </w:rPr>
        <w:t>)</w:t>
      </w:r>
    </w:p>
    <w:p w14:paraId="49529B14" w14:textId="275B9F05" w:rsidR="003C790B" w:rsidRPr="003C790B" w:rsidRDefault="003C790B" w:rsidP="003C790B">
      <w:pPr>
        <w:spacing w:before="100" w:beforeAutospacing="1" w:after="100" w:afterAutospacing="1" w:line="240" w:lineRule="auto"/>
        <w:outlineLvl w:val="1"/>
        <w:rPr>
          <w:rFonts w:ascii="Times New Roman" w:eastAsia="Times New Roman" w:hAnsi="Times New Roman" w:cs="Times New Roman"/>
          <w:b/>
          <w:bCs/>
          <w:sz w:val="36"/>
          <w:szCs w:val="36"/>
          <w:u w:val="single"/>
          <w:lang w:val="en-GB" w:eastAsia="en-GB"/>
        </w:rPr>
      </w:pPr>
      <w:r w:rsidRPr="003C790B">
        <w:rPr>
          <w:b/>
          <w:bCs/>
          <w:noProof/>
          <w:u w:val="single"/>
          <w:lang w:eastAsia="en-GB"/>
        </w:rPr>
        <mc:AlternateContent>
          <mc:Choice Requires="wps">
            <w:drawing>
              <wp:anchor distT="0" distB="0" distL="114300" distR="114300" simplePos="0" relativeHeight="251664384" behindDoc="0" locked="0" layoutInCell="1" allowOverlap="1" wp14:anchorId="52F0DEC8" wp14:editId="5710B8DB">
                <wp:simplePos x="0" y="0"/>
                <wp:positionH relativeFrom="margin">
                  <wp:align>center</wp:align>
                </wp:positionH>
                <wp:positionV relativeFrom="paragraph">
                  <wp:posOffset>472440</wp:posOffset>
                </wp:positionV>
                <wp:extent cx="6781800" cy="26593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659380"/>
                        </a:xfrm>
                        <a:prstGeom prst="rect">
                          <a:avLst/>
                        </a:prstGeom>
                        <a:noFill/>
                        <a:ln w="9525">
                          <a:noFill/>
                          <a:miter lim="800000"/>
                          <a:headEnd/>
                          <a:tailEnd/>
                        </a:ln>
                      </wps:spPr>
                      <wps:txbx>
                        <w:txbxContent>
                          <w:p w14:paraId="7FFE98E9" w14:textId="77777777" w:rsidR="003C790B" w:rsidRPr="003C790B" w:rsidRDefault="003C790B" w:rsidP="003C790B">
                            <w:pPr>
                              <w:spacing w:after="0" w:line="240" w:lineRule="auto"/>
                              <w:rPr>
                                <w:rFonts w:ascii="Times New Roman" w:hAnsi="Times New Roman" w:cs="Times New Roman"/>
                                <w:bCs/>
                                <w:sz w:val="24"/>
                                <w:szCs w:val="24"/>
                                <w:lang w:val="en-GB"/>
                              </w:rPr>
                            </w:pPr>
                            <w:r w:rsidRPr="003C790B">
                              <w:rPr>
                                <w:rFonts w:ascii="Times New Roman" w:hAnsi="Times New Roman" w:cs="Times New Roman"/>
                                <w:bCs/>
                                <w:sz w:val="24"/>
                                <w:szCs w:val="24"/>
                                <w:lang w:val="en-GB"/>
                              </w:rPr>
                              <w:t>Boost your sponsorship by 25p for every £1 you donate through Gift Aid. Gift Aid is reclaimed by Age UK Hounslow from the tax you pay for the current tax year.</w:t>
                            </w:r>
                          </w:p>
                          <w:p w14:paraId="149E801D" w14:textId="77777777" w:rsidR="003C790B" w:rsidRDefault="003C790B" w:rsidP="003C790B">
                            <w:pPr>
                              <w:spacing w:after="0" w:line="240" w:lineRule="auto"/>
                              <w:rPr>
                                <w:rFonts w:ascii="Times New Roman" w:hAnsi="Times New Roman" w:cs="Times New Roman"/>
                                <w:bCs/>
                                <w:sz w:val="24"/>
                                <w:szCs w:val="24"/>
                                <w:lang w:val="en-GB"/>
                              </w:rPr>
                            </w:pPr>
                          </w:p>
                          <w:p w14:paraId="765E18A4" w14:textId="77777777" w:rsidR="003C790B" w:rsidRDefault="003C790B" w:rsidP="003C790B">
                            <w:pPr>
                              <w:spacing w:after="0" w:line="240" w:lineRule="auto"/>
                              <w:rPr>
                                <w:rFonts w:ascii="Times New Roman" w:hAnsi="Times New Roman" w:cs="Times New Roman"/>
                                <w:bCs/>
                                <w:sz w:val="24"/>
                                <w:szCs w:val="24"/>
                                <w:lang w:val="en-GB"/>
                              </w:rPr>
                            </w:pPr>
                            <w:r w:rsidRPr="003C790B">
                              <w:rPr>
                                <w:rFonts w:ascii="Times New Roman" w:hAnsi="Times New Roman" w:cs="Times New Roman"/>
                                <w:bCs/>
                                <w:sz w:val="24"/>
                                <w:szCs w:val="24"/>
                                <w:lang w:val="en-GB"/>
                              </w:rPr>
                              <w:t xml:space="preserve">To Gift Aid your sponsorship donation, please </w:t>
                            </w:r>
                            <w:r>
                              <w:rPr>
                                <w:rFonts w:ascii="Times New Roman" w:hAnsi="Times New Roman" w:cs="Times New Roman"/>
                                <w:bCs/>
                                <w:sz w:val="24"/>
                                <w:szCs w:val="24"/>
                                <w:lang w:val="en-GB"/>
                              </w:rPr>
                              <w:t>complete</w:t>
                            </w:r>
                            <w:r w:rsidRPr="003C790B">
                              <w:rPr>
                                <w:rFonts w:ascii="Times New Roman" w:hAnsi="Times New Roman" w:cs="Times New Roman"/>
                                <w:bCs/>
                                <w:sz w:val="24"/>
                                <w:szCs w:val="24"/>
                                <w:lang w:val="en-GB"/>
                              </w:rPr>
                              <w:t xml:space="preserve"> the box below</w:t>
                            </w:r>
                            <w:r>
                              <w:rPr>
                                <w:rFonts w:ascii="Times New Roman" w:hAnsi="Times New Roman" w:cs="Times New Roman"/>
                                <w:bCs/>
                                <w:sz w:val="24"/>
                                <w:szCs w:val="24"/>
                                <w:lang w:val="en-GB"/>
                              </w:rPr>
                              <w:t xml:space="preserve"> and return the form to </w:t>
                            </w:r>
                          </w:p>
                          <w:p w14:paraId="653D283D" w14:textId="36625B87" w:rsidR="003C790B" w:rsidRPr="003C790B" w:rsidRDefault="003C790B" w:rsidP="003C790B">
                            <w:pPr>
                              <w:spacing w:after="0" w:line="240" w:lineRule="auto"/>
                              <w:rPr>
                                <w:rFonts w:ascii="Times New Roman" w:hAnsi="Times New Roman" w:cs="Times New Roman"/>
                                <w:bCs/>
                                <w:sz w:val="24"/>
                                <w:szCs w:val="24"/>
                                <w:lang w:val="en-GB"/>
                              </w:rPr>
                            </w:pPr>
                            <w:r w:rsidRPr="003C790B">
                              <w:rPr>
                                <w:rFonts w:ascii="Times New Roman" w:hAnsi="Times New Roman" w:cs="Times New Roman"/>
                                <w:bCs/>
                                <w:sz w:val="24"/>
                                <w:szCs w:val="24"/>
                                <w:lang w:val="en-GB"/>
                              </w:rPr>
                              <w:t>Email: info@ageukhounslow.org.uk.</w:t>
                            </w:r>
                          </w:p>
                          <w:p w14:paraId="763DA744" w14:textId="42060452" w:rsidR="003C790B" w:rsidRPr="003C790B" w:rsidRDefault="003C790B" w:rsidP="003C790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In order</w:t>
                            </w:r>
                            <w:r w:rsidRPr="003C790B">
                              <w:rPr>
                                <w:rFonts w:ascii="Times New Roman" w:hAnsi="Times New Roman" w:cs="Times New Roman"/>
                                <w:b/>
                                <w:sz w:val="24"/>
                                <w:szCs w:val="24"/>
                                <w:u w:val="single"/>
                              </w:rPr>
                              <w:t xml:space="preserve"> to Gift Aid your Community Growth Tree donation you must tick the box below:</w:t>
                            </w:r>
                          </w:p>
                          <w:p w14:paraId="3646C641" w14:textId="77777777" w:rsidR="003C790B" w:rsidRPr="003C790B" w:rsidRDefault="003C790B" w:rsidP="003C790B">
                            <w:pPr>
                              <w:spacing w:after="0" w:line="240" w:lineRule="auto"/>
                              <w:rPr>
                                <w:rFonts w:ascii="Times New Roman" w:hAnsi="Times New Roman" w:cs="Times New Roman"/>
                                <w:b/>
                                <w:sz w:val="24"/>
                                <w:szCs w:val="24"/>
                                <w:u w:val="single"/>
                              </w:rPr>
                            </w:pPr>
                          </w:p>
                          <w:p w14:paraId="6071B35E" w14:textId="220146B7" w:rsidR="003C790B" w:rsidRPr="003C790B" w:rsidRDefault="003C790B" w:rsidP="003C790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C790B">
                              <w:rPr>
                                <w:rFonts w:ascii="Times New Roman" w:hAnsi="Times New Roman" w:cs="Times New Roman"/>
                                <w:b/>
                                <w:sz w:val="24"/>
                                <w:szCs w:val="24"/>
                              </w:rPr>
                              <w:t xml:space="preserve">I want to Gift Aid my membership donation of £______________ to Age UK Hounslow. </w:t>
                            </w:r>
                            <w:r w:rsidRPr="003C790B">
                              <w:rPr>
                                <w:rFonts w:ascii="Times New Roman" w:hAnsi="Times New Roman" w:cs="Times New Roman"/>
                                <w:b/>
                                <w:sz w:val="24"/>
                                <w:szCs w:val="24"/>
                              </w:rPr>
                              <w:br/>
                              <w:t>I am a UK taxpayer and understand that if I pay less Income Tax and/or Capital Gains Tax in the current tax year than the amount of Gift Aid Claimed on all my donations it is my responsibility to pay any difference.</w:t>
                            </w:r>
                          </w:p>
                          <w:p w14:paraId="04FB1051" w14:textId="77777777" w:rsidR="003C790B" w:rsidRPr="00B77AFF" w:rsidRDefault="003C790B" w:rsidP="003C790B">
                            <w:pPr>
                              <w:spacing w:after="0" w:line="240" w:lineRule="auto"/>
                              <w:rPr>
                                <w:rFonts w:ascii="Times New Roman" w:hAnsi="Times New Roman" w:cs="Times New Roman"/>
                                <w:b/>
                                <w:sz w:val="4"/>
                                <w:szCs w:val="4"/>
                              </w:rPr>
                            </w:pPr>
                          </w:p>
                          <w:p w14:paraId="2EADADDF" w14:textId="77777777" w:rsidR="003C790B" w:rsidRPr="00B77AFF" w:rsidRDefault="003C790B" w:rsidP="003C790B">
                            <w:pPr>
                              <w:spacing w:after="0" w:line="240" w:lineRule="auto"/>
                              <w:rPr>
                                <w:rFonts w:ascii="Times New Roman" w:hAnsi="Times New Roman" w:cs="Times New Roman"/>
                                <w:bCs/>
                                <w:sz w:val="19"/>
                                <w:szCs w:val="19"/>
                              </w:rPr>
                            </w:pPr>
                            <w:r w:rsidRPr="00B77AFF">
                              <w:rPr>
                                <w:rFonts w:ascii="Times New Roman" w:hAnsi="Times New Roman" w:cs="Times New Roman"/>
                                <w:bCs/>
                                <w:sz w:val="19"/>
                                <w:szCs w:val="19"/>
                              </w:rPr>
                              <w:t xml:space="preserve">Please notify Age UK Hounslow if you: want to cancel this declaration, change your name or home address or no longer pay sufficient tax on your income and/or capital gains. If you pay Income Tax at the higher or additional rate and want to receive the additional tax relief due to you, you must include all your Gift Aid donations on your Self-Assessment tax return or ask </w:t>
                            </w:r>
                          </w:p>
                          <w:p w14:paraId="57F41190" w14:textId="77777777" w:rsidR="003C790B" w:rsidRPr="00B77AFF" w:rsidRDefault="003C790B" w:rsidP="003C790B">
                            <w:pPr>
                              <w:spacing w:after="0" w:line="240" w:lineRule="auto"/>
                              <w:rPr>
                                <w:rFonts w:ascii="Times New Roman" w:hAnsi="Times New Roman" w:cs="Times New Roman"/>
                                <w:bCs/>
                                <w:sz w:val="19"/>
                                <w:szCs w:val="19"/>
                              </w:rPr>
                            </w:pPr>
                            <w:r w:rsidRPr="00B77AFF">
                              <w:rPr>
                                <w:rFonts w:ascii="Times New Roman" w:hAnsi="Times New Roman" w:cs="Times New Roman"/>
                                <w:bCs/>
                                <w:sz w:val="19"/>
                                <w:szCs w:val="19"/>
                              </w:rPr>
                              <w:t>HM Revenue &amp; Customs to adjust your tax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0DEC8" id="_x0000_t202" coordsize="21600,21600" o:spt="202" path="m,l,21600r21600,l21600,xe">
                <v:stroke joinstyle="miter"/>
                <v:path gradientshapeok="t" o:connecttype="rect"/>
              </v:shapetype>
              <v:shape id="Text Box 2" o:spid="_x0000_s1026" type="#_x0000_t202" style="position:absolute;margin-left:0;margin-top:37.2pt;width:534pt;height:209.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" filled="f" stroked="f">
                <v:textbox>
                  <w:txbxContent>
                    <w:p w14:paraId="7FFE98E9" w14:textId="77777777" w:rsidR="003C790B" w:rsidRPr="003C790B" w:rsidRDefault="003C790B" w:rsidP="003C790B">
                      <w:pPr>
                        <w:spacing w:after="0" w:line="240" w:lineRule="auto"/>
                        <w:rPr>
                          <w:rFonts w:ascii="Times New Roman" w:hAnsi="Times New Roman" w:cs="Times New Roman"/>
                          <w:bCs/>
                          <w:sz w:val="24"/>
                          <w:szCs w:val="24"/>
                          <w:lang w:val="en-GB"/>
                        </w:rPr>
                      </w:pPr>
                      <w:r w:rsidRPr="003C790B">
                        <w:rPr>
                          <w:rFonts w:ascii="Times New Roman" w:hAnsi="Times New Roman" w:cs="Times New Roman"/>
                          <w:bCs/>
                          <w:sz w:val="24"/>
                          <w:szCs w:val="24"/>
                          <w:lang w:val="en-GB"/>
                        </w:rPr>
                        <w:t>Boost your sponsorship by 25p for every £1 you donate through Gift Aid. Gift Aid is reclaimed by Age UK Hounslow from the tax you pay for the current tax year.</w:t>
                      </w:r>
                    </w:p>
                    <w:p w14:paraId="149E801D" w14:textId="77777777" w:rsidR="003C790B" w:rsidRDefault="003C790B" w:rsidP="003C790B">
                      <w:pPr>
                        <w:spacing w:after="0" w:line="240" w:lineRule="auto"/>
                        <w:rPr>
                          <w:rFonts w:ascii="Times New Roman" w:hAnsi="Times New Roman" w:cs="Times New Roman"/>
                          <w:bCs/>
                          <w:sz w:val="24"/>
                          <w:szCs w:val="24"/>
                          <w:lang w:val="en-GB"/>
                        </w:rPr>
                      </w:pPr>
                    </w:p>
                    <w:p w14:paraId="765E18A4" w14:textId="77777777" w:rsidR="003C790B" w:rsidRDefault="003C790B" w:rsidP="003C790B">
                      <w:pPr>
                        <w:spacing w:after="0" w:line="240" w:lineRule="auto"/>
                        <w:rPr>
                          <w:rFonts w:ascii="Times New Roman" w:hAnsi="Times New Roman" w:cs="Times New Roman"/>
                          <w:bCs/>
                          <w:sz w:val="24"/>
                          <w:szCs w:val="24"/>
                          <w:lang w:val="en-GB"/>
                        </w:rPr>
                      </w:pPr>
                      <w:r w:rsidRPr="003C790B">
                        <w:rPr>
                          <w:rFonts w:ascii="Times New Roman" w:hAnsi="Times New Roman" w:cs="Times New Roman"/>
                          <w:bCs/>
                          <w:sz w:val="24"/>
                          <w:szCs w:val="24"/>
                          <w:lang w:val="en-GB"/>
                        </w:rPr>
                        <w:t xml:space="preserve">To Gift Aid your sponsorship donation, please </w:t>
                      </w:r>
                      <w:r>
                        <w:rPr>
                          <w:rFonts w:ascii="Times New Roman" w:hAnsi="Times New Roman" w:cs="Times New Roman"/>
                          <w:bCs/>
                          <w:sz w:val="24"/>
                          <w:szCs w:val="24"/>
                          <w:lang w:val="en-GB"/>
                        </w:rPr>
                        <w:t>complete</w:t>
                      </w:r>
                      <w:r w:rsidRPr="003C790B">
                        <w:rPr>
                          <w:rFonts w:ascii="Times New Roman" w:hAnsi="Times New Roman" w:cs="Times New Roman"/>
                          <w:bCs/>
                          <w:sz w:val="24"/>
                          <w:szCs w:val="24"/>
                          <w:lang w:val="en-GB"/>
                        </w:rPr>
                        <w:t xml:space="preserve"> the box below</w:t>
                      </w:r>
                      <w:r>
                        <w:rPr>
                          <w:rFonts w:ascii="Times New Roman" w:hAnsi="Times New Roman" w:cs="Times New Roman"/>
                          <w:bCs/>
                          <w:sz w:val="24"/>
                          <w:szCs w:val="24"/>
                          <w:lang w:val="en-GB"/>
                        </w:rPr>
                        <w:t xml:space="preserve"> and return the form to </w:t>
                      </w:r>
                    </w:p>
                    <w:p w14:paraId="653D283D" w14:textId="36625B87" w:rsidR="003C790B" w:rsidRPr="003C790B" w:rsidRDefault="003C790B" w:rsidP="003C790B">
                      <w:pPr>
                        <w:spacing w:after="0" w:line="240" w:lineRule="auto"/>
                        <w:rPr>
                          <w:rFonts w:ascii="Times New Roman" w:hAnsi="Times New Roman" w:cs="Times New Roman"/>
                          <w:bCs/>
                          <w:sz w:val="24"/>
                          <w:szCs w:val="24"/>
                          <w:lang w:val="en-GB"/>
                        </w:rPr>
                      </w:pPr>
                      <w:r w:rsidRPr="003C790B">
                        <w:rPr>
                          <w:rFonts w:ascii="Times New Roman" w:hAnsi="Times New Roman" w:cs="Times New Roman"/>
                          <w:bCs/>
                          <w:sz w:val="24"/>
                          <w:szCs w:val="24"/>
                          <w:lang w:val="en-GB"/>
                        </w:rPr>
                        <w:t>Email: info@ageukhounslow.org.uk.</w:t>
                      </w:r>
                    </w:p>
                    <w:p w14:paraId="763DA744" w14:textId="42060452" w:rsidR="003C790B" w:rsidRPr="003C790B" w:rsidRDefault="003C790B" w:rsidP="003C790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In order</w:t>
                      </w:r>
                      <w:r w:rsidRPr="003C790B">
                        <w:rPr>
                          <w:rFonts w:ascii="Times New Roman" w:hAnsi="Times New Roman" w:cs="Times New Roman"/>
                          <w:b/>
                          <w:sz w:val="24"/>
                          <w:szCs w:val="24"/>
                          <w:u w:val="single"/>
                        </w:rPr>
                        <w:t xml:space="preserve"> to Gift Aid your Community Growth Tree donation you must tick the box below:</w:t>
                      </w:r>
                    </w:p>
                    <w:p w14:paraId="3646C641" w14:textId="77777777" w:rsidR="003C790B" w:rsidRPr="003C790B" w:rsidRDefault="003C790B" w:rsidP="003C790B">
                      <w:pPr>
                        <w:spacing w:after="0" w:line="240" w:lineRule="auto"/>
                        <w:rPr>
                          <w:rFonts w:ascii="Times New Roman" w:hAnsi="Times New Roman" w:cs="Times New Roman"/>
                          <w:b/>
                          <w:sz w:val="24"/>
                          <w:szCs w:val="24"/>
                          <w:u w:val="single"/>
                        </w:rPr>
                      </w:pPr>
                    </w:p>
                    <w:p w14:paraId="6071B35E" w14:textId="220146B7" w:rsidR="003C790B" w:rsidRPr="003C790B" w:rsidRDefault="003C790B" w:rsidP="003C790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C790B">
                        <w:rPr>
                          <w:rFonts w:ascii="Times New Roman" w:hAnsi="Times New Roman" w:cs="Times New Roman"/>
                          <w:b/>
                          <w:sz w:val="24"/>
                          <w:szCs w:val="24"/>
                        </w:rPr>
                        <w:t xml:space="preserve">I want to Gift Aid my membership donation of £______________ to Age UK Hounslow. </w:t>
                      </w:r>
                      <w:r w:rsidRPr="003C790B">
                        <w:rPr>
                          <w:rFonts w:ascii="Times New Roman" w:hAnsi="Times New Roman" w:cs="Times New Roman"/>
                          <w:b/>
                          <w:sz w:val="24"/>
                          <w:szCs w:val="24"/>
                        </w:rPr>
                        <w:br/>
                        <w:t>I am a UK taxpayer and understand that if I pay less Income Tax and/or Capital Gains Tax in the current tax year than the amount of Gift Aid Claimed on all my donations it is my responsibility to pay any difference.</w:t>
                      </w:r>
                    </w:p>
                    <w:p w14:paraId="04FB1051" w14:textId="77777777" w:rsidR="003C790B" w:rsidRPr="00B77AFF" w:rsidRDefault="003C790B" w:rsidP="003C790B">
                      <w:pPr>
                        <w:spacing w:after="0" w:line="240" w:lineRule="auto"/>
                        <w:rPr>
                          <w:rFonts w:ascii="Times New Roman" w:hAnsi="Times New Roman" w:cs="Times New Roman"/>
                          <w:b/>
                          <w:sz w:val="4"/>
                          <w:szCs w:val="4"/>
                        </w:rPr>
                      </w:pPr>
                    </w:p>
                    <w:p w14:paraId="2EADADDF" w14:textId="77777777" w:rsidR="003C790B" w:rsidRPr="00B77AFF" w:rsidRDefault="003C790B" w:rsidP="003C790B">
                      <w:pPr>
                        <w:spacing w:after="0" w:line="240" w:lineRule="auto"/>
                        <w:rPr>
                          <w:rFonts w:ascii="Times New Roman" w:hAnsi="Times New Roman" w:cs="Times New Roman"/>
                          <w:bCs/>
                          <w:sz w:val="19"/>
                          <w:szCs w:val="19"/>
                        </w:rPr>
                      </w:pPr>
                      <w:r w:rsidRPr="00B77AFF">
                        <w:rPr>
                          <w:rFonts w:ascii="Times New Roman" w:hAnsi="Times New Roman" w:cs="Times New Roman"/>
                          <w:bCs/>
                          <w:sz w:val="19"/>
                          <w:szCs w:val="19"/>
                        </w:rPr>
                        <w:t xml:space="preserve">Please notify Age UK Hounslow if you: want to cancel this declaration, change your name or home address or no longer pay sufficient tax on your income and/or capital gains. If you pay Income Tax at the higher or additional rate and want to receive the additional tax relief due to you, you must include all your Gift Aid donations on your Self-Assessment tax return or ask </w:t>
                      </w:r>
                    </w:p>
                    <w:p w14:paraId="57F41190" w14:textId="77777777" w:rsidR="003C790B" w:rsidRPr="00B77AFF" w:rsidRDefault="003C790B" w:rsidP="003C790B">
                      <w:pPr>
                        <w:spacing w:after="0" w:line="240" w:lineRule="auto"/>
                        <w:rPr>
                          <w:rFonts w:ascii="Times New Roman" w:hAnsi="Times New Roman" w:cs="Times New Roman"/>
                          <w:bCs/>
                          <w:sz w:val="19"/>
                          <w:szCs w:val="19"/>
                        </w:rPr>
                      </w:pPr>
                      <w:r w:rsidRPr="00B77AFF">
                        <w:rPr>
                          <w:rFonts w:ascii="Times New Roman" w:hAnsi="Times New Roman" w:cs="Times New Roman"/>
                          <w:bCs/>
                          <w:sz w:val="19"/>
                          <w:szCs w:val="19"/>
                        </w:rPr>
                        <w:t>HM Revenue &amp; Customs to adjust your tax code.</w:t>
                      </w:r>
                    </w:p>
                  </w:txbxContent>
                </v:textbox>
                <w10:wrap anchorx="margin"/>
              </v:shape>
            </w:pict>
          </mc:Fallback>
        </mc:AlternateContent>
      </w:r>
      <w:r w:rsidRPr="003C790B">
        <w:rPr>
          <w:rFonts w:ascii="Times New Roman" w:eastAsia="Times New Roman" w:hAnsi="Times New Roman" w:cs="Times New Roman"/>
          <w:b/>
          <w:bCs/>
          <w:sz w:val="36"/>
          <w:szCs w:val="36"/>
          <w:u w:val="single"/>
          <w:lang w:val="en-GB" w:eastAsia="en-GB"/>
        </w:rPr>
        <w:t xml:space="preserve">Gift Aid </w:t>
      </w:r>
      <w:r w:rsidRPr="003C790B">
        <w:rPr>
          <w:rFonts w:ascii="Times New Roman" w:eastAsia="Times New Roman" w:hAnsi="Times New Roman" w:cs="Times New Roman"/>
          <w:b/>
          <w:bCs/>
          <w:sz w:val="36"/>
          <w:szCs w:val="36"/>
          <w:u w:val="single"/>
          <w:lang w:val="en-GB" w:eastAsia="en-GB"/>
        </w:rPr>
        <w:br/>
      </w:r>
    </w:p>
    <w:p w14:paraId="011418F9" w14:textId="77777777" w:rsidR="003C790B" w:rsidRDefault="003C790B" w:rsidP="003C790B">
      <w:pPr>
        <w:spacing w:before="100" w:beforeAutospacing="1" w:after="100" w:afterAutospacing="1" w:line="240" w:lineRule="auto"/>
        <w:jc w:val="right"/>
        <w:outlineLvl w:val="1"/>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br/>
      </w:r>
    </w:p>
    <w:p w14:paraId="7B0EBF9A" w14:textId="7D3E5442" w:rsidR="003C790B" w:rsidRDefault="003C790B" w:rsidP="003C790B">
      <w:pPr>
        <w:spacing w:before="100" w:beforeAutospacing="1" w:after="100" w:afterAutospacing="1" w:line="240" w:lineRule="auto"/>
        <w:jc w:val="right"/>
        <w:outlineLvl w:val="1"/>
        <w:rPr>
          <w:rFonts w:ascii="Times New Roman" w:eastAsia="Times New Roman" w:hAnsi="Times New Roman" w:cs="Times New Roman"/>
          <w:sz w:val="24"/>
          <w:szCs w:val="24"/>
          <w:lang w:val="en-GB" w:eastAsia="en-GB"/>
        </w:rPr>
      </w:pPr>
    </w:p>
    <w:p w14:paraId="7FD96B28" w14:textId="5B33530C" w:rsidR="003C790B" w:rsidRDefault="003C790B" w:rsidP="003C790B">
      <w:pPr>
        <w:spacing w:before="100" w:beforeAutospacing="1" w:after="100" w:afterAutospacing="1" w:line="240" w:lineRule="auto"/>
        <w:jc w:val="right"/>
        <w:outlineLvl w:val="1"/>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6BC71BD2" wp14:editId="2B0719DF">
                <wp:simplePos x="0" y="0"/>
                <wp:positionH relativeFrom="margin">
                  <wp:posOffset>-110490</wp:posOffset>
                </wp:positionH>
                <wp:positionV relativeFrom="paragraph">
                  <wp:posOffset>146050</wp:posOffset>
                </wp:positionV>
                <wp:extent cx="186690" cy="179070"/>
                <wp:effectExtent l="57150" t="19050" r="80010" b="87630"/>
                <wp:wrapNone/>
                <wp:docPr id="2130802125" name="Rectangle 2"/>
                <wp:cNvGraphicFramePr/>
                <a:graphic xmlns:a="http://schemas.openxmlformats.org/drawingml/2006/main">
                  <a:graphicData uri="http://schemas.microsoft.com/office/word/2010/wordprocessingShape">
                    <wps:wsp>
                      <wps:cNvSpPr/>
                      <wps:spPr>
                        <a:xfrm>
                          <a:off x="0" y="0"/>
                          <a:ext cx="186690" cy="1790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EE063" id="Rectangle 2" o:spid="_x0000_s1026" style="position:absolute;margin-left:-8.7pt;margin-top:11.5pt;width:14.7pt;height:1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" fillcolor="#3f80cd" strokecolor="#4a7ebb">
                <v:fill color2="#9bc1ff" rotate="t" angle="180" focus="100%" type="gradient">
                  <o:fill v:ext="view" type="gradientUnscaled"/>
                </v:fill>
                <v:shadow on="t" color="black" opacity="22937f" origin=",.5" offset="0,.63889mm"/>
                <w10:wrap anchorx="margin"/>
              </v:rect>
            </w:pict>
          </mc:Fallback>
        </mc:AlternateContent>
      </w:r>
    </w:p>
    <w:p w14:paraId="5FA4019B" w14:textId="77777777" w:rsidR="003C790B" w:rsidRDefault="003C790B" w:rsidP="004C384C">
      <w:pPr>
        <w:spacing w:before="100" w:beforeAutospacing="1" w:after="100" w:afterAutospacing="1" w:line="240" w:lineRule="auto"/>
        <w:outlineLvl w:val="1"/>
        <w:rPr>
          <w:rFonts w:ascii="Times New Roman" w:eastAsia="Times New Roman" w:hAnsi="Times New Roman" w:cs="Times New Roman"/>
          <w:b/>
          <w:bCs/>
          <w:sz w:val="28"/>
          <w:szCs w:val="28"/>
          <w:u w:val="single"/>
          <w:lang w:val="en-GB" w:eastAsia="en-GB"/>
        </w:rPr>
      </w:pPr>
    </w:p>
    <w:p w14:paraId="1F0FA650" w14:textId="77777777" w:rsidR="003C790B" w:rsidRDefault="003C790B" w:rsidP="004C384C">
      <w:pPr>
        <w:spacing w:before="100" w:beforeAutospacing="1" w:after="100" w:afterAutospacing="1" w:line="240" w:lineRule="auto"/>
        <w:outlineLvl w:val="1"/>
        <w:rPr>
          <w:rFonts w:ascii="Times New Roman" w:eastAsia="Times New Roman" w:hAnsi="Times New Roman" w:cs="Times New Roman"/>
          <w:b/>
          <w:bCs/>
          <w:sz w:val="28"/>
          <w:szCs w:val="28"/>
          <w:u w:val="single"/>
          <w:lang w:val="en-GB" w:eastAsia="en-GB"/>
        </w:rPr>
      </w:pPr>
    </w:p>
    <w:p w14:paraId="5C2547AC" w14:textId="77777777" w:rsidR="003C790B" w:rsidRDefault="003C790B">
      <w:pPr>
        <w:rPr>
          <w:rFonts w:ascii="Times New Roman" w:eastAsia="Times New Roman" w:hAnsi="Times New Roman" w:cs="Times New Roman"/>
          <w:b/>
          <w:bCs/>
          <w:sz w:val="28"/>
          <w:szCs w:val="28"/>
          <w:u w:val="single"/>
          <w:lang w:val="en-GB" w:eastAsia="en-GB"/>
        </w:rPr>
      </w:pPr>
      <w:r>
        <w:rPr>
          <w:rFonts w:ascii="Times New Roman" w:eastAsia="Times New Roman" w:hAnsi="Times New Roman" w:cs="Times New Roman"/>
          <w:b/>
          <w:bCs/>
          <w:sz w:val="28"/>
          <w:szCs w:val="28"/>
          <w:u w:val="single"/>
          <w:lang w:val="en-GB" w:eastAsia="en-GB"/>
        </w:rPr>
        <w:br w:type="page"/>
      </w:r>
    </w:p>
    <w:p w14:paraId="4475B94B" w14:textId="570E56D0" w:rsidR="004C384C" w:rsidRPr="00420628" w:rsidRDefault="004C384C" w:rsidP="004C384C">
      <w:pPr>
        <w:spacing w:before="100" w:beforeAutospacing="1" w:after="100" w:afterAutospacing="1" w:line="240" w:lineRule="auto"/>
        <w:outlineLvl w:val="1"/>
        <w:rPr>
          <w:rFonts w:ascii="Times New Roman" w:eastAsia="Times New Roman" w:hAnsi="Times New Roman" w:cs="Times New Roman"/>
          <w:b/>
          <w:bCs/>
          <w:sz w:val="28"/>
          <w:szCs w:val="28"/>
          <w:u w:val="single"/>
          <w:lang w:val="en-GB" w:eastAsia="en-GB"/>
        </w:rPr>
      </w:pPr>
      <w:r w:rsidRPr="00420628">
        <w:rPr>
          <w:rFonts w:ascii="Times New Roman" w:eastAsia="Times New Roman" w:hAnsi="Times New Roman" w:cs="Times New Roman"/>
          <w:b/>
          <w:bCs/>
          <w:sz w:val="28"/>
          <w:szCs w:val="28"/>
          <w:u w:val="single"/>
          <w:lang w:val="en-GB" w:eastAsia="en-GB"/>
        </w:rPr>
        <w:lastRenderedPageBreak/>
        <w:t>Important</w:t>
      </w:r>
    </w:p>
    <w:p w14:paraId="73523C33" w14:textId="77777777" w:rsidR="004C384C" w:rsidRPr="00420628" w:rsidRDefault="004C384C" w:rsidP="004C384C">
      <w:pPr>
        <w:spacing w:before="100" w:beforeAutospacing="1" w:after="100" w:afterAutospacing="1" w:line="240" w:lineRule="auto"/>
        <w:outlineLvl w:val="1"/>
        <w:rPr>
          <w:rFonts w:ascii="Times New Roman" w:eastAsia="Times New Roman" w:hAnsi="Times New Roman" w:cs="Times New Roman"/>
          <w:sz w:val="28"/>
          <w:szCs w:val="28"/>
          <w:lang w:val="en-GB" w:eastAsia="en-GB"/>
        </w:rPr>
      </w:pPr>
      <w:r w:rsidRPr="00420628">
        <w:rPr>
          <w:rFonts w:ascii="Times New Roman" w:eastAsia="Times New Roman" w:hAnsi="Times New Roman" w:cs="Times New Roman"/>
          <w:sz w:val="28"/>
          <w:szCs w:val="28"/>
          <w:lang w:val="en-GB" w:eastAsia="en-GB"/>
        </w:rPr>
        <w:t xml:space="preserve">Once your transfer has been made, </w:t>
      </w:r>
      <w:r w:rsidRPr="00420628">
        <w:rPr>
          <w:rFonts w:ascii="Times New Roman" w:eastAsia="Times New Roman" w:hAnsi="Times New Roman" w:cs="Times New Roman"/>
          <w:sz w:val="28"/>
          <w:szCs w:val="28"/>
          <w:u w:val="single"/>
          <w:lang w:val="en-GB" w:eastAsia="en-GB"/>
        </w:rPr>
        <w:t>please email us so we can confirm your sponsorship and recognise your support appropriately</w:t>
      </w:r>
      <w:r w:rsidRPr="00420628">
        <w:rPr>
          <w:rFonts w:ascii="Times New Roman" w:eastAsia="Times New Roman" w:hAnsi="Times New Roman" w:cs="Times New Roman"/>
          <w:sz w:val="28"/>
          <w:szCs w:val="28"/>
          <w:lang w:val="en-GB" w:eastAsia="en-GB"/>
        </w:rPr>
        <w:t>.</w:t>
      </w:r>
    </w:p>
    <w:p w14:paraId="03B8D77B" w14:textId="38E897F1" w:rsidR="004C384C" w:rsidRPr="0095675F" w:rsidRDefault="004C384C" w:rsidP="004C384C">
      <w:pPr>
        <w:spacing w:before="100" w:beforeAutospacing="1" w:after="100" w:afterAutospacing="1" w:line="240" w:lineRule="auto"/>
        <w:outlineLvl w:val="1"/>
        <w:rPr>
          <w:rFonts w:ascii="Times New Roman" w:eastAsia="Times New Roman" w:hAnsi="Times New Roman" w:cs="Times New Roman"/>
          <w:sz w:val="28"/>
          <w:szCs w:val="28"/>
          <w:lang w:val="en-GB" w:eastAsia="en-GB"/>
        </w:rPr>
      </w:pPr>
      <w:r w:rsidRPr="00420628">
        <w:rPr>
          <w:rFonts w:ascii="Times New Roman" w:eastAsia="Times New Roman" w:hAnsi="Times New Roman" w:cs="Times New Roman"/>
          <w:sz w:val="28"/>
          <w:szCs w:val="28"/>
          <w:lang w:val="en-GB" w:eastAsia="en-GB"/>
        </w:rPr>
        <w:t>Email:</w:t>
      </w:r>
      <w:r w:rsidRPr="00420628">
        <w:rPr>
          <w:rFonts w:ascii="Times New Roman" w:eastAsia="Times New Roman" w:hAnsi="Times New Roman" w:cs="Times New Roman"/>
          <w:sz w:val="28"/>
          <w:szCs w:val="28"/>
          <w:u w:val="single"/>
          <w:lang w:val="en-GB" w:eastAsia="en-GB"/>
        </w:rPr>
        <w:t xml:space="preserve"> </w:t>
      </w:r>
      <w:hyperlink r:id="rId13" w:history="1">
        <w:r w:rsidRPr="00420628">
          <w:rPr>
            <w:rStyle w:val="Hyperlink"/>
            <w:rFonts w:ascii="Times New Roman" w:eastAsia="Times New Roman" w:hAnsi="Times New Roman" w:cs="Times New Roman"/>
            <w:sz w:val="28"/>
            <w:szCs w:val="28"/>
            <w:lang w:val="en-GB" w:eastAsia="en-GB"/>
          </w:rPr>
          <w:t>info@ageukhounslow.org.uk</w:t>
        </w:r>
      </w:hyperlink>
    </w:p>
    <w:p w14:paraId="74A68FCA" w14:textId="1F7B08B8" w:rsidR="003C790B" w:rsidRDefault="00544CB5" w:rsidP="003C790B">
      <w:pPr>
        <w:spacing w:before="100" w:beforeAutospacing="1" w:after="100" w:afterAutospacing="1" w:line="240" w:lineRule="auto"/>
        <w:jc w:val="right"/>
        <w:outlineLvl w:val="1"/>
        <w:rPr>
          <w:rFonts w:ascii="Times New Roman" w:eastAsia="Times New Roman" w:hAnsi="Times New Roman" w:cs="Times New Roman"/>
          <w:b/>
          <w:bCs/>
          <w:sz w:val="36"/>
          <w:szCs w:val="36"/>
          <w:lang w:val="en-GB" w:eastAsia="en-GB"/>
        </w:rPr>
      </w:pPr>
      <w:r>
        <w:rPr>
          <w:rFonts w:ascii="Times New Roman" w:eastAsia="Times New Roman" w:hAnsi="Times New Roman" w:cs="Times New Roman"/>
          <w:b/>
          <w:bCs/>
          <w:sz w:val="32"/>
          <w:szCs w:val="32"/>
          <w:lang w:val="en-GB" w:eastAsia="en-GB"/>
        </w:rPr>
        <w:br/>
      </w:r>
    </w:p>
    <w:p w14:paraId="25056928" w14:textId="77777777" w:rsidR="003C790B" w:rsidRDefault="003C790B" w:rsidP="003C790B">
      <w:pPr>
        <w:spacing w:before="100" w:beforeAutospacing="1" w:after="100" w:afterAutospacing="1" w:line="240" w:lineRule="auto"/>
        <w:jc w:val="right"/>
        <w:outlineLvl w:val="1"/>
        <w:rPr>
          <w:rFonts w:ascii="Times New Roman" w:eastAsia="Times New Roman" w:hAnsi="Times New Roman" w:cs="Times New Roman"/>
          <w:b/>
          <w:bCs/>
          <w:sz w:val="36"/>
          <w:szCs w:val="36"/>
          <w:lang w:val="en-GB" w:eastAsia="en-GB"/>
        </w:rPr>
      </w:pPr>
    </w:p>
    <w:p w14:paraId="344FD906" w14:textId="34E735BD" w:rsidR="004C384C" w:rsidRPr="00F858C1" w:rsidRDefault="00420628" w:rsidP="003C790B">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r>
        <w:rPr>
          <w:rFonts w:ascii="Times New Roman" w:eastAsia="Times New Roman" w:hAnsi="Times New Roman" w:cs="Times New Roman"/>
          <w:b/>
          <w:bCs/>
          <w:sz w:val="36"/>
          <w:szCs w:val="36"/>
          <w:lang w:val="en-GB" w:eastAsia="en-GB"/>
        </w:rPr>
        <w:t>Alternatively, you can discuss sponsoring opportunities with us – in which case, please return this form to</w:t>
      </w:r>
      <w:r w:rsidR="004C384C" w:rsidRPr="00F858C1">
        <w:rPr>
          <w:rFonts w:ascii="Times New Roman" w:eastAsia="Times New Roman" w:hAnsi="Times New Roman" w:cs="Times New Roman"/>
          <w:b/>
          <w:bCs/>
          <w:sz w:val="36"/>
          <w:szCs w:val="36"/>
          <w:lang w:val="en-GB" w:eastAsia="en-GB"/>
        </w:rPr>
        <w:t>:</w:t>
      </w:r>
    </w:p>
    <w:p w14:paraId="21CFF2CE" w14:textId="177745BF" w:rsidR="00420628" w:rsidRPr="00420628" w:rsidRDefault="004C384C" w:rsidP="004C384C">
      <w:pPr>
        <w:spacing w:before="100" w:beforeAutospacing="1" w:after="100" w:afterAutospacing="1" w:line="240" w:lineRule="auto"/>
        <w:rPr>
          <w:rFonts w:ascii="Times New Roman" w:eastAsia="Times New Roman" w:hAnsi="Times New Roman" w:cs="Times New Roman"/>
          <w:sz w:val="28"/>
          <w:szCs w:val="28"/>
          <w:lang w:val="en-GB" w:eastAsia="en-GB"/>
        </w:rPr>
      </w:pPr>
      <w:r w:rsidRPr="00420628">
        <w:rPr>
          <w:rFonts w:ascii="Times New Roman" w:eastAsia="Times New Roman" w:hAnsi="Times New Roman" w:cs="Times New Roman"/>
          <w:sz w:val="28"/>
          <w:szCs w:val="28"/>
          <w:lang w:val="en-GB" w:eastAsia="en-GB"/>
        </w:rPr>
        <w:t xml:space="preserve">Email: </w:t>
      </w:r>
      <w:r w:rsidRPr="00420628">
        <w:rPr>
          <w:rFonts w:ascii="Times New Roman" w:eastAsia="Times New Roman" w:hAnsi="Times New Roman" w:cs="Times New Roman"/>
          <w:sz w:val="28"/>
          <w:szCs w:val="28"/>
          <w:u w:val="single"/>
          <w:lang w:val="en-GB" w:eastAsia="en-GB"/>
        </w:rPr>
        <w:t>info@ageukhounslow.org.uk</w:t>
      </w:r>
      <w:r w:rsidRPr="00420628">
        <w:rPr>
          <w:rFonts w:ascii="Times New Roman" w:eastAsia="Times New Roman" w:hAnsi="Times New Roman" w:cs="Times New Roman"/>
          <w:sz w:val="28"/>
          <w:szCs w:val="28"/>
          <w:lang w:val="en-GB" w:eastAsia="en-GB"/>
        </w:rPr>
        <w:br/>
      </w:r>
    </w:p>
    <w:p w14:paraId="505FB8A2" w14:textId="3CF69661" w:rsidR="00F858C1" w:rsidRPr="00F858C1" w:rsidRDefault="00F858C1" w:rsidP="00F858C1">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r w:rsidRPr="00F858C1">
        <w:rPr>
          <w:rFonts w:ascii="Times New Roman" w:eastAsia="Times New Roman" w:hAnsi="Times New Roman" w:cs="Times New Roman"/>
          <w:b/>
          <w:bCs/>
          <w:sz w:val="36"/>
          <w:szCs w:val="36"/>
          <w:lang w:val="en-GB" w:eastAsia="en-GB"/>
        </w:rPr>
        <w:t>Your Details</w:t>
      </w:r>
    </w:p>
    <w:p w14:paraId="033AF327" w14:textId="50C12880" w:rsidR="00F858C1" w:rsidRPr="00F858C1" w:rsidRDefault="00F858C1" w:rsidP="00F858C1">
      <w:p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Name:</w:t>
      </w:r>
      <w:r w:rsidRPr="00F858C1">
        <w:rPr>
          <w:rFonts w:ascii="Times New Roman" w:eastAsia="Times New Roman" w:hAnsi="Times New Roman" w:cs="Times New Roman"/>
          <w:sz w:val="24"/>
          <w:szCs w:val="24"/>
          <w:lang w:val="en-GB" w:eastAsia="en-GB"/>
        </w:rPr>
        <w:t xml:space="preserve"> _______________________________________</w:t>
      </w:r>
    </w:p>
    <w:p w14:paraId="078ED08D" w14:textId="77777777" w:rsidR="00F858C1" w:rsidRPr="00F858C1" w:rsidRDefault="00F858C1" w:rsidP="00F858C1">
      <w:p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Organisation (if applicable):</w:t>
      </w:r>
      <w:r w:rsidRPr="00F858C1">
        <w:rPr>
          <w:rFonts w:ascii="Times New Roman" w:eastAsia="Times New Roman" w:hAnsi="Times New Roman" w:cs="Times New Roman"/>
          <w:sz w:val="24"/>
          <w:szCs w:val="24"/>
          <w:lang w:val="en-GB" w:eastAsia="en-GB"/>
        </w:rPr>
        <w:t xml:space="preserve"> ___________________</w:t>
      </w:r>
    </w:p>
    <w:p w14:paraId="0CE3593D" w14:textId="38C236E9" w:rsidR="00F858C1" w:rsidRPr="00F858C1" w:rsidRDefault="00F858C1" w:rsidP="00F858C1">
      <w:p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Email:</w:t>
      </w:r>
      <w:r w:rsidRPr="00F858C1">
        <w:rPr>
          <w:rFonts w:ascii="Times New Roman" w:eastAsia="Times New Roman" w:hAnsi="Times New Roman" w:cs="Times New Roman"/>
          <w:sz w:val="24"/>
          <w:szCs w:val="24"/>
          <w:lang w:val="en-GB" w:eastAsia="en-GB"/>
        </w:rPr>
        <w:t xml:space="preserve"> _______________________________________</w:t>
      </w:r>
    </w:p>
    <w:p w14:paraId="11A09776" w14:textId="4A59BC56" w:rsidR="00F858C1" w:rsidRPr="00F858C1" w:rsidRDefault="00F858C1" w:rsidP="00907235">
      <w:pPr>
        <w:spacing w:before="100" w:beforeAutospacing="1" w:after="100" w:afterAutospacing="1" w:line="240" w:lineRule="auto"/>
        <w:rPr>
          <w:rFonts w:ascii="Times New Roman" w:eastAsia="Times New Roman" w:hAnsi="Times New Roman" w:cs="Times New Roman"/>
          <w:sz w:val="24"/>
          <w:szCs w:val="24"/>
          <w:lang w:val="en-GB" w:eastAsia="en-GB"/>
        </w:rPr>
      </w:pPr>
      <w:r w:rsidRPr="00F858C1">
        <w:rPr>
          <w:rFonts w:ascii="Times New Roman" w:eastAsia="Times New Roman" w:hAnsi="Times New Roman" w:cs="Times New Roman"/>
          <w:b/>
          <w:bCs/>
          <w:sz w:val="24"/>
          <w:szCs w:val="24"/>
          <w:lang w:val="en-GB" w:eastAsia="en-GB"/>
        </w:rPr>
        <w:t>Phone:</w:t>
      </w:r>
      <w:r w:rsidRPr="00F858C1">
        <w:rPr>
          <w:rFonts w:ascii="Times New Roman" w:eastAsia="Times New Roman" w:hAnsi="Times New Roman" w:cs="Times New Roman"/>
          <w:sz w:val="24"/>
          <w:szCs w:val="24"/>
          <w:lang w:val="en-GB" w:eastAsia="en-GB"/>
        </w:rPr>
        <w:t xml:space="preserve"> _______________________________________</w:t>
      </w:r>
    </w:p>
    <w:p w14:paraId="09C916ED" w14:textId="18581EED" w:rsidR="004C384C" w:rsidRDefault="004C384C" w:rsidP="00F858C1">
      <w:pPr>
        <w:spacing w:before="100" w:beforeAutospacing="1" w:after="100" w:afterAutospacing="1" w:line="240" w:lineRule="auto"/>
        <w:outlineLvl w:val="1"/>
        <w:rPr>
          <w:rFonts w:ascii="Times New Roman" w:eastAsia="Times New Roman" w:hAnsi="Times New Roman" w:cs="Times New Roman"/>
          <w:b/>
          <w:bCs/>
          <w:sz w:val="36"/>
          <w:szCs w:val="36"/>
          <w:lang w:val="en-GB" w:eastAsia="en-GB"/>
        </w:rPr>
      </w:pPr>
    </w:p>
    <w:p w14:paraId="122D81DF" w14:textId="63CC2C4F" w:rsidR="00544CB5" w:rsidRDefault="00420628" w:rsidP="00F858C1">
      <w:pPr>
        <w:spacing w:before="100" w:beforeAutospacing="1" w:after="100" w:afterAutospacing="1" w:line="240" w:lineRule="auto"/>
        <w:outlineLvl w:val="1"/>
        <w:rPr>
          <w:rFonts w:ascii="Times New Roman" w:eastAsia="Times New Roman" w:hAnsi="Times New Roman" w:cs="Times New Roman"/>
          <w:sz w:val="36"/>
          <w:szCs w:val="36"/>
          <w:lang w:val="en-GB" w:eastAsia="en-GB"/>
        </w:rPr>
      </w:pPr>
      <w:r>
        <w:rPr>
          <w:rFonts w:ascii="Times New Roman" w:eastAsia="Times New Roman" w:hAnsi="Times New Roman" w:cs="Times New Roman"/>
          <w:b/>
          <w:bCs/>
          <w:sz w:val="36"/>
          <w:szCs w:val="36"/>
          <w:lang w:val="en-GB" w:eastAsia="en-GB"/>
        </w:rPr>
        <w:t>Or give us a call on:</w:t>
      </w:r>
    </w:p>
    <w:p w14:paraId="1247AFAB" w14:textId="1F8B8155" w:rsidR="00420628" w:rsidRPr="00420628" w:rsidRDefault="00420628" w:rsidP="00420628">
      <w:pPr>
        <w:spacing w:before="100" w:beforeAutospacing="1" w:after="100" w:afterAutospacing="1" w:line="240" w:lineRule="auto"/>
        <w:rPr>
          <w:rFonts w:ascii="Times New Roman" w:eastAsia="Times New Roman" w:hAnsi="Times New Roman" w:cs="Times New Roman"/>
          <w:sz w:val="28"/>
          <w:szCs w:val="28"/>
          <w:lang w:val="en-GB" w:eastAsia="en-GB"/>
        </w:rPr>
      </w:pPr>
      <w:r w:rsidRPr="00420628">
        <w:rPr>
          <w:rFonts w:ascii="Times New Roman" w:eastAsia="Times New Roman" w:hAnsi="Times New Roman" w:cs="Times New Roman"/>
          <w:sz w:val="28"/>
          <w:szCs w:val="28"/>
          <w:lang w:val="en-GB" w:eastAsia="en-GB"/>
        </w:rPr>
        <w:t xml:space="preserve">Phone: </w:t>
      </w:r>
      <w:r w:rsidRPr="00420628">
        <w:rPr>
          <w:rFonts w:ascii="Times New Roman" w:eastAsia="Times New Roman" w:hAnsi="Times New Roman" w:cs="Times New Roman"/>
          <w:sz w:val="28"/>
          <w:szCs w:val="28"/>
          <w:u w:val="single"/>
          <w:lang w:val="en-GB" w:eastAsia="en-GB"/>
        </w:rPr>
        <w:t>020 8560 6969</w:t>
      </w:r>
      <w:r w:rsidRPr="00420628">
        <w:rPr>
          <w:rFonts w:ascii="Times New Roman" w:eastAsia="Times New Roman" w:hAnsi="Times New Roman" w:cs="Times New Roman"/>
          <w:sz w:val="28"/>
          <w:szCs w:val="28"/>
          <w:lang w:val="en-GB" w:eastAsia="en-GB"/>
        </w:rPr>
        <w:t> </w:t>
      </w:r>
      <w:r w:rsidRPr="00420628">
        <w:rPr>
          <w:rFonts w:ascii="Times New Roman" w:eastAsia="Times New Roman" w:hAnsi="Times New Roman" w:cs="Times New Roman"/>
          <w:sz w:val="28"/>
          <w:szCs w:val="28"/>
          <w:lang w:val="en-GB" w:eastAsia="en-GB"/>
        </w:rPr>
        <w:br/>
      </w:r>
    </w:p>
    <w:p w14:paraId="15C003AC" w14:textId="2C28696D" w:rsidR="00420628" w:rsidRDefault="00420628" w:rsidP="00544CB5">
      <w:pPr>
        <w:spacing w:before="100" w:beforeAutospacing="1" w:after="100" w:afterAutospacing="1" w:line="240" w:lineRule="auto"/>
        <w:jc w:val="right"/>
        <w:outlineLvl w:val="1"/>
        <w:rPr>
          <w:rFonts w:ascii="Times New Roman" w:eastAsia="Times New Roman" w:hAnsi="Times New Roman" w:cs="Times New Roman"/>
          <w:sz w:val="24"/>
          <w:szCs w:val="24"/>
          <w:lang w:val="en-GB" w:eastAsia="en-GB"/>
        </w:rPr>
      </w:pPr>
    </w:p>
    <w:p w14:paraId="45342FD6" w14:textId="256141C8" w:rsidR="00420628" w:rsidRDefault="00637B69" w:rsidP="00544CB5">
      <w:pPr>
        <w:spacing w:before="100" w:beforeAutospacing="1" w:after="100" w:afterAutospacing="1" w:line="240" w:lineRule="auto"/>
        <w:jc w:val="right"/>
        <w:outlineLvl w:val="1"/>
        <w:rPr>
          <w:rFonts w:ascii="Times New Roman" w:eastAsia="Times New Roman" w:hAnsi="Times New Roman" w:cs="Times New Roman"/>
          <w:sz w:val="24"/>
          <w:szCs w:val="24"/>
          <w:lang w:val="en-GB" w:eastAsia="en-GB"/>
        </w:rPr>
      </w:pPr>
      <w:r>
        <w:rPr>
          <w:noProof/>
        </w:rPr>
        <w:drawing>
          <wp:anchor distT="0" distB="0" distL="114300" distR="114300" simplePos="0" relativeHeight="251661312" behindDoc="0" locked="0" layoutInCell="1" allowOverlap="1" wp14:anchorId="38BDE88A" wp14:editId="5B252CDC">
            <wp:simplePos x="0" y="0"/>
            <wp:positionH relativeFrom="margin">
              <wp:posOffset>-259080</wp:posOffset>
            </wp:positionH>
            <wp:positionV relativeFrom="paragraph">
              <wp:posOffset>145415</wp:posOffset>
            </wp:positionV>
            <wp:extent cx="1733550" cy="723269"/>
            <wp:effectExtent l="0" t="0" r="0" b="635"/>
            <wp:wrapNone/>
            <wp:docPr id="210999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16"/>
                    <a:stretch>
                      <a:fillRect/>
                    </a:stretch>
                  </pic:blipFill>
                  <pic:spPr bwMode="auto">
                    <a:xfrm>
                      <a:off x="0" y="0"/>
                      <a:ext cx="1733550" cy="7232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CB5D" w14:textId="22786468" w:rsidR="00F858C1" w:rsidRPr="001C5E5E" w:rsidRDefault="00F858C1" w:rsidP="001C5E5E">
      <w:pPr>
        <w:spacing w:before="100" w:beforeAutospacing="1" w:after="100" w:afterAutospacing="1" w:line="240" w:lineRule="auto"/>
        <w:jc w:val="right"/>
        <w:outlineLvl w:val="1"/>
        <w:rPr>
          <w:rFonts w:ascii="Times New Roman" w:eastAsia="Times New Roman" w:hAnsi="Times New Roman" w:cs="Times New Roman"/>
          <w:b/>
          <w:bCs/>
          <w:color w:val="4F6228" w:themeColor="accent3" w:themeShade="80"/>
          <w:sz w:val="36"/>
          <w:szCs w:val="36"/>
          <w:lang w:val="en-GB" w:eastAsia="en-GB"/>
        </w:rPr>
      </w:pPr>
      <w:r w:rsidRPr="001C5E5E">
        <w:rPr>
          <w:rFonts w:ascii="Times New Roman" w:eastAsia="Times New Roman" w:hAnsi="Times New Roman" w:cs="Times New Roman"/>
          <w:b/>
          <w:bCs/>
          <w:color w:val="4F6228" w:themeColor="accent3" w:themeShade="80"/>
          <w:sz w:val="36"/>
          <w:szCs w:val="36"/>
          <w:lang w:val="en-GB" w:eastAsia="en-GB"/>
        </w:rPr>
        <w:t>Together we</w:t>
      </w:r>
      <w:r w:rsidR="009F2476" w:rsidRPr="001C5E5E">
        <w:rPr>
          <w:rFonts w:ascii="Times New Roman" w:eastAsia="Times New Roman" w:hAnsi="Times New Roman" w:cs="Times New Roman"/>
          <w:b/>
          <w:bCs/>
          <w:color w:val="4F6228" w:themeColor="accent3" w:themeShade="80"/>
          <w:sz w:val="36"/>
          <w:szCs w:val="36"/>
          <w:lang w:val="en-GB" w:eastAsia="en-GB"/>
        </w:rPr>
        <w:t xml:space="preserve"> will</w:t>
      </w:r>
      <w:r w:rsidRPr="001C5E5E">
        <w:rPr>
          <w:rFonts w:ascii="Times New Roman" w:eastAsia="Times New Roman" w:hAnsi="Times New Roman" w:cs="Times New Roman"/>
          <w:b/>
          <w:bCs/>
          <w:color w:val="4F6228" w:themeColor="accent3" w:themeShade="80"/>
          <w:sz w:val="36"/>
          <w:szCs w:val="36"/>
          <w:lang w:val="en-GB" w:eastAsia="en-GB"/>
        </w:rPr>
        <w:t xml:space="preserve"> grow stronger communities</w:t>
      </w:r>
      <w:r w:rsidR="001C5E5E" w:rsidRPr="001C5E5E">
        <w:rPr>
          <w:rFonts w:ascii="Times New Roman" w:eastAsia="Times New Roman" w:hAnsi="Times New Roman" w:cs="Times New Roman"/>
          <w:b/>
          <w:bCs/>
          <w:color w:val="4F6228" w:themeColor="accent3" w:themeShade="80"/>
          <w:sz w:val="36"/>
          <w:szCs w:val="36"/>
          <w:lang w:val="en-GB" w:eastAsia="en-GB"/>
        </w:rPr>
        <w:br/>
      </w:r>
      <w:r w:rsidRPr="001C5E5E">
        <w:rPr>
          <w:rFonts w:ascii="Times New Roman" w:eastAsia="Times New Roman" w:hAnsi="Times New Roman" w:cs="Times New Roman"/>
          <w:i/>
          <w:iCs/>
          <w:color w:val="4F6228" w:themeColor="accent3" w:themeShade="80"/>
          <w:sz w:val="24"/>
          <w:szCs w:val="24"/>
          <w:lang w:val="en-GB" w:eastAsia="en-GB"/>
        </w:rPr>
        <w:t>Every contribution becomes part of something living, lasting, and meaningful.</w:t>
      </w:r>
    </w:p>
    <w:sectPr w:rsidR="00F858C1" w:rsidRPr="001C5E5E" w:rsidSect="00F145E4">
      <w:headerReference w:type="default" r:id="rId14"/>
      <w:footerReference w:type="default" r:id="rId15"/>
      <w:pgSz w:w="12240" w:h="15840"/>
      <w:pgMar w:top="1008" w:right="1008" w:bottom="1008" w:left="1008" w:header="34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02835" w14:textId="77777777" w:rsidR="00070C96" w:rsidRDefault="00070C96" w:rsidP="001B11DC">
      <w:pPr>
        <w:spacing w:after="0" w:line="240" w:lineRule="auto"/>
      </w:pPr>
      <w:r>
        <w:separator/>
      </w:r>
    </w:p>
  </w:endnote>
  <w:endnote w:type="continuationSeparator" w:id="0">
    <w:p w14:paraId="54E74AEC" w14:textId="77777777" w:rsidR="00070C96" w:rsidRDefault="00070C96" w:rsidP="001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38C8" w14:textId="07CD7728" w:rsidR="00F145E4" w:rsidRPr="00F145E4" w:rsidRDefault="00BB1DF0" w:rsidP="00F145E4">
    <w:pPr>
      <w:pStyle w:val="Footer"/>
      <w:jc w:val="center"/>
      <w:rPr>
        <w:b/>
        <w:color w:val="7F7F7F" w:themeColor="text1" w:themeTint="80"/>
        <w:lang w:val="en-GB"/>
      </w:rPr>
    </w:pPr>
    <w:r>
      <w:rPr>
        <w:noProof/>
      </w:rPr>
      <w:drawing>
        <wp:anchor distT="0" distB="0" distL="114300" distR="114300" simplePos="0" relativeHeight="251658241" behindDoc="0" locked="0" layoutInCell="1" allowOverlap="1" wp14:anchorId="7F913DB0" wp14:editId="318B317D">
          <wp:simplePos x="0" y="0"/>
          <wp:positionH relativeFrom="margin">
            <wp:align>center</wp:align>
          </wp:positionH>
          <wp:positionV relativeFrom="paragraph">
            <wp:posOffset>7620</wp:posOffset>
          </wp:positionV>
          <wp:extent cx="7925435" cy="219075"/>
          <wp:effectExtent l="0" t="0" r="0" b="9525"/>
          <wp:wrapNone/>
          <wp:docPr id="894890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5435" cy="219075"/>
                  </a:xfrm>
                  <a:prstGeom prst="rect">
                    <a:avLst/>
                  </a:prstGeom>
                  <a:noFill/>
                </pic:spPr>
              </pic:pic>
            </a:graphicData>
          </a:graphic>
          <wp14:sizeRelV relativeFrom="margin">
            <wp14:pctHeight>0</wp14:pctHeight>
          </wp14:sizeRelV>
        </wp:anchor>
      </w:drawing>
    </w:r>
    <w:r w:rsidR="00E91FEB">
      <w:br/>
    </w:r>
    <w:r w:rsidR="00F145E4">
      <w:rPr>
        <w:b/>
        <w:bCs/>
        <w:lang w:val="en-GB"/>
      </w:rPr>
      <w:br/>
    </w:r>
    <w:r w:rsidR="00F145E4" w:rsidRPr="00F145E4">
      <w:rPr>
        <w:b/>
        <w:color w:val="7F7F7F" w:themeColor="text1" w:themeTint="80"/>
        <w:lang w:val="en-GB"/>
      </w:rPr>
      <w:t>Age UK Hounslow</w:t>
    </w:r>
    <w:r w:rsidR="00B616CC">
      <w:rPr>
        <w:b/>
        <w:color w:val="7F7F7F" w:themeColor="text1" w:themeTint="80"/>
        <w:lang w:val="en-GB"/>
      </w:rPr>
      <w:t xml:space="preserve">, </w:t>
    </w:r>
    <w:r w:rsidR="00F145E4" w:rsidRPr="00F145E4">
      <w:rPr>
        <w:b/>
        <w:color w:val="7F7F7F" w:themeColor="text1" w:themeTint="80"/>
        <w:lang w:val="en-GB"/>
      </w:rPr>
      <w:t>Southville Community Centre, Southville Road Feltham TW14 8AP</w:t>
    </w:r>
  </w:p>
  <w:p w14:paraId="1967337D" w14:textId="7DF6ABBE" w:rsidR="00F145E4" w:rsidRPr="00F145E4" w:rsidRDefault="00F145E4" w:rsidP="00F145E4">
    <w:pPr>
      <w:pStyle w:val="Footer"/>
      <w:jc w:val="center"/>
      <w:rPr>
        <w:color w:val="7F7F7F" w:themeColor="text1" w:themeTint="80"/>
        <w:lang w:val="en-GB"/>
      </w:rPr>
    </w:pPr>
    <w:r w:rsidRPr="00F145E4">
      <w:rPr>
        <w:color w:val="7F7F7F" w:themeColor="text1" w:themeTint="80"/>
        <w:lang w:val="en-GB"/>
      </w:rPr>
      <w:t>0208 560 6969       info@ageukhounslow.org.uk        Registered charity number 1061681</w:t>
    </w:r>
  </w:p>
  <w:p w14:paraId="057789B9" w14:textId="0ECCB1D3" w:rsidR="00BB1DF0" w:rsidRPr="00F145E4" w:rsidRDefault="00BB1DF0" w:rsidP="00F145E4">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3C9A7" w14:textId="77777777" w:rsidR="00070C96" w:rsidRDefault="00070C96" w:rsidP="001B11DC">
      <w:pPr>
        <w:spacing w:after="0" w:line="240" w:lineRule="auto"/>
      </w:pPr>
      <w:r>
        <w:separator/>
      </w:r>
    </w:p>
  </w:footnote>
  <w:footnote w:type="continuationSeparator" w:id="0">
    <w:p w14:paraId="17190EDC" w14:textId="77777777" w:rsidR="00070C96" w:rsidRDefault="00070C96" w:rsidP="001B1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53BE" w14:textId="2D80C4B8" w:rsidR="00BB1DF0" w:rsidRPr="00BB1DF0" w:rsidRDefault="00BB1DF0" w:rsidP="00BB1DF0">
    <w:pPr>
      <w:pStyle w:val="Header"/>
      <w:rPr>
        <w:lang w:val="en-GB"/>
      </w:rPr>
    </w:pPr>
    <w:r w:rsidRPr="00BB1DF0">
      <w:rPr>
        <w:noProof/>
        <w:lang w:val="en-GB"/>
      </w:rPr>
      <w:drawing>
        <wp:anchor distT="0" distB="0" distL="114300" distR="114300" simplePos="0" relativeHeight="251658240" behindDoc="0" locked="0" layoutInCell="1" allowOverlap="1" wp14:anchorId="17783E1B" wp14:editId="7E75B936">
          <wp:simplePos x="0" y="0"/>
          <wp:positionH relativeFrom="page">
            <wp:align>right</wp:align>
          </wp:positionH>
          <wp:positionV relativeFrom="paragraph">
            <wp:posOffset>-409575</wp:posOffset>
          </wp:positionV>
          <wp:extent cx="7923530" cy="704850"/>
          <wp:effectExtent l="0" t="0" r="1270" b="0"/>
          <wp:wrapNone/>
          <wp:docPr id="107645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
                    <a:extLst>
                      <a:ext uri="{28A0092B-C50C-407E-A947-70E740481C1C}">
                        <a14:useLocalDpi xmlns:a14="http://schemas.microsoft.com/office/drawing/2010/main" val="0"/>
                      </a:ext>
                    </a:extLst>
                  </a:blip>
                  <a:srcRect b="94792"/>
                  <a:stretch>
                    <a:fillRect/>
                  </a:stretch>
                </pic:blipFill>
                <pic:spPr bwMode="auto">
                  <a:xfrm>
                    <a:off x="0" y="0"/>
                    <a:ext cx="7923766" cy="704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0F4A2" w14:textId="40079897" w:rsidR="001B11DC" w:rsidRDefault="00F22814">
    <w:pPr>
      <w:pStyle w:val="Header"/>
    </w:pPr>
    <w:r>
      <w:rPr>
        <w:b/>
        <w:noProof/>
        <w:sz w:val="52"/>
      </w:rPr>
      <w:drawing>
        <wp:anchor distT="0" distB="0" distL="114300" distR="114300" simplePos="0" relativeHeight="251660289" behindDoc="0" locked="0" layoutInCell="1" allowOverlap="1" wp14:anchorId="558E8560" wp14:editId="59E394AA">
          <wp:simplePos x="0" y="0"/>
          <wp:positionH relativeFrom="margin">
            <wp:posOffset>-1158240</wp:posOffset>
          </wp:positionH>
          <wp:positionV relativeFrom="paragraph">
            <wp:posOffset>260350</wp:posOffset>
          </wp:positionV>
          <wp:extent cx="8778240" cy="8778240"/>
          <wp:effectExtent l="0" t="0" r="3810" b="3810"/>
          <wp:wrapNone/>
          <wp:docPr id="1300732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alphaModFix amt="5000"/>
                    <a:extLst>
                      <a:ext uri="{28A0092B-C50C-407E-A947-70E740481C1C}">
                        <a14:useLocalDpi xmlns:a14="http://schemas.microsoft.com/office/drawing/2010/main" val="0"/>
                      </a:ext>
                    </a:extLst>
                  </a:blip>
                  <a:srcRect/>
                  <a:stretch>
                    <a:fillRect/>
                  </a:stretch>
                </pic:blipFill>
                <pic:spPr bwMode="auto">
                  <a:xfrm>
                    <a:off x="0" y="0"/>
                    <a:ext cx="8778240" cy="87782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8228D2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280F67"/>
    <w:multiLevelType w:val="multilevel"/>
    <w:tmpl w:val="3E7E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622D5"/>
    <w:multiLevelType w:val="hybridMultilevel"/>
    <w:tmpl w:val="F134F81C"/>
    <w:lvl w:ilvl="0" w:tplc="48042DF4">
      <w:start w:val="1"/>
      <w:numFmt w:val="bullet"/>
      <w:pStyle w:val="List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B7240C"/>
    <w:multiLevelType w:val="multilevel"/>
    <w:tmpl w:val="29EA6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772087">
    <w:abstractNumId w:val="8"/>
  </w:num>
  <w:num w:numId="2" w16cid:durableId="1553997577">
    <w:abstractNumId w:val="6"/>
  </w:num>
  <w:num w:numId="3" w16cid:durableId="1388646142">
    <w:abstractNumId w:val="5"/>
  </w:num>
  <w:num w:numId="4" w16cid:durableId="605697248">
    <w:abstractNumId w:val="4"/>
  </w:num>
  <w:num w:numId="5" w16cid:durableId="894586465">
    <w:abstractNumId w:val="7"/>
  </w:num>
  <w:num w:numId="6" w16cid:durableId="1052776183">
    <w:abstractNumId w:val="3"/>
  </w:num>
  <w:num w:numId="7" w16cid:durableId="859703405">
    <w:abstractNumId w:val="2"/>
  </w:num>
  <w:num w:numId="8" w16cid:durableId="62073340">
    <w:abstractNumId w:val="1"/>
  </w:num>
  <w:num w:numId="9" w16cid:durableId="537862970">
    <w:abstractNumId w:val="0"/>
  </w:num>
  <w:num w:numId="10" w16cid:durableId="2027636518">
    <w:abstractNumId w:val="11"/>
  </w:num>
  <w:num w:numId="11" w16cid:durableId="69737206">
    <w:abstractNumId w:val="9"/>
  </w:num>
  <w:num w:numId="12" w16cid:durableId="5871567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30D2"/>
    <w:rsid w:val="00034616"/>
    <w:rsid w:val="00046ADE"/>
    <w:rsid w:val="0006063C"/>
    <w:rsid w:val="00070C96"/>
    <w:rsid w:val="000777DF"/>
    <w:rsid w:val="000B55BA"/>
    <w:rsid w:val="000D2709"/>
    <w:rsid w:val="000F0EBE"/>
    <w:rsid w:val="00131C92"/>
    <w:rsid w:val="00142CC0"/>
    <w:rsid w:val="00143CB1"/>
    <w:rsid w:val="0015074B"/>
    <w:rsid w:val="00160053"/>
    <w:rsid w:val="001B11DC"/>
    <w:rsid w:val="001B58A2"/>
    <w:rsid w:val="001C5229"/>
    <w:rsid w:val="001C5E5E"/>
    <w:rsid w:val="001D214D"/>
    <w:rsid w:val="00200C07"/>
    <w:rsid w:val="00210227"/>
    <w:rsid w:val="00262363"/>
    <w:rsid w:val="0029369C"/>
    <w:rsid w:val="0029639D"/>
    <w:rsid w:val="002B6173"/>
    <w:rsid w:val="002E5256"/>
    <w:rsid w:val="0032090C"/>
    <w:rsid w:val="003239EC"/>
    <w:rsid w:val="00326758"/>
    <w:rsid w:val="00326F90"/>
    <w:rsid w:val="003710DF"/>
    <w:rsid w:val="003C790B"/>
    <w:rsid w:val="00420628"/>
    <w:rsid w:val="0043750D"/>
    <w:rsid w:val="004463A5"/>
    <w:rsid w:val="004B6FC5"/>
    <w:rsid w:val="004C384C"/>
    <w:rsid w:val="004C4F16"/>
    <w:rsid w:val="004D1622"/>
    <w:rsid w:val="004E2DBD"/>
    <w:rsid w:val="005118D3"/>
    <w:rsid w:val="00515060"/>
    <w:rsid w:val="00526676"/>
    <w:rsid w:val="00544CB5"/>
    <w:rsid w:val="005D49C0"/>
    <w:rsid w:val="005D61F2"/>
    <w:rsid w:val="005E62B1"/>
    <w:rsid w:val="0061667A"/>
    <w:rsid w:val="00637B69"/>
    <w:rsid w:val="006533A5"/>
    <w:rsid w:val="00654B03"/>
    <w:rsid w:val="0069357E"/>
    <w:rsid w:val="006A1D54"/>
    <w:rsid w:val="006D38FD"/>
    <w:rsid w:val="006E1A42"/>
    <w:rsid w:val="006F7DCD"/>
    <w:rsid w:val="0071374E"/>
    <w:rsid w:val="007213FF"/>
    <w:rsid w:val="007D1577"/>
    <w:rsid w:val="007D1D3A"/>
    <w:rsid w:val="00827BD4"/>
    <w:rsid w:val="00845238"/>
    <w:rsid w:val="00853966"/>
    <w:rsid w:val="008A243E"/>
    <w:rsid w:val="00907235"/>
    <w:rsid w:val="00912BB4"/>
    <w:rsid w:val="0092501A"/>
    <w:rsid w:val="0095675F"/>
    <w:rsid w:val="00966A18"/>
    <w:rsid w:val="00967845"/>
    <w:rsid w:val="009710FD"/>
    <w:rsid w:val="009B0734"/>
    <w:rsid w:val="009C3AB3"/>
    <w:rsid w:val="009F2476"/>
    <w:rsid w:val="00A30B15"/>
    <w:rsid w:val="00A63F67"/>
    <w:rsid w:val="00A6455D"/>
    <w:rsid w:val="00AA0901"/>
    <w:rsid w:val="00AA16AA"/>
    <w:rsid w:val="00AA1D8D"/>
    <w:rsid w:val="00AA5268"/>
    <w:rsid w:val="00AB4911"/>
    <w:rsid w:val="00AC26EB"/>
    <w:rsid w:val="00AD1936"/>
    <w:rsid w:val="00AF0803"/>
    <w:rsid w:val="00AF4B65"/>
    <w:rsid w:val="00B06813"/>
    <w:rsid w:val="00B2244B"/>
    <w:rsid w:val="00B25A7A"/>
    <w:rsid w:val="00B32B54"/>
    <w:rsid w:val="00B47730"/>
    <w:rsid w:val="00B615FD"/>
    <w:rsid w:val="00B616CC"/>
    <w:rsid w:val="00B77AFF"/>
    <w:rsid w:val="00B83DC0"/>
    <w:rsid w:val="00B96BA1"/>
    <w:rsid w:val="00BB0A93"/>
    <w:rsid w:val="00BB1DF0"/>
    <w:rsid w:val="00BB4D60"/>
    <w:rsid w:val="00BB60DE"/>
    <w:rsid w:val="00BC12DD"/>
    <w:rsid w:val="00BE40B5"/>
    <w:rsid w:val="00BF6390"/>
    <w:rsid w:val="00C23BF9"/>
    <w:rsid w:val="00C362EC"/>
    <w:rsid w:val="00C7510B"/>
    <w:rsid w:val="00CA0E55"/>
    <w:rsid w:val="00CA2C51"/>
    <w:rsid w:val="00CB0664"/>
    <w:rsid w:val="00D07E72"/>
    <w:rsid w:val="00D10286"/>
    <w:rsid w:val="00D35DF9"/>
    <w:rsid w:val="00D36D22"/>
    <w:rsid w:val="00D5121A"/>
    <w:rsid w:val="00D76023"/>
    <w:rsid w:val="00D80A52"/>
    <w:rsid w:val="00D92CCD"/>
    <w:rsid w:val="00DB2DF6"/>
    <w:rsid w:val="00DD2A00"/>
    <w:rsid w:val="00DF5A2C"/>
    <w:rsid w:val="00E01A59"/>
    <w:rsid w:val="00E23139"/>
    <w:rsid w:val="00E60541"/>
    <w:rsid w:val="00E91FEB"/>
    <w:rsid w:val="00EE0110"/>
    <w:rsid w:val="00F00071"/>
    <w:rsid w:val="00F1286A"/>
    <w:rsid w:val="00F145E4"/>
    <w:rsid w:val="00F22814"/>
    <w:rsid w:val="00F46D9B"/>
    <w:rsid w:val="00F63471"/>
    <w:rsid w:val="00F858C1"/>
    <w:rsid w:val="00FC693F"/>
    <w:rsid w:val="00FC7809"/>
    <w:rsid w:val="00FF03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2E63BA"/>
  <w14:defaultImageDpi w14:val="300"/>
  <w15:docId w15:val="{57A6F420-4EF1-4188-B28B-28FA42C2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2"/>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07235"/>
    <w:rPr>
      <w:rFonts w:ascii="Times New Roman" w:hAnsi="Times New Roman" w:cs="Times New Roman"/>
      <w:sz w:val="24"/>
      <w:szCs w:val="24"/>
    </w:rPr>
  </w:style>
  <w:style w:type="character" w:styleId="Hyperlink">
    <w:name w:val="Hyperlink"/>
    <w:basedOn w:val="DefaultParagraphFont"/>
    <w:uiPriority w:val="99"/>
    <w:unhideWhenUsed/>
    <w:rsid w:val="009F2476"/>
    <w:rPr>
      <w:color w:val="0000FF" w:themeColor="hyperlink"/>
      <w:u w:val="single"/>
    </w:rPr>
  </w:style>
  <w:style w:type="character" w:styleId="UnresolvedMention">
    <w:name w:val="Unresolved Mention"/>
    <w:basedOn w:val="DefaultParagraphFont"/>
    <w:uiPriority w:val="99"/>
    <w:semiHidden/>
    <w:unhideWhenUsed/>
    <w:rsid w:val="009F2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geukhounslow.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13a64e-23ef-40fd-86b6-c65935a8e36d" xsi:nil="true"/>
    <lcf76f155ced4ddcb4097134ff3c332f xmlns="b0491dfa-44c0-4362-864e-3a9e2fb6dc0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A253D53355534C838D95EC2A577606" ma:contentTypeVersion="13" ma:contentTypeDescription="Create a new document." ma:contentTypeScope="" ma:versionID="4b4ee0599c71749a2d1892bb2931463b">
  <xsd:schema xmlns:xsd="http://www.w3.org/2001/XMLSchema" xmlns:xs="http://www.w3.org/2001/XMLSchema" xmlns:p="http://schemas.microsoft.com/office/2006/metadata/properties" xmlns:ns2="b0491dfa-44c0-4362-864e-3a9e2fb6dc07" xmlns:ns3="9a13a64e-23ef-40fd-86b6-c65935a8e36d" targetNamespace="http://schemas.microsoft.com/office/2006/metadata/properties" ma:root="true" ma:fieldsID="7c3aa80de1cf36de51aaeae631acce8f" ns2:_="" ns3:_="">
    <xsd:import namespace="b0491dfa-44c0-4362-864e-3a9e2fb6dc07"/>
    <xsd:import namespace="9a13a64e-23ef-40fd-86b6-c65935a8e3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91dfa-44c0-4362-864e-3a9e2fb6d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e0fcf6-a6d0-4c1c-9d95-7eb07b3769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13a64e-23ef-40fd-86b6-c65935a8e3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27f96-ff0a-472a-9c57-931f24929325}" ma:internalName="TaxCatchAll" ma:showField="CatchAllData" ma:web="9a13a64e-23ef-40fd-86b6-c65935a8e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C0CE23-18B8-412D-9E98-E0226397D8AA}">
  <ds:schemaRefs>
    <ds:schemaRef ds:uri="http://schemas.microsoft.com/office/2006/metadata/properties"/>
    <ds:schemaRef ds:uri="http://schemas.microsoft.com/office/infopath/2007/PartnerControls"/>
    <ds:schemaRef ds:uri="9a13a64e-23ef-40fd-86b6-c65935a8e36d"/>
    <ds:schemaRef ds:uri="b0491dfa-44c0-4362-864e-3a9e2fb6dc07"/>
  </ds:schemaRefs>
</ds:datastoreItem>
</file>

<file path=customXml/itemProps2.xml><?xml version="1.0" encoding="utf-8"?>
<ds:datastoreItem xmlns:ds="http://schemas.openxmlformats.org/officeDocument/2006/customXml" ds:itemID="{3764472C-AFC1-4437-8533-18744BCED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91dfa-44c0-4362-864e-3a9e2fb6dc07"/>
    <ds:schemaRef ds:uri="9a13a64e-23ef-40fd-86b6-c65935a8e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91D8A-BABC-48BD-8751-6D8905C87505}">
  <ds:schemaRefs>
    <ds:schemaRef ds:uri="http://schemas.openxmlformats.org/officeDocument/2006/bibliography"/>
  </ds:schemaRefs>
</ds:datastoreItem>
</file>

<file path=customXml/itemProps4.xml><?xml version="1.0" encoding="utf-8"?>
<ds:datastoreItem xmlns:ds="http://schemas.openxmlformats.org/officeDocument/2006/customXml" ds:itemID="{2B0612C1-49E0-4405-99FB-FDB691B98E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Bryony Swadling</cp:lastModifiedBy>
  <cp:revision>2</cp:revision>
  <cp:lastPrinted>2026-05-13T12:51:00Z</cp:lastPrinted>
  <dcterms:created xsi:type="dcterms:W3CDTF">2026-05-29T10:12:00Z</dcterms:created>
  <dcterms:modified xsi:type="dcterms:W3CDTF">2026-05-29T10:12:00Z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0x01010073A253D53355534C838D95EC2A577606</vt:lpwstr>
  </property>
  <property fmtid="{D5CDD505-2E9C-101B-9397-08002B2CF9AE}" pid="3" name="MediaServiceImageTags">
    <vt:lpwstr/>
  </property>
</Properties>
</file>