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D52046" w:rsidR="00440F08" w:rsidP="00D52046" w:rsidRDefault="009340A1" w14:paraId="2DC32463" w14:textId="1BB9D2E2">
      <w:pPr>
        <w:jc w:val="center"/>
      </w:pPr>
      <w:r>
        <w:rPr>
          <w:noProof/>
        </w:rPr>
        <w:drawing>
          <wp:inline distT="0" distB="0" distL="0" distR="0" wp14:anchorId="714B085D" wp14:editId="39A852D5">
            <wp:extent cx="2947857" cy="12033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kst logo.jpg"/>
                    <pic:cNvPicPr/>
                  </pic:nvPicPr>
                  <pic:blipFill>
                    <a:blip r:embed="rId9"/>
                    <a:stretch>
                      <a:fillRect/>
                    </a:stretch>
                  </pic:blipFill>
                  <pic:spPr>
                    <a:xfrm>
                      <a:off x="0" y="0"/>
                      <a:ext cx="2955287" cy="1206358"/>
                    </a:xfrm>
                    <a:prstGeom prst="rect">
                      <a:avLst/>
                    </a:prstGeom>
                  </pic:spPr>
                </pic:pic>
              </a:graphicData>
            </a:graphic>
          </wp:inline>
        </w:drawing>
      </w:r>
      <w:r>
        <w:br/>
      </w:r>
      <w:r w:rsidRPr="00D52046">
        <w:rPr>
          <w:b/>
          <w:bCs/>
          <w:color w:val="0070C0"/>
          <w:sz w:val="52"/>
          <w:szCs w:val="52"/>
        </w:rPr>
        <w:t>Recruitment Pack</w:t>
      </w:r>
    </w:p>
    <w:p w:rsidR="00D52046" w:rsidP="00D52046" w:rsidRDefault="009340A1" w14:paraId="5959759C" w14:textId="42DBE5C5">
      <w:pPr>
        <w:jc w:val="center"/>
        <w:rPr>
          <w:i/>
          <w:iCs/>
          <w:color w:val="0070C0"/>
          <w:sz w:val="32"/>
          <w:szCs w:val="32"/>
        </w:rPr>
      </w:pPr>
      <w:r w:rsidRPr="00D52046">
        <w:rPr>
          <w:color w:val="0070C0"/>
          <w:sz w:val="32"/>
          <w:szCs w:val="32"/>
        </w:rPr>
        <w:t>Welcome to Age UK Salford &amp; Trafford</w:t>
      </w:r>
      <w:r w:rsidRPr="00D52046">
        <w:rPr>
          <w:color w:val="0070C0"/>
          <w:sz w:val="32"/>
          <w:szCs w:val="32"/>
        </w:rPr>
        <w:br/>
      </w:r>
      <w:r w:rsidRPr="00D52046">
        <w:rPr>
          <w:i/>
          <w:iCs/>
          <w:color w:val="0070C0"/>
          <w:sz w:val="32"/>
          <w:szCs w:val="32"/>
        </w:rPr>
        <w:t>Let’s change how we age</w:t>
      </w:r>
    </w:p>
    <w:p w:rsidRPr="00D52046" w:rsidR="00D52046" w:rsidRDefault="00D52046" w14:paraId="55722309" w14:textId="05E35BF2">
      <w:pPr>
        <w:jc w:val="center"/>
        <w:rPr>
          <w:i/>
          <w:iCs/>
          <w:color w:val="0070C0"/>
          <w:sz w:val="32"/>
          <w:szCs w:val="32"/>
        </w:rPr>
      </w:pPr>
      <w:r>
        <w:rPr>
          <w:i/>
          <w:iCs/>
          <w:noProof/>
          <w:color w:val="0070C0"/>
          <w:sz w:val="32"/>
          <w:szCs w:val="32"/>
        </w:rPr>
        <w:drawing>
          <wp:inline distT="0" distB="0" distL="0" distR="0" wp14:anchorId="7E4B0D6E" wp14:editId="27FEAA6C">
            <wp:extent cx="5007128" cy="3025140"/>
            <wp:effectExtent l="0" t="0" r="3175" b="3810"/>
            <wp:docPr id="858536949" name="Picture 1" descr="A group of wome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36949" name="Picture 1" descr="A group of women smiling&#10;&#10;AI-generated content may be incorrect."/>
                    <pic:cNvPicPr/>
                  </pic:nvPicPr>
                  <pic:blipFill>
                    <a:blip r:embed="rId10"/>
                    <a:stretch>
                      <a:fillRect/>
                    </a:stretch>
                  </pic:blipFill>
                  <pic:spPr>
                    <a:xfrm>
                      <a:off x="0" y="0"/>
                      <a:ext cx="5017703" cy="3031529"/>
                    </a:xfrm>
                    <a:prstGeom prst="rect">
                      <a:avLst/>
                    </a:prstGeom>
                  </pic:spPr>
                </pic:pic>
              </a:graphicData>
            </a:graphic>
          </wp:inline>
        </w:drawing>
      </w:r>
    </w:p>
    <w:p w:rsidR="00D52046" w:rsidP="00D52046" w:rsidRDefault="00D52046" w14:paraId="07886540" w14:textId="77777777"/>
    <w:p w:rsidR="00D52046" w:rsidP="00D52046" w:rsidRDefault="00D52046" w14:paraId="1039C956" w14:textId="77777777">
      <w:pPr>
        <w:rPr>
          <w:b/>
          <w:bCs/>
          <w:color w:val="0070C0"/>
          <w:lang w:val="en-GB"/>
        </w:rPr>
      </w:pPr>
    </w:p>
    <w:p w:rsidRPr="00D52046" w:rsidR="00D52046" w:rsidP="00D52046" w:rsidRDefault="00D52046" w14:paraId="60B8B7FB" w14:textId="73980603">
      <w:pPr>
        <w:rPr>
          <w:lang w:val="en-GB"/>
        </w:rPr>
      </w:pPr>
      <w:r w:rsidRPr="4C14339C">
        <w:rPr>
          <w:b/>
          <w:bCs/>
          <w:color w:val="0070C0"/>
          <w:lang w:val="en-GB"/>
        </w:rPr>
        <w:t>Job Title:</w:t>
      </w:r>
      <w:r w:rsidRPr="4C14339C">
        <w:rPr>
          <w:color w:val="0070C0"/>
          <w:lang w:val="en-GB"/>
        </w:rPr>
        <w:t xml:space="preserve"> </w:t>
      </w:r>
      <w:r w:rsidRPr="0073535B" w:rsidR="0073535B">
        <w:rPr>
          <w:lang w:val="en-GB"/>
        </w:rPr>
        <w:t>Cleaning</w:t>
      </w:r>
      <w:r w:rsidR="004911EE">
        <w:rPr>
          <w:lang w:val="en-GB"/>
        </w:rPr>
        <w:t xml:space="preserve">, </w:t>
      </w:r>
      <w:r w:rsidRPr="0073535B" w:rsidR="0073535B">
        <w:rPr>
          <w:lang w:val="en-GB"/>
        </w:rPr>
        <w:t>Shopping</w:t>
      </w:r>
      <w:r w:rsidR="004911EE">
        <w:rPr>
          <w:lang w:val="en-GB"/>
        </w:rPr>
        <w:t xml:space="preserve"> and Companionship</w:t>
      </w:r>
      <w:r w:rsidRPr="0073535B" w:rsidR="0073535B">
        <w:rPr>
          <w:lang w:val="en-GB"/>
        </w:rPr>
        <w:t xml:space="preserve"> Assistant</w:t>
      </w:r>
    </w:p>
    <w:p w:rsidRPr="00D52046" w:rsidR="00D52046" w:rsidP="00D52046" w:rsidRDefault="00D52046" w14:paraId="2976FB04" w14:textId="0F6ABCCB">
      <w:pPr>
        <w:rPr>
          <w:lang w:val="en-GB"/>
        </w:rPr>
      </w:pPr>
      <w:r w:rsidRPr="4C14339C">
        <w:rPr>
          <w:b/>
          <w:bCs/>
          <w:color w:val="0070C0"/>
          <w:lang w:val="en-GB"/>
        </w:rPr>
        <w:t>Responsible to:</w:t>
      </w:r>
      <w:r w:rsidRPr="4C14339C">
        <w:rPr>
          <w:color w:val="0070C0"/>
          <w:lang w:val="en-GB"/>
        </w:rPr>
        <w:t xml:space="preserve"> </w:t>
      </w:r>
      <w:r w:rsidRPr="000F6D1A" w:rsidR="0073535B">
        <w:rPr>
          <w:lang w:val="en-GB"/>
        </w:rPr>
        <w:t>Home Services Manager</w:t>
      </w:r>
    </w:p>
    <w:p w:rsidRPr="00D52046" w:rsidR="00D52046" w:rsidP="00D52046" w:rsidRDefault="00D52046" w14:paraId="54889255" w14:textId="3D90F73C">
      <w:pPr>
        <w:rPr>
          <w:lang w:val="en-GB"/>
        </w:rPr>
      </w:pPr>
      <w:r w:rsidRPr="4C14339C">
        <w:rPr>
          <w:b/>
          <w:bCs/>
          <w:color w:val="0070C0"/>
          <w:lang w:val="en-GB"/>
        </w:rPr>
        <w:t>Location:</w:t>
      </w:r>
      <w:r w:rsidRPr="4C14339C">
        <w:rPr>
          <w:lang w:val="en-GB"/>
        </w:rPr>
        <w:t xml:space="preserve"> </w:t>
      </w:r>
      <w:r w:rsidR="00C252FC">
        <w:rPr>
          <w:lang w:val="en-GB"/>
        </w:rPr>
        <w:t>City of Salford</w:t>
      </w:r>
    </w:p>
    <w:p w:rsidRPr="00D52046" w:rsidR="00D52046" w:rsidP="00D52046" w:rsidRDefault="00D52046" w14:paraId="1662A478" w14:textId="78DB16EF">
      <w:pPr>
        <w:rPr>
          <w:lang w:val="en-GB"/>
        </w:rPr>
      </w:pPr>
      <w:r w:rsidRPr="4C14339C">
        <w:rPr>
          <w:b/>
          <w:bCs/>
          <w:color w:val="0070C0"/>
          <w:lang w:val="en-GB"/>
        </w:rPr>
        <w:t>Hours:</w:t>
      </w:r>
      <w:r w:rsidRPr="4C14339C">
        <w:rPr>
          <w:lang w:val="en-GB"/>
        </w:rPr>
        <w:t xml:space="preserve"> </w:t>
      </w:r>
      <w:r w:rsidR="00C252FC">
        <w:rPr>
          <w:lang w:val="en-GB"/>
        </w:rPr>
        <w:t>Flexible</w:t>
      </w:r>
    </w:p>
    <w:p w:rsidRPr="00D52046" w:rsidR="00D52046" w:rsidP="00D52046" w:rsidRDefault="00D52046" w14:paraId="3C9DCEB5" w14:textId="0ADDFC15">
      <w:pPr>
        <w:rPr>
          <w:lang w:val="en-GB"/>
        </w:rPr>
      </w:pPr>
      <w:r w:rsidRPr="4C14339C">
        <w:rPr>
          <w:b/>
          <w:bCs/>
          <w:color w:val="0070C0"/>
          <w:lang w:val="en-GB"/>
        </w:rPr>
        <w:t>Salary:</w:t>
      </w:r>
      <w:r w:rsidRPr="4C14339C">
        <w:rPr>
          <w:color w:val="0070C0"/>
          <w:lang w:val="en-GB"/>
        </w:rPr>
        <w:t xml:space="preserve"> </w:t>
      </w:r>
      <w:r w:rsidRPr="00CC6973" w:rsidR="00C252FC">
        <w:rPr>
          <w:lang w:val="en-GB"/>
        </w:rPr>
        <w:t>£</w:t>
      </w:r>
      <w:r w:rsidRPr="00CC6973" w:rsidR="00CC6973">
        <w:rPr>
          <w:lang w:val="en-GB"/>
        </w:rPr>
        <w:t>13.45 per hour</w:t>
      </w:r>
      <w:r w:rsidR="00CA7666">
        <w:rPr>
          <w:lang w:val="en-GB"/>
        </w:rPr>
        <w:t>, plus pension contributions and cash health plan</w:t>
      </w:r>
    </w:p>
    <w:p w:rsidR="00CA7666" w:rsidP="00D52046" w:rsidRDefault="00CA7666" w14:paraId="6691A5C4" w14:textId="77777777">
      <w:pPr>
        <w:rPr>
          <w:b/>
          <w:bCs/>
          <w:color w:val="0070C0"/>
        </w:rPr>
      </w:pPr>
    </w:p>
    <w:p w:rsidR="00440F08" w:rsidP="00D52046" w:rsidRDefault="009340A1" w14:paraId="3FA70ABF" w14:textId="3719745B">
      <w:r w:rsidRPr="00D52046">
        <w:rPr>
          <w:b/>
          <w:bCs/>
          <w:color w:val="0070C0"/>
        </w:rPr>
        <w:t>Welcome</w:t>
      </w:r>
      <w:r>
        <w:t xml:space="preserve"> </w:t>
      </w:r>
    </w:p>
    <w:p w:rsidR="00D52046" w:rsidP="00D52046" w:rsidRDefault="009340A1" w14:paraId="0C72E775" w14:textId="77777777">
      <w:r>
        <w:t>Thank you for your interest in joining Age UK Salford &amp; Trafford.</w:t>
      </w:r>
      <w:r>
        <w:br/>
      </w:r>
      <w:r>
        <w:br/>
      </w:r>
      <w:r>
        <w:t>We are a local independent charity committed to improving later life for everyone in our communities. Whether through our dementia services, wellbeing activities, practical home support, or community engagement, we aim to empower older people to live full, independent, and dignified lives.</w:t>
      </w:r>
      <w:r>
        <w:br/>
      </w:r>
      <w:r>
        <w:br/>
      </w:r>
      <w:r>
        <w:t>By joining us, you’ll become part of a dedicated team that believes ageing should be celebrated, not feared. Our staff and volunteers are passionate, professional and people-focused — together, we make ageing better for all.</w:t>
      </w:r>
    </w:p>
    <w:p w:rsidR="00D52046" w:rsidP="00D52046" w:rsidRDefault="00D52046" w14:paraId="0C70BEBA" w14:textId="77777777"/>
    <w:p w:rsidR="00D52046" w:rsidP="00D52046" w:rsidRDefault="00D52046" w14:paraId="4468B080" w14:textId="77777777"/>
    <w:p w:rsidR="00D52046" w:rsidP="00D52046" w:rsidRDefault="00D52046" w14:paraId="04C6B518" w14:textId="77777777">
      <w:pPr>
        <w:rPr>
          <w:b/>
          <w:bCs/>
          <w:color w:val="0070C0"/>
        </w:rPr>
      </w:pPr>
      <w:r w:rsidRPr="00D52046">
        <w:rPr>
          <w:b/>
          <w:bCs/>
          <w:color w:val="0070C0"/>
        </w:rPr>
        <w:t xml:space="preserve">Message from our CEO/Chair </w:t>
      </w:r>
    </w:p>
    <w:p w:rsidRPr="006F40F2" w:rsidR="006F40F2" w:rsidP="006F40F2" w:rsidRDefault="006F40F2" w14:paraId="1FC4D4CD" w14:textId="77777777">
      <w:pPr>
        <w:rPr>
          <w:rFonts w:cs="Arial"/>
          <w:color w:val="0070C0"/>
          <w:sz w:val="28"/>
          <w:szCs w:val="28"/>
          <w:lang w:val="en-GB"/>
        </w:rPr>
      </w:pPr>
    </w:p>
    <w:p w:rsidRPr="006F40F2" w:rsidR="006F40F2" w:rsidP="006F40F2" w:rsidRDefault="006F40F2" w14:paraId="5D248647" w14:textId="77777777">
      <w:pPr>
        <w:rPr>
          <w:rFonts w:cs="Arial"/>
          <w:color w:val="0070C0"/>
          <w:sz w:val="28"/>
          <w:szCs w:val="28"/>
          <w:lang w:val="en-GB"/>
        </w:rPr>
      </w:pPr>
      <w:r w:rsidRPr="006F40F2">
        <w:rPr>
          <w:rFonts w:cs="Arial"/>
          <w:color w:val="0070C0"/>
          <w:sz w:val="28"/>
          <w:szCs w:val="28"/>
          <w:lang w:val="en-GB"/>
        </w:rPr>
        <w:t>I’m proud to lead an organisation rooted in compassion, innovation, and community spirit. This is an exciting time to be part of our journey. Whether you're supporting frontline services, strengthening our infrastructure, shaping new programmes, or helping us build stronger partnerships, your contribution will have real impact. If you're driven by purpose and want to work in a team that values kindness, collaboration and inclusion, we warmly welcome your application.</w:t>
      </w:r>
    </w:p>
    <w:p w:rsidRPr="006F40F2" w:rsidR="00D52046" w:rsidP="00D52046" w:rsidRDefault="00D52046" w14:paraId="08D23EFA" w14:textId="77777777">
      <w:pPr>
        <w:rPr>
          <w:lang w:val="en-GB"/>
        </w:rPr>
      </w:pPr>
    </w:p>
    <w:p w:rsidR="00D52046" w:rsidP="00D52046" w:rsidRDefault="00D52046" w14:paraId="28487BF8" w14:textId="77777777">
      <w:pPr>
        <w:rPr>
          <w:b/>
          <w:bCs/>
          <w:color w:val="0070C0"/>
        </w:rPr>
      </w:pPr>
    </w:p>
    <w:p w:rsidRPr="00D52046" w:rsidR="00D52046" w:rsidP="00D52046" w:rsidRDefault="00D52046" w14:paraId="11DEE3DA" w14:textId="0CBC20F1">
      <w:pPr>
        <w:rPr>
          <w:b/>
          <w:bCs/>
          <w:color w:val="0070C0"/>
        </w:rPr>
      </w:pPr>
      <w:r w:rsidRPr="00D52046">
        <w:rPr>
          <w:b/>
          <w:bCs/>
          <w:color w:val="0070C0"/>
        </w:rPr>
        <w:t xml:space="preserve">Our </w:t>
      </w:r>
      <w:proofErr w:type="gramStart"/>
      <w:r w:rsidRPr="00D52046">
        <w:rPr>
          <w:b/>
          <w:bCs/>
          <w:color w:val="0070C0"/>
        </w:rPr>
        <w:t>History</w:t>
      </w:r>
      <w:proofErr w:type="gramEnd"/>
    </w:p>
    <w:p w:rsidR="00D52046" w:rsidP="00D52046" w:rsidRDefault="00D52046" w14:paraId="2ED7E3AF" w14:textId="7880A8AE">
      <w:r>
        <w:t>Age UK Salford and Age UK Trafford recently joined together to better serve older people across both boroughs. With decades of combined experience, we’re rooted in our local communities and shaped by the voices and needs of those we support.</w:t>
      </w:r>
      <w:r>
        <w:br/>
      </w:r>
      <w:r>
        <w:br/>
      </w:r>
      <w:r>
        <w:t xml:space="preserve">Our work is driven by a commitment to reduce inequality, improve wellbeing and connect older people to meaningful support. We deliver this through partnerships with health, care, and voluntary </w:t>
      </w:r>
      <w:proofErr w:type="spellStart"/>
      <w:r>
        <w:t>organisations</w:t>
      </w:r>
      <w:proofErr w:type="spellEnd"/>
      <w:r>
        <w:t xml:space="preserve"> across Greater Manchester.</w:t>
      </w:r>
    </w:p>
    <w:p w:rsidR="00D52046" w:rsidP="00D52046" w:rsidRDefault="00D52046" w14:paraId="6F2EA85C" w14:textId="40B513AB"/>
    <w:p w:rsidR="007C2E87" w:rsidP="00D52046" w:rsidRDefault="007C2E87" w14:paraId="2AF5896A" w14:textId="05C70FC8">
      <w:pPr>
        <w:rPr>
          <w:b/>
          <w:bCs/>
          <w:color w:val="0070C0"/>
        </w:rPr>
      </w:pPr>
    </w:p>
    <w:p w:rsidRPr="00D52046" w:rsidR="00D52046" w:rsidP="00D52046" w:rsidRDefault="00D52046" w14:paraId="5D585095" w14:textId="2E81E900">
      <w:pPr>
        <w:rPr>
          <w:b/>
          <w:bCs/>
          <w:color w:val="0070C0"/>
        </w:rPr>
      </w:pPr>
      <w:r w:rsidRPr="4C14339C">
        <w:rPr>
          <w:b/>
          <w:bCs/>
          <w:color w:val="0070C0"/>
        </w:rPr>
        <w:t>Our Vision &amp; Values</w:t>
      </w:r>
    </w:p>
    <w:p w:rsidR="00D52046" w:rsidP="4C14339C" w:rsidRDefault="737FDBC4" w14:paraId="74EE5D04" w14:textId="6F9D8E37">
      <w:pPr>
        <w:rPr>
          <w:rFonts w:eastAsia="Arial" w:cs="Arial"/>
          <w:color w:val="000000" w:themeColor="text1"/>
          <w:sz w:val="24"/>
          <w:szCs w:val="24"/>
        </w:rPr>
      </w:pPr>
      <w:r w:rsidRPr="4C14339C">
        <w:rPr>
          <w:rFonts w:eastAsia="Arial" w:cs="Arial"/>
          <w:color w:val="000000" w:themeColor="text1"/>
          <w:sz w:val="24"/>
          <w:szCs w:val="24"/>
        </w:rPr>
        <w:t>A community where everyone ages well with enjoyment, dignity, purpose, and connection. </w:t>
      </w:r>
      <w:r w:rsidR="00D52046">
        <w:br/>
      </w:r>
      <w:r w:rsidR="00D52046">
        <w:br/>
      </w:r>
      <w:r w:rsidRPr="4C14339C">
        <w:rPr>
          <w:rFonts w:eastAsia="Arial" w:cs="Arial"/>
          <w:color w:val="000000" w:themeColor="text1"/>
          <w:sz w:val="24"/>
          <w:szCs w:val="24"/>
        </w:rPr>
        <w:t xml:space="preserve">We value: </w:t>
      </w:r>
    </w:p>
    <w:p w:rsidR="00D52046" w:rsidP="4C14339C" w:rsidRDefault="737FDBC4" w14:paraId="11E18C3B" w14:textId="01880CC6">
      <w:pPr>
        <w:pStyle w:val="ListParagraph"/>
        <w:numPr>
          <w:ilvl w:val="0"/>
          <w:numId w:val="2"/>
        </w:numPr>
        <w:rPr>
          <w:rFonts w:eastAsia="Arial" w:cs="Arial"/>
          <w:color w:val="000000" w:themeColor="text1"/>
          <w:sz w:val="24"/>
          <w:szCs w:val="24"/>
        </w:rPr>
      </w:pPr>
      <w:r w:rsidRPr="4C14339C">
        <w:rPr>
          <w:rFonts w:eastAsia="Arial" w:cs="Arial"/>
          <w:color w:val="000000" w:themeColor="text1"/>
          <w:sz w:val="24"/>
          <w:szCs w:val="24"/>
        </w:rPr>
        <w:t>Compassion</w:t>
      </w:r>
    </w:p>
    <w:p w:rsidR="00D52046" w:rsidP="4C14339C" w:rsidRDefault="737FDBC4" w14:paraId="6D6EE029" w14:textId="03816BF2">
      <w:pPr>
        <w:pStyle w:val="ListParagraph"/>
        <w:numPr>
          <w:ilvl w:val="0"/>
          <w:numId w:val="2"/>
        </w:numPr>
        <w:rPr>
          <w:rFonts w:eastAsia="Arial" w:cs="Arial"/>
          <w:color w:val="000000" w:themeColor="text1"/>
          <w:sz w:val="24"/>
          <w:szCs w:val="24"/>
        </w:rPr>
      </w:pPr>
      <w:r w:rsidRPr="4C14339C">
        <w:rPr>
          <w:rFonts w:eastAsia="Arial" w:cs="Arial"/>
          <w:color w:val="000000" w:themeColor="text1"/>
          <w:sz w:val="24"/>
          <w:szCs w:val="24"/>
        </w:rPr>
        <w:t>Respect</w:t>
      </w:r>
    </w:p>
    <w:p w:rsidR="00D52046" w:rsidP="4C14339C" w:rsidRDefault="737FDBC4" w14:paraId="48403C88" w14:textId="288F6034">
      <w:pPr>
        <w:pStyle w:val="ListParagraph"/>
        <w:numPr>
          <w:ilvl w:val="0"/>
          <w:numId w:val="1"/>
        </w:numPr>
        <w:rPr>
          <w:rFonts w:eastAsia="Arial" w:cs="Arial"/>
          <w:color w:val="000000" w:themeColor="text1"/>
          <w:sz w:val="24"/>
          <w:szCs w:val="24"/>
        </w:rPr>
      </w:pPr>
      <w:r w:rsidRPr="4C14339C">
        <w:rPr>
          <w:rFonts w:eastAsia="Arial" w:cs="Arial"/>
          <w:color w:val="000000" w:themeColor="text1"/>
          <w:sz w:val="24"/>
          <w:szCs w:val="24"/>
        </w:rPr>
        <w:t>Integrity</w:t>
      </w:r>
    </w:p>
    <w:p w:rsidR="00D52046" w:rsidP="4C14339C" w:rsidRDefault="737FDBC4" w14:paraId="3BB79FB6" w14:textId="74D323FA">
      <w:pPr>
        <w:pStyle w:val="ListParagraph"/>
        <w:numPr>
          <w:ilvl w:val="0"/>
          <w:numId w:val="1"/>
        </w:numPr>
        <w:rPr>
          <w:rFonts w:eastAsia="Arial" w:cs="Arial"/>
          <w:color w:val="000000" w:themeColor="text1"/>
          <w:sz w:val="24"/>
          <w:szCs w:val="24"/>
        </w:rPr>
      </w:pPr>
      <w:r w:rsidRPr="4C14339C">
        <w:rPr>
          <w:rFonts w:eastAsia="Arial" w:cs="Arial"/>
          <w:color w:val="000000" w:themeColor="text1"/>
          <w:sz w:val="24"/>
          <w:szCs w:val="24"/>
        </w:rPr>
        <w:t>Responsiveness</w:t>
      </w:r>
    </w:p>
    <w:p w:rsidR="00D52046" w:rsidP="4C14339C" w:rsidRDefault="737FDBC4" w14:paraId="60C6A088" w14:textId="645FFB20">
      <w:pPr>
        <w:pStyle w:val="ListParagraph"/>
        <w:numPr>
          <w:ilvl w:val="0"/>
          <w:numId w:val="1"/>
        </w:numPr>
        <w:rPr>
          <w:rFonts w:eastAsia="Arial" w:cs="Arial"/>
          <w:color w:val="000000" w:themeColor="text1"/>
          <w:sz w:val="24"/>
          <w:szCs w:val="24"/>
        </w:rPr>
      </w:pPr>
      <w:r w:rsidRPr="4C14339C">
        <w:rPr>
          <w:rFonts w:eastAsia="Arial" w:cs="Arial"/>
          <w:color w:val="000000" w:themeColor="text1"/>
          <w:sz w:val="24"/>
          <w:szCs w:val="24"/>
        </w:rPr>
        <w:t>Empowerment</w:t>
      </w:r>
    </w:p>
    <w:p w:rsidR="00DE50B6" w:rsidP="00DE50B6" w:rsidRDefault="00DE50B6" w14:paraId="18F6DCD4" w14:textId="77777777">
      <w:pPr>
        <w:rPr>
          <w:b/>
          <w:bCs/>
          <w:color w:val="0070C0"/>
          <w:lang w:val="en-GB"/>
        </w:rPr>
      </w:pPr>
    </w:p>
    <w:p w:rsidR="00D52046" w:rsidP="00DE50B6" w:rsidRDefault="4C7154E6" w14:paraId="5DD673BB" w14:textId="19A63974">
      <w:pPr>
        <w:rPr>
          <w:b/>
          <w:bCs/>
          <w:color w:val="0070C0"/>
          <w:lang w:val="en-GB"/>
        </w:rPr>
      </w:pPr>
      <w:r w:rsidRPr="3793E240">
        <w:rPr>
          <w:b/>
          <w:bCs/>
          <w:color w:val="0070C0"/>
          <w:lang w:val="en-GB"/>
        </w:rPr>
        <w:t xml:space="preserve">Summary of Role </w:t>
      </w:r>
    </w:p>
    <w:p w:rsidR="0049154C" w:rsidP="007A719F" w:rsidRDefault="00F32C36" w14:paraId="4D7C8D42" w14:textId="028BD2BB">
      <w:pPr>
        <w:rPr>
          <w:sz w:val="24"/>
          <w:szCs w:val="24"/>
          <w:lang w:val="en-GB"/>
        </w:rPr>
      </w:pPr>
      <w:r>
        <w:rPr>
          <w:sz w:val="24"/>
          <w:szCs w:val="24"/>
          <w:lang w:val="en-GB"/>
        </w:rPr>
        <w:t xml:space="preserve">We are seeking </w:t>
      </w:r>
      <w:r w:rsidR="00D867CA">
        <w:rPr>
          <w:sz w:val="24"/>
          <w:szCs w:val="24"/>
          <w:lang w:val="en-GB"/>
        </w:rPr>
        <w:t xml:space="preserve">a cleaning, shopping and companionship assistant who will be responsible for </w:t>
      </w:r>
      <w:r w:rsidR="00B17ACE">
        <w:rPr>
          <w:sz w:val="24"/>
          <w:szCs w:val="24"/>
          <w:lang w:val="en-GB"/>
        </w:rPr>
        <w:t xml:space="preserve">providing </w:t>
      </w:r>
      <w:r w:rsidRPr="007A719F" w:rsidR="007A719F">
        <w:rPr>
          <w:sz w:val="24"/>
          <w:szCs w:val="24"/>
          <w:lang w:val="en-GB"/>
        </w:rPr>
        <w:t xml:space="preserve">a high quality and reliable service </w:t>
      </w:r>
      <w:r w:rsidR="00B17ACE">
        <w:rPr>
          <w:sz w:val="24"/>
          <w:szCs w:val="24"/>
          <w:lang w:val="en-GB"/>
        </w:rPr>
        <w:t xml:space="preserve">for </w:t>
      </w:r>
      <w:r w:rsidR="00216555">
        <w:rPr>
          <w:sz w:val="24"/>
          <w:szCs w:val="24"/>
          <w:lang w:val="en-GB"/>
        </w:rPr>
        <w:t xml:space="preserve">older </w:t>
      </w:r>
      <w:r w:rsidRPr="007A719F" w:rsidR="007A719F">
        <w:rPr>
          <w:sz w:val="24"/>
          <w:szCs w:val="24"/>
          <w:lang w:val="en-GB"/>
        </w:rPr>
        <w:t xml:space="preserve">residents </w:t>
      </w:r>
      <w:r w:rsidR="00B3475F">
        <w:rPr>
          <w:sz w:val="24"/>
          <w:szCs w:val="24"/>
          <w:lang w:val="en-GB"/>
        </w:rPr>
        <w:t>within their own homes</w:t>
      </w:r>
      <w:r w:rsidR="00AF0C85">
        <w:rPr>
          <w:sz w:val="24"/>
          <w:szCs w:val="24"/>
          <w:lang w:val="en-GB"/>
        </w:rPr>
        <w:t xml:space="preserve"> </w:t>
      </w:r>
    </w:p>
    <w:p w:rsidRPr="007A719F" w:rsidR="007A719F" w:rsidP="007A719F" w:rsidRDefault="0049154C" w14:paraId="5EE92FF0" w14:textId="330350AF">
      <w:pPr>
        <w:rPr>
          <w:sz w:val="24"/>
          <w:szCs w:val="24"/>
          <w:lang w:val="en-GB"/>
        </w:rPr>
      </w:pPr>
      <w:r w:rsidRPr="78C2ED44" w:rsidR="7766AE5E">
        <w:rPr>
          <w:sz w:val="24"/>
          <w:szCs w:val="24"/>
          <w:lang w:val="en-GB"/>
        </w:rPr>
        <w:t xml:space="preserve">The individual must </w:t>
      </w:r>
      <w:r w:rsidRPr="78C2ED44" w:rsidR="23205E7F">
        <w:rPr>
          <w:sz w:val="24"/>
          <w:szCs w:val="24"/>
          <w:lang w:val="en-GB"/>
        </w:rPr>
        <w:t xml:space="preserve">be </w:t>
      </w:r>
      <w:r w:rsidRPr="78C2ED44" w:rsidR="6AB363E6">
        <w:rPr>
          <w:sz w:val="24"/>
          <w:szCs w:val="24"/>
          <w:lang w:val="en-GB"/>
        </w:rPr>
        <w:t xml:space="preserve">a car user and </w:t>
      </w:r>
      <w:r w:rsidRPr="78C2ED44" w:rsidR="23205E7F">
        <w:rPr>
          <w:sz w:val="24"/>
          <w:szCs w:val="24"/>
          <w:lang w:val="en-GB"/>
        </w:rPr>
        <w:t>willing to travel around the Salford area</w:t>
      </w:r>
      <w:r w:rsidRPr="78C2ED44" w:rsidR="23205E7F">
        <w:rPr>
          <w:sz w:val="24"/>
          <w:szCs w:val="24"/>
          <w:lang w:val="en-GB"/>
        </w:rPr>
        <w:t>. </w:t>
      </w:r>
      <w:r w:rsidRPr="78C2ED44" w:rsidR="1C485980">
        <w:rPr>
          <w:sz w:val="24"/>
          <w:szCs w:val="24"/>
          <w:lang w:val="en-GB"/>
        </w:rPr>
        <w:t>A</w:t>
      </w:r>
      <w:r w:rsidRPr="78C2ED44" w:rsidR="4E168153">
        <w:rPr>
          <w:sz w:val="24"/>
          <w:szCs w:val="24"/>
          <w:lang w:val="en-GB"/>
        </w:rPr>
        <w:t>dher</w:t>
      </w:r>
      <w:r w:rsidRPr="78C2ED44" w:rsidR="1C485980">
        <w:rPr>
          <w:sz w:val="24"/>
          <w:szCs w:val="24"/>
          <w:lang w:val="en-GB"/>
        </w:rPr>
        <w:t>ing</w:t>
      </w:r>
      <w:r w:rsidRPr="78C2ED44" w:rsidR="4E168153">
        <w:rPr>
          <w:sz w:val="24"/>
          <w:szCs w:val="24"/>
          <w:lang w:val="en-GB"/>
        </w:rPr>
        <w:t xml:space="preserve"> to the weekly/fortnightly schedule of work for each individual client as provided by the </w:t>
      </w:r>
      <w:r w:rsidRPr="78C2ED44" w:rsidR="3E771FFA">
        <w:rPr>
          <w:sz w:val="24"/>
          <w:szCs w:val="24"/>
          <w:lang w:val="en-GB"/>
        </w:rPr>
        <w:t xml:space="preserve">Home </w:t>
      </w:r>
      <w:r w:rsidRPr="78C2ED44" w:rsidR="4E168153">
        <w:rPr>
          <w:sz w:val="24"/>
          <w:szCs w:val="24"/>
          <w:lang w:val="en-GB"/>
        </w:rPr>
        <w:t>Service Manager</w:t>
      </w:r>
      <w:r w:rsidRPr="78C2ED44" w:rsidR="65B6C718">
        <w:rPr>
          <w:sz w:val="24"/>
          <w:szCs w:val="24"/>
          <w:lang w:val="en-GB"/>
        </w:rPr>
        <w:t>,</w:t>
      </w:r>
      <w:r w:rsidRPr="78C2ED44" w:rsidR="5A95C841">
        <w:rPr>
          <w:sz w:val="24"/>
          <w:szCs w:val="24"/>
          <w:lang w:val="en-GB"/>
        </w:rPr>
        <w:t xml:space="preserve"> </w:t>
      </w:r>
      <w:r w:rsidRPr="78C2ED44" w:rsidR="710B15AD">
        <w:rPr>
          <w:sz w:val="24"/>
          <w:szCs w:val="24"/>
          <w:lang w:val="en-GB"/>
        </w:rPr>
        <w:t xml:space="preserve">whilst </w:t>
      </w:r>
      <w:r w:rsidRPr="78C2ED44" w:rsidR="65B6C718">
        <w:rPr>
          <w:sz w:val="24"/>
          <w:szCs w:val="24"/>
          <w:lang w:val="en-GB"/>
        </w:rPr>
        <w:t>wo</w:t>
      </w:r>
      <w:r w:rsidRPr="78C2ED44" w:rsidR="4E168153">
        <w:rPr>
          <w:sz w:val="24"/>
          <w:szCs w:val="24"/>
          <w:lang w:val="en-GB"/>
        </w:rPr>
        <w:t>rk</w:t>
      </w:r>
      <w:r w:rsidRPr="78C2ED44" w:rsidR="65B6C718">
        <w:rPr>
          <w:sz w:val="24"/>
          <w:szCs w:val="24"/>
          <w:lang w:val="en-GB"/>
        </w:rPr>
        <w:t>ing</w:t>
      </w:r>
      <w:r w:rsidRPr="78C2ED44" w:rsidR="4E168153">
        <w:rPr>
          <w:sz w:val="24"/>
          <w:szCs w:val="24"/>
          <w:lang w:val="en-GB"/>
        </w:rPr>
        <w:t xml:space="preserve"> efficiently and effectively </w:t>
      </w:r>
      <w:r w:rsidRPr="78C2ED44" w:rsidR="65B6C718">
        <w:rPr>
          <w:sz w:val="24"/>
          <w:szCs w:val="24"/>
          <w:lang w:val="en-GB"/>
        </w:rPr>
        <w:t>to ensure the</w:t>
      </w:r>
      <w:r w:rsidRPr="78C2ED44" w:rsidR="4E168153">
        <w:rPr>
          <w:sz w:val="24"/>
          <w:szCs w:val="24"/>
          <w:lang w:val="en-GB"/>
        </w:rPr>
        <w:t xml:space="preserve"> service fits in with the strategic aims and </w:t>
      </w:r>
      <w:r w:rsidRPr="78C2ED44" w:rsidR="4E168153">
        <w:rPr>
          <w:sz w:val="24"/>
          <w:szCs w:val="24"/>
          <w:lang w:val="en-GB"/>
        </w:rPr>
        <w:t>objectives</w:t>
      </w:r>
      <w:r w:rsidRPr="78C2ED44" w:rsidR="4E168153">
        <w:rPr>
          <w:sz w:val="24"/>
          <w:szCs w:val="24"/>
          <w:lang w:val="en-GB"/>
        </w:rPr>
        <w:t> of Age UK Salford &amp; Trafford. </w:t>
      </w:r>
    </w:p>
    <w:p w:rsidR="4C14339C" w:rsidP="4C14339C" w:rsidRDefault="4C14339C" w14:paraId="54F469FD" w14:textId="1364AA7D">
      <w:pPr>
        <w:rPr>
          <w:b/>
          <w:bCs/>
          <w:color w:val="0070C0"/>
          <w:lang w:val="en-GB"/>
        </w:rPr>
      </w:pPr>
    </w:p>
    <w:p w:rsidR="00DA0A7D" w:rsidP="4C14339C" w:rsidRDefault="00D52046" w14:paraId="7FB17D7C" w14:textId="77777777">
      <w:pPr>
        <w:ind w:left="720" w:firstLine="720"/>
        <w:rPr>
          <w:lang w:val="en-GB"/>
        </w:rPr>
      </w:pPr>
      <w:r w:rsidRPr="4C14339C">
        <w:rPr>
          <w:lang w:val="en-GB"/>
        </w:rPr>
        <w:t xml:space="preserve">      </w:t>
      </w:r>
    </w:p>
    <w:p w:rsidR="00DA0A7D" w:rsidP="4C14339C" w:rsidRDefault="00DA0A7D" w14:paraId="354EA39E" w14:textId="77777777">
      <w:pPr>
        <w:ind w:left="720" w:firstLine="720"/>
        <w:rPr>
          <w:lang w:val="en-GB"/>
        </w:rPr>
      </w:pPr>
    </w:p>
    <w:p w:rsidR="00DA0A7D" w:rsidP="4C14339C" w:rsidRDefault="00DA0A7D" w14:paraId="67D92E95" w14:textId="77777777">
      <w:pPr>
        <w:ind w:left="720" w:firstLine="720"/>
        <w:rPr>
          <w:lang w:val="en-GB"/>
        </w:rPr>
      </w:pPr>
    </w:p>
    <w:p w:rsidR="00DA0A7D" w:rsidP="4C14339C" w:rsidRDefault="00DA0A7D" w14:paraId="65612D63" w14:textId="77777777">
      <w:pPr>
        <w:ind w:left="720" w:firstLine="720"/>
        <w:rPr>
          <w:lang w:val="en-GB"/>
        </w:rPr>
      </w:pPr>
    </w:p>
    <w:p w:rsidR="00DA0A7D" w:rsidP="4C14339C" w:rsidRDefault="00DA0A7D" w14:paraId="0025FA0C" w14:textId="77777777">
      <w:pPr>
        <w:ind w:left="720" w:firstLine="720"/>
        <w:rPr>
          <w:lang w:val="en-GB"/>
        </w:rPr>
      </w:pPr>
    </w:p>
    <w:p w:rsidR="00DA0A7D" w:rsidP="4C14339C" w:rsidRDefault="00DA0A7D" w14:paraId="4446A990" w14:textId="77777777">
      <w:pPr>
        <w:ind w:left="720" w:firstLine="720"/>
        <w:rPr>
          <w:lang w:val="en-GB"/>
        </w:rPr>
      </w:pPr>
    </w:p>
    <w:p w:rsidR="00DA0A7D" w:rsidP="4C14339C" w:rsidRDefault="00DA0A7D" w14:paraId="6E4286B2" w14:textId="77777777">
      <w:pPr>
        <w:ind w:left="720" w:firstLine="720"/>
        <w:rPr>
          <w:lang w:val="en-GB"/>
        </w:rPr>
      </w:pPr>
    </w:p>
    <w:p w:rsidR="00DA0A7D" w:rsidP="4C14339C" w:rsidRDefault="00DA0A7D" w14:paraId="005AE119" w14:textId="77777777">
      <w:pPr>
        <w:ind w:left="720" w:firstLine="720"/>
        <w:rPr>
          <w:lang w:val="en-GB"/>
        </w:rPr>
      </w:pPr>
    </w:p>
    <w:p w:rsidR="00DA0A7D" w:rsidP="4C14339C" w:rsidRDefault="00DA0A7D" w14:paraId="2056E8ED" w14:textId="77777777">
      <w:pPr>
        <w:ind w:left="720" w:firstLine="720"/>
        <w:rPr>
          <w:lang w:val="en-GB"/>
        </w:rPr>
      </w:pPr>
    </w:p>
    <w:p w:rsidR="00DA0A7D" w:rsidP="4C14339C" w:rsidRDefault="00DA0A7D" w14:paraId="4B1847C5" w14:textId="77777777">
      <w:pPr>
        <w:ind w:left="720" w:firstLine="720"/>
        <w:rPr>
          <w:lang w:val="en-GB"/>
        </w:rPr>
      </w:pPr>
    </w:p>
    <w:p w:rsidRPr="00DE50B6" w:rsidR="00D52046" w:rsidP="00DE50B6" w:rsidRDefault="00D52046" w14:paraId="75E5787C" w14:textId="41328B56">
      <w:pPr>
        <w:rPr>
          <w:b/>
          <w:bCs/>
          <w:color w:val="0070C0"/>
          <w:lang w:val="en-GB"/>
        </w:rPr>
      </w:pPr>
      <w:r w:rsidRPr="00DE50B6">
        <w:rPr>
          <w:b/>
          <w:bCs/>
          <w:color w:val="0070C0"/>
          <w:lang w:val="en-GB"/>
        </w:rPr>
        <w:t>Principle Duties and Responsibilities:  </w:t>
      </w:r>
    </w:p>
    <w:p w:rsidR="00BF7B22" w:rsidP="00BF7B22" w:rsidRDefault="00F96F44" w14:paraId="744CAB27" w14:textId="77777777">
      <w:pPr>
        <w:pStyle w:val="ListParagraph"/>
        <w:numPr>
          <w:ilvl w:val="0"/>
          <w:numId w:val="12"/>
        </w:numPr>
        <w:rPr>
          <w:sz w:val="24"/>
          <w:szCs w:val="24"/>
        </w:rPr>
      </w:pPr>
      <w:r w:rsidRPr="00BF7B22">
        <w:rPr>
          <w:sz w:val="24"/>
          <w:szCs w:val="24"/>
        </w:rPr>
        <w:t>To undertak</w:t>
      </w:r>
      <w:r w:rsidRPr="00BF7B22" w:rsidR="00AF3D50">
        <w:rPr>
          <w:sz w:val="24"/>
          <w:szCs w:val="24"/>
        </w:rPr>
        <w:t>e</w:t>
      </w:r>
      <w:r w:rsidRPr="00BF7B22">
        <w:rPr>
          <w:sz w:val="24"/>
          <w:szCs w:val="24"/>
        </w:rPr>
        <w:t xml:space="preserve"> practical and routine tasks such as housework, laundry and ironing. </w:t>
      </w:r>
    </w:p>
    <w:p w:rsidR="00BD7CF0" w:rsidP="00BF7B22" w:rsidRDefault="00BF7B22" w14:paraId="0F299B06" w14:textId="77777777">
      <w:pPr>
        <w:pStyle w:val="ListParagraph"/>
        <w:numPr>
          <w:ilvl w:val="0"/>
          <w:numId w:val="12"/>
        </w:numPr>
        <w:rPr>
          <w:sz w:val="24"/>
          <w:szCs w:val="24"/>
        </w:rPr>
      </w:pPr>
      <w:r>
        <w:rPr>
          <w:sz w:val="24"/>
          <w:szCs w:val="24"/>
        </w:rPr>
        <w:t>To u</w:t>
      </w:r>
      <w:r w:rsidRPr="00BF7B22" w:rsidR="00F96F44">
        <w:rPr>
          <w:sz w:val="24"/>
          <w:szCs w:val="24"/>
        </w:rPr>
        <w:t>ndertake local shopping as required.</w:t>
      </w:r>
      <w:r w:rsidRPr="00BF7B22" w:rsidR="00644328">
        <w:rPr>
          <w:sz w:val="24"/>
          <w:szCs w:val="24"/>
        </w:rPr>
        <w:t xml:space="preserve"> </w:t>
      </w:r>
    </w:p>
    <w:p w:rsidR="00BD7CF0" w:rsidP="00BF7B22" w:rsidRDefault="00BD7CF0" w14:paraId="2CA02CAC" w14:textId="77777777">
      <w:pPr>
        <w:pStyle w:val="ListParagraph"/>
        <w:numPr>
          <w:ilvl w:val="0"/>
          <w:numId w:val="12"/>
        </w:numPr>
        <w:rPr>
          <w:sz w:val="24"/>
          <w:szCs w:val="24"/>
        </w:rPr>
      </w:pPr>
      <w:r>
        <w:rPr>
          <w:sz w:val="24"/>
          <w:szCs w:val="24"/>
        </w:rPr>
        <w:t>To p</w:t>
      </w:r>
      <w:r w:rsidRPr="00BF7B22" w:rsidR="00644328">
        <w:rPr>
          <w:sz w:val="24"/>
          <w:szCs w:val="24"/>
        </w:rPr>
        <w:t xml:space="preserve">rovide </w:t>
      </w:r>
      <w:r w:rsidRPr="00BF7B22" w:rsidR="00E8025C">
        <w:rPr>
          <w:sz w:val="24"/>
          <w:szCs w:val="24"/>
        </w:rPr>
        <w:t xml:space="preserve">companionship </w:t>
      </w:r>
      <w:r w:rsidRPr="00BF7B22" w:rsidR="006A550C">
        <w:rPr>
          <w:sz w:val="24"/>
          <w:szCs w:val="24"/>
        </w:rPr>
        <w:t xml:space="preserve">service to </w:t>
      </w:r>
      <w:r w:rsidRPr="00BF7B22" w:rsidR="00E16355">
        <w:rPr>
          <w:sz w:val="24"/>
          <w:szCs w:val="24"/>
        </w:rPr>
        <w:t>clients in their own home</w:t>
      </w:r>
      <w:r w:rsidRPr="00BF7B22" w:rsidR="001C5390">
        <w:rPr>
          <w:sz w:val="24"/>
          <w:szCs w:val="24"/>
        </w:rPr>
        <w:t xml:space="preserve">. </w:t>
      </w:r>
    </w:p>
    <w:p w:rsidR="00121B25" w:rsidP="002E5A17" w:rsidRDefault="00C02FFF" w14:paraId="7A11F146" w14:textId="4264356B">
      <w:pPr>
        <w:pStyle w:val="ListParagraph"/>
        <w:numPr>
          <w:ilvl w:val="0"/>
          <w:numId w:val="12"/>
        </w:numPr>
        <w:rPr>
          <w:sz w:val="24"/>
          <w:szCs w:val="24"/>
        </w:rPr>
      </w:pPr>
      <w:r w:rsidRPr="78C2ED44" w:rsidR="52E6F49E">
        <w:rPr>
          <w:sz w:val="24"/>
          <w:szCs w:val="24"/>
        </w:rPr>
        <w:t xml:space="preserve">The individual must be </w:t>
      </w:r>
      <w:r w:rsidRPr="78C2ED44" w:rsidR="0D1296D9">
        <w:rPr>
          <w:sz w:val="24"/>
          <w:szCs w:val="24"/>
        </w:rPr>
        <w:t xml:space="preserve">a car user and </w:t>
      </w:r>
      <w:r w:rsidRPr="78C2ED44" w:rsidR="52E6F49E">
        <w:rPr>
          <w:sz w:val="24"/>
          <w:szCs w:val="24"/>
        </w:rPr>
        <w:t xml:space="preserve">willing to </w:t>
      </w:r>
      <w:r w:rsidRPr="78C2ED44" w:rsidR="4EDEFC45">
        <w:rPr>
          <w:sz w:val="24"/>
          <w:szCs w:val="24"/>
        </w:rPr>
        <w:t xml:space="preserve">work independently </w:t>
      </w:r>
      <w:r w:rsidRPr="78C2ED44" w:rsidR="52E6F49E">
        <w:rPr>
          <w:sz w:val="24"/>
          <w:szCs w:val="24"/>
        </w:rPr>
        <w:t>with</w:t>
      </w:r>
      <w:r w:rsidRPr="78C2ED44" w:rsidR="4EDEFC45">
        <w:rPr>
          <w:sz w:val="24"/>
          <w:szCs w:val="24"/>
        </w:rPr>
        <w:t xml:space="preserve">in the community, </w:t>
      </w:r>
      <w:r w:rsidRPr="78C2ED44" w:rsidR="5B45D0FE">
        <w:rPr>
          <w:sz w:val="24"/>
          <w:szCs w:val="24"/>
        </w:rPr>
        <w:t>travelling between </w:t>
      </w:r>
      <w:r w:rsidRPr="78C2ED44" w:rsidR="5B45D0FE">
        <w:rPr>
          <w:sz w:val="24"/>
          <w:szCs w:val="24"/>
        </w:rPr>
        <w:t>clients</w:t>
      </w:r>
      <w:r w:rsidRPr="78C2ED44" w:rsidR="5B45D0FE">
        <w:rPr>
          <w:sz w:val="24"/>
          <w:szCs w:val="24"/>
        </w:rPr>
        <w:t xml:space="preserve"> homes</w:t>
      </w:r>
      <w:r w:rsidRPr="78C2ED44" w:rsidR="5B45D0FE">
        <w:rPr>
          <w:sz w:val="24"/>
          <w:szCs w:val="24"/>
        </w:rPr>
        <w:t xml:space="preserve"> </w:t>
      </w:r>
      <w:r w:rsidRPr="78C2ED44" w:rsidR="52E6F49E">
        <w:rPr>
          <w:sz w:val="24"/>
          <w:szCs w:val="24"/>
        </w:rPr>
        <w:t>around the Salford area.</w:t>
      </w:r>
    </w:p>
    <w:p w:rsidR="007D12A2" w:rsidP="002E5A17" w:rsidRDefault="00121B25" w14:paraId="19528D89" w14:textId="77777777">
      <w:pPr>
        <w:pStyle w:val="ListParagraph"/>
        <w:numPr>
          <w:ilvl w:val="0"/>
          <w:numId w:val="12"/>
        </w:numPr>
        <w:rPr>
          <w:sz w:val="24"/>
          <w:szCs w:val="24"/>
        </w:rPr>
      </w:pPr>
      <w:r>
        <w:rPr>
          <w:sz w:val="24"/>
          <w:szCs w:val="24"/>
        </w:rPr>
        <w:t>Be able to p</w:t>
      </w:r>
      <w:r w:rsidRPr="00C02FFF" w:rsidR="00F96F44">
        <w:rPr>
          <w:sz w:val="24"/>
          <w:szCs w:val="24"/>
        </w:rPr>
        <w:t>articipat</w:t>
      </w:r>
      <w:r>
        <w:rPr>
          <w:sz w:val="24"/>
          <w:szCs w:val="24"/>
        </w:rPr>
        <w:t>e</w:t>
      </w:r>
      <w:r w:rsidRPr="00C02FFF" w:rsidR="00F96F44">
        <w:rPr>
          <w:sz w:val="24"/>
          <w:szCs w:val="24"/>
        </w:rPr>
        <w:t xml:space="preserve"> in a flexible working </w:t>
      </w:r>
      <w:proofErr w:type="spellStart"/>
      <w:r w:rsidRPr="00C02FFF" w:rsidR="00F96F44">
        <w:rPr>
          <w:sz w:val="24"/>
          <w:szCs w:val="24"/>
        </w:rPr>
        <w:t>rota</w:t>
      </w:r>
      <w:proofErr w:type="spellEnd"/>
      <w:r w:rsidRPr="00C02FFF" w:rsidR="00F96F44">
        <w:rPr>
          <w:sz w:val="24"/>
          <w:szCs w:val="24"/>
        </w:rPr>
        <w:t> in accordance with </w:t>
      </w:r>
      <w:r w:rsidRPr="00C02FFF" w:rsidR="00413DF0">
        <w:rPr>
          <w:sz w:val="24"/>
          <w:szCs w:val="24"/>
        </w:rPr>
        <w:t>clients’</w:t>
      </w:r>
      <w:r w:rsidRPr="00C02FFF" w:rsidR="00F96F44">
        <w:rPr>
          <w:sz w:val="24"/>
          <w:szCs w:val="24"/>
        </w:rPr>
        <w:t xml:space="preserve"> demands</w:t>
      </w:r>
      <w:r>
        <w:rPr>
          <w:sz w:val="24"/>
          <w:szCs w:val="24"/>
        </w:rPr>
        <w:t xml:space="preserve"> and needs</w:t>
      </w:r>
      <w:r w:rsidR="007D12A2">
        <w:rPr>
          <w:sz w:val="24"/>
          <w:szCs w:val="24"/>
        </w:rPr>
        <w:t>, whilst en</w:t>
      </w:r>
      <w:r w:rsidRPr="00C02FFF" w:rsidR="001C0ED8">
        <w:rPr>
          <w:sz w:val="24"/>
          <w:szCs w:val="24"/>
        </w:rPr>
        <w:t xml:space="preserve">suring weekly and fortnightly </w:t>
      </w:r>
      <w:proofErr w:type="spellStart"/>
      <w:r w:rsidRPr="00C02FFF" w:rsidR="001C0ED8">
        <w:rPr>
          <w:sz w:val="24"/>
          <w:szCs w:val="24"/>
        </w:rPr>
        <w:t>rota</w:t>
      </w:r>
      <w:r w:rsidRPr="00C02FFF" w:rsidR="00413DF0">
        <w:rPr>
          <w:sz w:val="24"/>
          <w:szCs w:val="24"/>
        </w:rPr>
        <w:t>s</w:t>
      </w:r>
      <w:proofErr w:type="spellEnd"/>
      <w:r w:rsidRPr="00C02FFF" w:rsidR="001C0ED8">
        <w:rPr>
          <w:sz w:val="24"/>
          <w:szCs w:val="24"/>
        </w:rPr>
        <w:t xml:space="preserve"> are followed accurately</w:t>
      </w:r>
      <w:r w:rsidR="007D12A2">
        <w:rPr>
          <w:sz w:val="24"/>
          <w:szCs w:val="24"/>
        </w:rPr>
        <w:t>.</w:t>
      </w:r>
    </w:p>
    <w:p w:rsidRPr="00C02FFF" w:rsidR="002E5A17" w:rsidP="002E5A17" w:rsidRDefault="001B6C20" w14:paraId="640F71D1" w14:textId="49305CD7">
      <w:pPr>
        <w:pStyle w:val="ListParagraph"/>
        <w:numPr>
          <w:ilvl w:val="0"/>
          <w:numId w:val="12"/>
        </w:numPr>
        <w:rPr>
          <w:sz w:val="24"/>
          <w:szCs w:val="24"/>
        </w:rPr>
      </w:pPr>
      <w:r>
        <w:rPr>
          <w:sz w:val="24"/>
          <w:szCs w:val="24"/>
        </w:rPr>
        <w:t>Use your mobile phone to l</w:t>
      </w:r>
      <w:r w:rsidRPr="00C02FFF" w:rsidR="00924818">
        <w:rPr>
          <w:sz w:val="24"/>
          <w:szCs w:val="24"/>
        </w:rPr>
        <w:t xml:space="preserve">og </w:t>
      </w:r>
      <w:r w:rsidRPr="00C02FFF" w:rsidR="00924818">
        <w:rPr>
          <w:sz w:val="24"/>
          <w:szCs w:val="24"/>
        </w:rPr>
        <w:t xml:space="preserve">in and out of the </w:t>
      </w:r>
      <w:proofErr w:type="gramStart"/>
      <w:r w:rsidRPr="00C02FFF" w:rsidR="00924818">
        <w:rPr>
          <w:sz w:val="24"/>
          <w:szCs w:val="24"/>
        </w:rPr>
        <w:t>clients</w:t>
      </w:r>
      <w:proofErr w:type="gramEnd"/>
      <w:r w:rsidRPr="00C02FFF" w:rsidR="00924818">
        <w:rPr>
          <w:sz w:val="24"/>
          <w:szCs w:val="24"/>
        </w:rPr>
        <w:t xml:space="preserve"> </w:t>
      </w:r>
      <w:r w:rsidRPr="00C02FFF" w:rsidR="00924818">
        <w:rPr>
          <w:sz w:val="24"/>
          <w:szCs w:val="24"/>
        </w:rPr>
        <w:t>home on each visit using Age UK Salford &amp; Trafford’s Field Application</w:t>
      </w:r>
      <w:r>
        <w:rPr>
          <w:sz w:val="24"/>
          <w:szCs w:val="24"/>
        </w:rPr>
        <w:t>.</w:t>
      </w:r>
      <w:r w:rsidRPr="00C02FFF" w:rsidR="002E5A17">
        <w:rPr>
          <w:sz w:val="24"/>
          <w:szCs w:val="24"/>
        </w:rPr>
        <w:t xml:space="preserve"> </w:t>
      </w:r>
    </w:p>
    <w:p w:rsidR="00F5529C" w:rsidP="00F5529C" w:rsidRDefault="00422C5A" w14:paraId="662454A0" w14:textId="0A866F3D">
      <w:pPr>
        <w:pStyle w:val="ListParagraph"/>
        <w:numPr>
          <w:ilvl w:val="0"/>
          <w:numId w:val="12"/>
        </w:numPr>
        <w:rPr>
          <w:sz w:val="24"/>
          <w:szCs w:val="24"/>
        </w:rPr>
      </w:pPr>
      <w:r>
        <w:rPr>
          <w:sz w:val="24"/>
          <w:szCs w:val="24"/>
        </w:rPr>
        <w:t>E</w:t>
      </w:r>
      <w:r w:rsidRPr="00422C5A" w:rsidR="008B2150">
        <w:rPr>
          <w:sz w:val="24"/>
          <w:szCs w:val="24"/>
        </w:rPr>
        <w:t xml:space="preserve">nsure all duties undertaken are carried out in a professional manner and to the highest possible standard, </w:t>
      </w:r>
      <w:r w:rsidR="00F5529C">
        <w:rPr>
          <w:sz w:val="24"/>
          <w:szCs w:val="24"/>
        </w:rPr>
        <w:t>e</w:t>
      </w:r>
      <w:r w:rsidRPr="00BF7B22" w:rsidR="00F5529C">
        <w:rPr>
          <w:sz w:val="24"/>
          <w:szCs w:val="24"/>
        </w:rPr>
        <w:t>nsur</w:t>
      </w:r>
      <w:r w:rsidR="00F5529C">
        <w:rPr>
          <w:sz w:val="24"/>
          <w:szCs w:val="24"/>
        </w:rPr>
        <w:t>ing</w:t>
      </w:r>
      <w:r w:rsidRPr="00BF7B22" w:rsidR="00F5529C">
        <w:rPr>
          <w:sz w:val="24"/>
          <w:szCs w:val="24"/>
        </w:rPr>
        <w:t xml:space="preserve"> relevant risk assessments prior to commencement of practical duties are followed</w:t>
      </w:r>
      <w:r w:rsidR="006C705D">
        <w:rPr>
          <w:sz w:val="24"/>
          <w:szCs w:val="24"/>
        </w:rPr>
        <w:t xml:space="preserve"> in accordance with </w:t>
      </w:r>
      <w:r w:rsidRPr="00422C5A" w:rsidR="00F5529C">
        <w:rPr>
          <w:sz w:val="24"/>
          <w:szCs w:val="24"/>
        </w:rPr>
        <w:t>Age UK Salford &amp; Trafford’s policies and procedures</w:t>
      </w:r>
    </w:p>
    <w:p w:rsidR="00F4132F" w:rsidP="00422C5A" w:rsidRDefault="00F4132F" w14:paraId="2C593194" w14:textId="78EBEFED">
      <w:pPr>
        <w:pStyle w:val="ListParagraph"/>
        <w:numPr>
          <w:ilvl w:val="0"/>
          <w:numId w:val="12"/>
        </w:numPr>
        <w:rPr>
          <w:sz w:val="24"/>
          <w:szCs w:val="24"/>
        </w:rPr>
      </w:pPr>
      <w:r>
        <w:rPr>
          <w:sz w:val="24"/>
          <w:szCs w:val="24"/>
        </w:rPr>
        <w:t>R</w:t>
      </w:r>
      <w:r w:rsidRPr="00422C5A" w:rsidR="00C14DA1">
        <w:rPr>
          <w:sz w:val="24"/>
          <w:szCs w:val="24"/>
        </w:rPr>
        <w:t>espect</w:t>
      </w:r>
      <w:r>
        <w:rPr>
          <w:sz w:val="24"/>
          <w:szCs w:val="24"/>
        </w:rPr>
        <w:t xml:space="preserve"> </w:t>
      </w:r>
      <w:proofErr w:type="gramStart"/>
      <w:r>
        <w:rPr>
          <w:sz w:val="24"/>
          <w:szCs w:val="24"/>
        </w:rPr>
        <w:t>clients</w:t>
      </w:r>
      <w:proofErr w:type="gramEnd"/>
      <w:r w:rsidRPr="00422C5A" w:rsidR="00C14DA1">
        <w:rPr>
          <w:sz w:val="24"/>
          <w:szCs w:val="24"/>
        </w:rPr>
        <w:t> personal belongings and </w:t>
      </w:r>
      <w:proofErr w:type="gramStart"/>
      <w:r w:rsidRPr="00422C5A">
        <w:rPr>
          <w:sz w:val="24"/>
          <w:szCs w:val="24"/>
        </w:rPr>
        <w:t>maintain</w:t>
      </w:r>
      <w:r w:rsidRPr="00422C5A" w:rsidR="00C14DA1">
        <w:rPr>
          <w:sz w:val="24"/>
          <w:szCs w:val="24"/>
        </w:rPr>
        <w:t> confidentiality</w:t>
      </w:r>
      <w:r>
        <w:rPr>
          <w:sz w:val="24"/>
          <w:szCs w:val="24"/>
        </w:rPr>
        <w:t xml:space="preserve"> at all times</w:t>
      </w:r>
      <w:proofErr w:type="gramEnd"/>
      <w:r w:rsidRPr="00422C5A" w:rsidR="00C14DA1">
        <w:rPr>
          <w:sz w:val="24"/>
          <w:szCs w:val="24"/>
        </w:rPr>
        <w:t>.</w:t>
      </w:r>
      <w:r w:rsidRPr="00422C5A" w:rsidR="00B30606">
        <w:rPr>
          <w:sz w:val="24"/>
          <w:szCs w:val="24"/>
        </w:rPr>
        <w:t xml:space="preserve"> </w:t>
      </w:r>
    </w:p>
    <w:p w:rsidR="00B30606" w:rsidP="00422C5A" w:rsidRDefault="00B30606" w14:paraId="034A4E55" w14:textId="33F3D5AE">
      <w:pPr>
        <w:pStyle w:val="ListParagraph"/>
        <w:numPr>
          <w:ilvl w:val="0"/>
          <w:numId w:val="12"/>
        </w:numPr>
        <w:rPr>
          <w:sz w:val="24"/>
          <w:szCs w:val="24"/>
        </w:rPr>
      </w:pPr>
      <w:r w:rsidRPr="00422C5A">
        <w:rPr>
          <w:sz w:val="24"/>
          <w:szCs w:val="24"/>
        </w:rPr>
        <w:t xml:space="preserve">To become familiar with Age UK Salford &amp; Trafford's other services and to adhere to all the </w:t>
      </w:r>
      <w:proofErr w:type="spellStart"/>
      <w:r w:rsidRPr="00422C5A">
        <w:rPr>
          <w:sz w:val="24"/>
          <w:szCs w:val="24"/>
        </w:rPr>
        <w:t>organisational</w:t>
      </w:r>
      <w:proofErr w:type="spellEnd"/>
      <w:r w:rsidRPr="00422C5A">
        <w:rPr>
          <w:sz w:val="24"/>
          <w:szCs w:val="24"/>
        </w:rPr>
        <w:t xml:space="preserve"> procedures and codes of conduct including equal opportunities.</w:t>
      </w:r>
    </w:p>
    <w:p w:rsidR="00FB5B82" w:rsidP="00FB5B82" w:rsidRDefault="00370E8B" w14:paraId="5A4BA6D8" w14:textId="2E422D82">
      <w:pPr>
        <w:pStyle w:val="ListParagraph"/>
        <w:numPr>
          <w:ilvl w:val="0"/>
          <w:numId w:val="12"/>
        </w:numPr>
        <w:rPr>
          <w:sz w:val="24"/>
          <w:szCs w:val="24"/>
        </w:rPr>
      </w:pPr>
      <w:r w:rsidRPr="00370E8B">
        <w:rPr>
          <w:sz w:val="24"/>
          <w:szCs w:val="24"/>
        </w:rPr>
        <w:t>R</w:t>
      </w:r>
      <w:r w:rsidRPr="00370E8B" w:rsidR="00B4411B">
        <w:rPr>
          <w:sz w:val="24"/>
          <w:szCs w:val="24"/>
        </w:rPr>
        <w:t>eport any changes in service requirements which do not form part of the original contractual agreement</w:t>
      </w:r>
      <w:r w:rsidRPr="00370E8B" w:rsidR="00FB5B82">
        <w:rPr>
          <w:sz w:val="24"/>
          <w:szCs w:val="24"/>
        </w:rPr>
        <w:t xml:space="preserve"> to your line manager.</w:t>
      </w:r>
      <w:r w:rsidRPr="00370E8B" w:rsidR="00FB5B82">
        <w:rPr>
          <w:sz w:val="24"/>
          <w:szCs w:val="24"/>
        </w:rPr>
        <w:t xml:space="preserve"> </w:t>
      </w:r>
      <w:r w:rsidRPr="00370E8B" w:rsidR="007E28DE">
        <w:rPr>
          <w:sz w:val="24"/>
          <w:szCs w:val="24"/>
        </w:rPr>
        <w:t>A</w:t>
      </w:r>
      <w:r w:rsidRPr="00370E8B" w:rsidR="00FB5B82">
        <w:rPr>
          <w:sz w:val="24"/>
          <w:szCs w:val="24"/>
        </w:rPr>
        <w:t xml:space="preserve">ny changes in service </w:t>
      </w:r>
      <w:r w:rsidRPr="00370E8B" w:rsidR="005A2A5A">
        <w:rPr>
          <w:sz w:val="24"/>
          <w:szCs w:val="24"/>
        </w:rPr>
        <w:t xml:space="preserve">must only be </w:t>
      </w:r>
      <w:proofErr w:type="gramStart"/>
      <w:r w:rsidRPr="00370E8B" w:rsidR="00FB5B82">
        <w:rPr>
          <w:sz w:val="24"/>
          <w:szCs w:val="24"/>
        </w:rPr>
        <w:t>follow</w:t>
      </w:r>
      <w:r w:rsidRPr="00370E8B" w:rsidR="005A2A5A">
        <w:rPr>
          <w:sz w:val="24"/>
          <w:szCs w:val="24"/>
        </w:rPr>
        <w:t>ed after</w:t>
      </w:r>
      <w:proofErr w:type="gramEnd"/>
      <w:r w:rsidRPr="00370E8B" w:rsidR="005A2A5A">
        <w:rPr>
          <w:sz w:val="24"/>
          <w:szCs w:val="24"/>
        </w:rPr>
        <w:t xml:space="preserve"> </w:t>
      </w:r>
      <w:r w:rsidRPr="00370E8B" w:rsidR="00FB5B82">
        <w:rPr>
          <w:sz w:val="24"/>
          <w:szCs w:val="24"/>
        </w:rPr>
        <w:t xml:space="preserve">consultation and agreement from the </w:t>
      </w:r>
      <w:r w:rsidRPr="00370E8B" w:rsidR="005A2A5A">
        <w:rPr>
          <w:sz w:val="24"/>
          <w:szCs w:val="24"/>
        </w:rPr>
        <w:t>client</w:t>
      </w:r>
      <w:r w:rsidRPr="00370E8B" w:rsidR="00FB5B82">
        <w:rPr>
          <w:sz w:val="24"/>
          <w:szCs w:val="24"/>
        </w:rPr>
        <w:t> and your line manager. </w:t>
      </w:r>
    </w:p>
    <w:p w:rsidR="00295B05" w:rsidP="00D52046" w:rsidRDefault="00370E8B" w14:paraId="483B9519" w14:textId="31A89BE8">
      <w:pPr>
        <w:pStyle w:val="ListParagraph"/>
        <w:numPr>
          <w:ilvl w:val="0"/>
          <w:numId w:val="12"/>
        </w:numPr>
        <w:rPr>
          <w:sz w:val="24"/>
          <w:szCs w:val="24"/>
        </w:rPr>
      </w:pPr>
      <w:r w:rsidRPr="2DAFB8DB" w:rsidR="7D108641">
        <w:rPr>
          <w:sz w:val="24"/>
          <w:szCs w:val="24"/>
        </w:rPr>
        <w:t>W</w:t>
      </w:r>
      <w:r w:rsidRPr="2DAFB8DB" w:rsidR="4838C5BA">
        <w:rPr>
          <w:sz w:val="24"/>
          <w:szCs w:val="24"/>
        </w:rPr>
        <w:t>ork constructively and respectfully as part of the Home Services </w:t>
      </w:r>
      <w:r w:rsidRPr="2DAFB8DB" w:rsidR="4838C5BA">
        <w:rPr>
          <w:sz w:val="24"/>
          <w:szCs w:val="24"/>
        </w:rPr>
        <w:t>tea</w:t>
      </w:r>
      <w:r w:rsidRPr="2DAFB8DB" w:rsidR="4838C5BA">
        <w:rPr>
          <w:sz w:val="24"/>
          <w:szCs w:val="24"/>
        </w:rPr>
        <w:t>m</w:t>
      </w:r>
      <w:r w:rsidRPr="2DAFB8DB" w:rsidR="2752D1C1">
        <w:rPr>
          <w:sz w:val="24"/>
          <w:szCs w:val="24"/>
        </w:rPr>
        <w:t xml:space="preserve"> c</w:t>
      </w:r>
      <w:r w:rsidRPr="2DAFB8DB" w:rsidR="4838C5BA">
        <w:rPr>
          <w:sz w:val="24"/>
          <w:szCs w:val="24"/>
        </w:rPr>
        <w:t>ontributing to a positive work environment and supporting colleagues to deliver high</w:t>
      </w:r>
      <w:r w:rsidRPr="2DAFB8DB" w:rsidR="2018B077">
        <w:rPr>
          <w:sz w:val="24"/>
          <w:szCs w:val="24"/>
        </w:rPr>
        <w:t>-quality</w:t>
      </w:r>
      <w:r w:rsidRPr="2DAFB8DB" w:rsidR="4838C5BA">
        <w:rPr>
          <w:sz w:val="24"/>
          <w:szCs w:val="24"/>
        </w:rPr>
        <w:t xml:space="preserve"> services</w:t>
      </w:r>
      <w:r w:rsidRPr="2DAFB8DB" w:rsidR="11E28A77">
        <w:rPr>
          <w:sz w:val="24"/>
          <w:szCs w:val="24"/>
        </w:rPr>
        <w:t>.</w:t>
      </w:r>
    </w:p>
    <w:p w:rsidR="009F7BF5" w:rsidP="00D52046" w:rsidRDefault="00295B05" w14:paraId="66984CC3" w14:textId="3CC78651">
      <w:pPr>
        <w:pStyle w:val="ListParagraph"/>
        <w:numPr>
          <w:ilvl w:val="0"/>
          <w:numId w:val="12"/>
        </w:numPr>
        <w:rPr>
          <w:sz w:val="24"/>
          <w:szCs w:val="24"/>
        </w:rPr>
      </w:pPr>
      <w:r w:rsidRPr="2DAFB8DB" w:rsidR="5B5F501A">
        <w:rPr>
          <w:sz w:val="24"/>
          <w:szCs w:val="24"/>
        </w:rPr>
        <w:t>R</w:t>
      </w:r>
      <w:r w:rsidRPr="2DAFB8DB" w:rsidR="12B4E382">
        <w:rPr>
          <w:sz w:val="24"/>
          <w:szCs w:val="24"/>
        </w:rPr>
        <w:t>eceive and contribute to regular supervision from your Line Manager</w:t>
      </w:r>
      <w:r w:rsidRPr="2DAFB8DB" w:rsidR="2752D1C1">
        <w:rPr>
          <w:sz w:val="24"/>
          <w:szCs w:val="24"/>
        </w:rPr>
        <w:t xml:space="preserve"> and at</w:t>
      </w:r>
      <w:r w:rsidRPr="2DAFB8DB" w:rsidR="2752D1C1">
        <w:rPr>
          <w:sz w:val="24"/>
          <w:szCs w:val="24"/>
        </w:rPr>
        <w:t>tend mandatory training courses or any other training that is </w:t>
      </w:r>
      <w:r w:rsidRPr="2DAFB8DB" w:rsidR="6AA87558">
        <w:rPr>
          <w:sz w:val="24"/>
          <w:szCs w:val="24"/>
        </w:rPr>
        <w:t>deemed</w:t>
      </w:r>
      <w:r w:rsidRPr="2DAFB8DB" w:rsidR="2752D1C1">
        <w:rPr>
          <w:sz w:val="24"/>
          <w:szCs w:val="24"/>
        </w:rPr>
        <w:t xml:space="preserve"> necessary by the </w:t>
      </w:r>
      <w:r w:rsidRPr="2DAFB8DB" w:rsidR="7B3156EB">
        <w:rPr>
          <w:sz w:val="24"/>
          <w:szCs w:val="24"/>
        </w:rPr>
        <w:t>o</w:t>
      </w:r>
      <w:r w:rsidRPr="2DAFB8DB" w:rsidR="2752D1C1">
        <w:rPr>
          <w:sz w:val="24"/>
          <w:szCs w:val="24"/>
        </w:rPr>
        <w:t>rganisation</w:t>
      </w:r>
      <w:r w:rsidRPr="2DAFB8DB" w:rsidR="2752D1C1">
        <w:rPr>
          <w:sz w:val="24"/>
          <w:szCs w:val="24"/>
        </w:rPr>
        <w:t>. </w:t>
      </w:r>
    </w:p>
    <w:p w:rsidRPr="00DE50B6" w:rsidR="00740ED0" w:rsidP="00295B05" w:rsidRDefault="00295B05" w14:paraId="08F8043C" w14:textId="1022C297">
      <w:pPr>
        <w:pStyle w:val="ListParagraph"/>
        <w:numPr>
          <w:ilvl w:val="0"/>
          <w:numId w:val="12"/>
        </w:numPr>
        <w:rPr>
          <w:sz w:val="24"/>
          <w:szCs w:val="24"/>
          <w:lang w:val="en-GB"/>
        </w:rPr>
      </w:pPr>
      <w:r>
        <w:rPr>
          <w:sz w:val="24"/>
          <w:szCs w:val="24"/>
        </w:rPr>
        <w:t>P</w:t>
      </w:r>
      <w:r w:rsidRPr="00295B05" w:rsidR="00790E55">
        <w:rPr>
          <w:sz w:val="24"/>
          <w:szCs w:val="24"/>
        </w:rPr>
        <w:t>romote and generate public awareness of the service</w:t>
      </w:r>
      <w:r w:rsidRPr="00295B05" w:rsidR="00D66C50">
        <w:rPr>
          <w:sz w:val="24"/>
          <w:szCs w:val="24"/>
        </w:rPr>
        <w:t xml:space="preserve"> and c</w:t>
      </w:r>
      <w:r w:rsidRPr="00295B05" w:rsidR="00740ED0">
        <w:rPr>
          <w:sz w:val="24"/>
          <w:szCs w:val="24"/>
        </w:rPr>
        <w:t xml:space="preserve">arry out any other duties reasonably required by the </w:t>
      </w:r>
      <w:r w:rsidR="00DE50B6">
        <w:rPr>
          <w:sz w:val="24"/>
          <w:szCs w:val="24"/>
        </w:rPr>
        <w:t>organization</w:t>
      </w:r>
    </w:p>
    <w:p w:rsidR="00DE50B6" w:rsidP="00DE50B6" w:rsidRDefault="00DE50B6" w14:paraId="7C0551DD" w14:textId="77777777">
      <w:pPr>
        <w:rPr>
          <w:sz w:val="24"/>
          <w:szCs w:val="24"/>
          <w:lang w:val="en-GB"/>
        </w:rPr>
      </w:pPr>
    </w:p>
    <w:p w:rsidR="78C2ED44" w:rsidP="78C2ED44" w:rsidRDefault="78C2ED44" w14:paraId="28D770EF" w14:textId="4B10604E">
      <w:pPr>
        <w:rPr>
          <w:sz w:val="24"/>
          <w:szCs w:val="24"/>
          <w:lang w:val="en-GB"/>
        </w:rPr>
      </w:pPr>
    </w:p>
    <w:p w:rsidR="78C2ED44" w:rsidP="78C2ED44" w:rsidRDefault="78C2ED44" w14:paraId="5049C627" w14:textId="7CC3BFB9">
      <w:pPr>
        <w:rPr>
          <w:sz w:val="24"/>
          <w:szCs w:val="24"/>
          <w:lang w:val="en-GB"/>
        </w:rPr>
      </w:pPr>
    </w:p>
    <w:p w:rsidR="00DE50B6" w:rsidP="00DE50B6" w:rsidRDefault="00DE50B6" w14:paraId="58B3F6BC" w14:textId="77777777">
      <w:pPr>
        <w:rPr>
          <w:sz w:val="24"/>
          <w:szCs w:val="24"/>
          <w:lang w:val="en-GB"/>
        </w:rPr>
      </w:pPr>
    </w:p>
    <w:p w:rsidRPr="00DE50B6" w:rsidR="00DE50B6" w:rsidP="00DE50B6" w:rsidRDefault="00DE50B6" w14:paraId="4517138B" w14:textId="17979A6F">
      <w:pPr>
        <w:rPr>
          <w:sz w:val="24"/>
          <w:szCs w:val="24"/>
          <w:lang w:val="en-GB"/>
        </w:rPr>
      </w:pPr>
      <w:r w:rsidRPr="00DE50B6">
        <w:rPr>
          <w:b/>
          <w:bCs/>
          <w:color w:val="0070C0"/>
          <w:lang w:val="en-GB"/>
        </w:rPr>
        <w:t>P</w:t>
      </w:r>
      <w:r w:rsidR="00051428">
        <w:rPr>
          <w:b/>
          <w:bCs/>
          <w:color w:val="0070C0"/>
          <w:lang w:val="en-GB"/>
        </w:rPr>
        <w:t>erson Specification</w:t>
      </w:r>
      <w:r w:rsidRPr="00DE50B6">
        <w:rPr>
          <w:b/>
          <w:bCs/>
          <w:color w:val="0070C0"/>
          <w:lang w:val="en-GB"/>
        </w:rPr>
        <w:t>:  </w:t>
      </w:r>
    </w:p>
    <w:tbl>
      <w:tblPr>
        <w:tblW w:w="86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83"/>
        <w:gridCol w:w="1340"/>
        <w:gridCol w:w="1326"/>
        <w:gridCol w:w="1981"/>
      </w:tblGrid>
      <w:tr w:rsidRPr="00DE50B6" w:rsidR="00DE50B6" w:rsidTr="78C2ED44" w14:paraId="2656D4C0" w14:textId="77777777">
        <w:trPr>
          <w:trHeight w:val="720"/>
        </w:trPr>
        <w:tc>
          <w:tcPr>
            <w:tcW w:w="3983" w:type="dxa"/>
            <w:tcBorders>
              <w:top w:val="single" w:color="auto" w:sz="8" w:space="0"/>
              <w:left w:val="single" w:color="auto" w:sz="8" w:space="0"/>
              <w:bottom w:val="single" w:color="auto" w:sz="8" w:space="0"/>
              <w:right w:val="single" w:color="auto" w:sz="8" w:space="0"/>
            </w:tcBorders>
            <w:shd w:val="clear" w:color="auto" w:fill="DAE8F8"/>
            <w:tcMar/>
            <w:hideMark/>
          </w:tcPr>
          <w:p w:rsidRPr="00DE50B6" w:rsidR="00DE50B6" w:rsidP="00DE50B6" w:rsidRDefault="00DE50B6" w14:paraId="36EC37B8" w14:textId="77777777">
            <w:pPr>
              <w:numPr>
                <w:ilvl w:val="0"/>
                <w:numId w:val="13"/>
              </w:numPr>
              <w:rPr>
                <w:sz w:val="24"/>
                <w:szCs w:val="24"/>
                <w:lang w:val="en-GB"/>
              </w:rPr>
            </w:pPr>
            <w:r w:rsidRPr="00DE50B6">
              <w:rPr>
                <w:b/>
                <w:bCs/>
                <w:sz w:val="24"/>
                <w:szCs w:val="24"/>
              </w:rPr>
              <w:t>Criteria</w:t>
            </w:r>
            <w:r w:rsidRPr="00DE50B6">
              <w:rPr>
                <w:sz w:val="24"/>
                <w:szCs w:val="24"/>
                <w:lang w:val="en-GB"/>
              </w:rPr>
              <w:t> </w:t>
            </w:r>
          </w:p>
        </w:tc>
        <w:tc>
          <w:tcPr>
            <w:tcW w:w="1340" w:type="dxa"/>
            <w:tcBorders>
              <w:top w:val="single" w:color="auto" w:sz="8" w:space="0"/>
              <w:left w:val="nil"/>
              <w:bottom w:val="single" w:color="auto" w:sz="8" w:space="0"/>
              <w:right w:val="single" w:color="auto" w:sz="8" w:space="0"/>
            </w:tcBorders>
            <w:shd w:val="clear" w:color="auto" w:fill="DAE8F8"/>
            <w:tcMar/>
            <w:hideMark/>
          </w:tcPr>
          <w:p w:rsidRPr="00DE50B6" w:rsidR="00DE50B6" w:rsidP="00DE50B6" w:rsidRDefault="00DE50B6" w14:paraId="1F2265BD" w14:textId="77777777">
            <w:pPr>
              <w:rPr>
                <w:sz w:val="24"/>
                <w:szCs w:val="24"/>
                <w:lang w:val="en-GB"/>
              </w:rPr>
            </w:pPr>
            <w:r w:rsidRPr="00DE50B6">
              <w:rPr>
                <w:b/>
                <w:bCs/>
                <w:sz w:val="24"/>
                <w:szCs w:val="24"/>
              </w:rPr>
              <w:t>Essential</w:t>
            </w:r>
            <w:r w:rsidRPr="00DE50B6">
              <w:rPr>
                <w:sz w:val="24"/>
                <w:szCs w:val="24"/>
                <w:lang w:val="en-GB"/>
              </w:rPr>
              <w:t>  </w:t>
            </w:r>
          </w:p>
        </w:tc>
        <w:tc>
          <w:tcPr>
            <w:tcW w:w="1326" w:type="dxa"/>
            <w:tcBorders>
              <w:top w:val="single" w:color="auto" w:sz="8" w:space="0"/>
              <w:left w:val="nil"/>
              <w:bottom w:val="single" w:color="auto" w:sz="8" w:space="0"/>
              <w:right w:val="single" w:color="auto" w:sz="8" w:space="0"/>
            </w:tcBorders>
            <w:shd w:val="clear" w:color="auto" w:fill="DAE8F8"/>
            <w:tcMar/>
            <w:hideMark/>
          </w:tcPr>
          <w:p w:rsidRPr="00DE50B6" w:rsidR="00DE50B6" w:rsidP="00DE50B6" w:rsidRDefault="00DE50B6" w14:paraId="05A5B99D" w14:textId="77777777">
            <w:pPr>
              <w:rPr>
                <w:sz w:val="24"/>
                <w:szCs w:val="24"/>
                <w:lang w:val="en-GB"/>
              </w:rPr>
            </w:pPr>
            <w:r w:rsidRPr="00DE50B6">
              <w:rPr>
                <w:b/>
                <w:bCs/>
                <w:sz w:val="24"/>
                <w:szCs w:val="24"/>
              </w:rPr>
              <w:t>Desirable</w:t>
            </w:r>
            <w:r w:rsidRPr="00DE50B6">
              <w:rPr>
                <w:sz w:val="24"/>
                <w:szCs w:val="24"/>
                <w:lang w:val="en-GB"/>
              </w:rPr>
              <w:t>  </w:t>
            </w:r>
          </w:p>
        </w:tc>
        <w:tc>
          <w:tcPr>
            <w:tcW w:w="1981" w:type="dxa"/>
            <w:tcBorders>
              <w:top w:val="single" w:color="auto" w:sz="8" w:space="0"/>
              <w:left w:val="nil"/>
              <w:bottom w:val="single" w:color="auto" w:sz="8" w:space="0"/>
              <w:right w:val="single" w:color="auto" w:sz="8" w:space="0"/>
            </w:tcBorders>
            <w:shd w:val="clear" w:color="auto" w:fill="DAE8F8"/>
            <w:tcMar/>
            <w:hideMark/>
          </w:tcPr>
          <w:p w:rsidRPr="00DE50B6" w:rsidR="00DE50B6" w:rsidP="00DE50B6" w:rsidRDefault="00DE50B6" w14:paraId="41CE671F" w14:textId="77777777">
            <w:pPr>
              <w:rPr>
                <w:sz w:val="24"/>
                <w:szCs w:val="24"/>
                <w:lang w:val="en-GB"/>
              </w:rPr>
            </w:pPr>
            <w:r w:rsidRPr="00DE50B6">
              <w:rPr>
                <w:b/>
                <w:bCs/>
                <w:sz w:val="24"/>
                <w:szCs w:val="24"/>
              </w:rPr>
              <w:t>Assessment</w:t>
            </w:r>
            <w:r w:rsidRPr="00DE50B6">
              <w:rPr>
                <w:sz w:val="24"/>
                <w:szCs w:val="24"/>
                <w:lang w:val="en-GB"/>
              </w:rPr>
              <w:t>  </w:t>
            </w:r>
          </w:p>
        </w:tc>
      </w:tr>
      <w:tr w:rsidRPr="00DE50B6" w:rsidR="00DE50B6" w:rsidTr="78C2ED44" w14:paraId="4D9161D1"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6C2C7DF9" w14:textId="530AF16D">
            <w:pPr>
              <w:numPr>
                <w:ilvl w:val="0"/>
                <w:numId w:val="13"/>
              </w:numPr>
              <w:rPr>
                <w:sz w:val="24"/>
                <w:szCs w:val="24"/>
                <w:lang w:val="en-GB"/>
              </w:rPr>
            </w:pPr>
            <w:r w:rsidRPr="2DAFB8DB" w:rsidR="06CA4713">
              <w:rPr>
                <w:sz w:val="24"/>
                <w:szCs w:val="24"/>
              </w:rPr>
              <w:t xml:space="preserve">Ability to </w:t>
            </w:r>
            <w:r w:rsidRPr="2DAFB8DB" w:rsidR="06CA4713">
              <w:rPr>
                <w:sz w:val="24"/>
                <w:szCs w:val="24"/>
              </w:rPr>
              <w:t>demonstrate</w:t>
            </w:r>
            <w:r w:rsidRPr="2DAFB8DB" w:rsidR="06CA4713">
              <w:rPr>
                <w:sz w:val="24"/>
                <w:szCs w:val="24"/>
              </w:rPr>
              <w:t xml:space="preserve"> a minimum of 2 years </w:t>
            </w:r>
            <w:r w:rsidRPr="2DAFB8DB" w:rsidR="06CA4713">
              <w:rPr>
                <w:sz w:val="24"/>
                <w:szCs w:val="24"/>
              </w:rPr>
              <w:t>previous</w:t>
            </w:r>
            <w:r w:rsidRPr="2DAFB8DB" w:rsidR="06CA4713">
              <w:rPr>
                <w:sz w:val="24"/>
                <w:szCs w:val="24"/>
              </w:rPr>
              <w:t xml:space="preserve"> experience</w:t>
            </w:r>
            <w:r w:rsidRPr="2DAFB8DB" w:rsidR="6F99EA42">
              <w:rPr>
                <w:sz w:val="24"/>
                <w:szCs w:val="24"/>
              </w:rPr>
              <w:t xml:space="preserve"> </w:t>
            </w:r>
            <w:r w:rsidRPr="2DAFB8DB" w:rsidR="394F7A06">
              <w:rPr>
                <w:sz w:val="24"/>
                <w:szCs w:val="24"/>
              </w:rPr>
              <w:t xml:space="preserve">undertaking cleaning, </w:t>
            </w:r>
            <w:r w:rsidRPr="2DAFB8DB" w:rsidR="394F7A06">
              <w:rPr>
                <w:sz w:val="24"/>
                <w:szCs w:val="24"/>
              </w:rPr>
              <w:t>shopping</w:t>
            </w:r>
            <w:r w:rsidRPr="2DAFB8DB" w:rsidR="394F7A06">
              <w:rPr>
                <w:sz w:val="24"/>
                <w:szCs w:val="24"/>
              </w:rPr>
              <w:t xml:space="preserve"> </w:t>
            </w:r>
            <w:r w:rsidRPr="2DAFB8DB" w:rsidR="42C0AC71">
              <w:rPr>
                <w:sz w:val="24"/>
                <w:szCs w:val="24"/>
              </w:rPr>
              <w:t>and companionship duties outside of your home environment</w:t>
            </w:r>
            <w:r w:rsidRPr="2DAFB8DB" w:rsidR="3129B434">
              <w:rPr>
                <w:sz w:val="24"/>
                <w:szCs w:val="24"/>
              </w:rPr>
              <w:t xml:space="preserve"> or as a commercial undertaking</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01E9AA74" w14:textId="77777777">
            <w:pPr>
              <w:rPr>
                <w:sz w:val="24"/>
                <w:szCs w:val="24"/>
                <w:lang w:val="en-GB"/>
              </w:rPr>
            </w:pPr>
            <w:r w:rsidRPr="00DE50B6">
              <w:rPr>
                <w:rFonts w:ascii="Segoe UI Emoji" w:hAnsi="Segoe UI Emoji" w:cs="Segoe UI Emoji"/>
                <w:sz w:val="24"/>
                <w:szCs w:val="24"/>
              </w:rPr>
              <w:t>✔️</w:t>
            </w:r>
            <w:r w:rsidRPr="00DE50B6">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7C3CD451"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44AA1FC3" w14:textId="77777777">
            <w:pPr>
              <w:rPr>
                <w:sz w:val="24"/>
                <w:szCs w:val="24"/>
                <w:lang w:val="en-GB"/>
              </w:rPr>
            </w:pPr>
            <w:r w:rsidRPr="00DE50B6">
              <w:rPr>
                <w:sz w:val="24"/>
                <w:szCs w:val="24"/>
              </w:rPr>
              <w:t>Application Form</w:t>
            </w:r>
            <w:r w:rsidRPr="00DE50B6">
              <w:rPr>
                <w:sz w:val="24"/>
                <w:szCs w:val="24"/>
                <w:lang w:val="en-GB"/>
              </w:rPr>
              <w:t>  </w:t>
            </w:r>
          </w:p>
        </w:tc>
      </w:tr>
      <w:tr w:rsidRPr="00DE50B6" w:rsidR="00DE50B6" w:rsidTr="78C2ED44" w14:paraId="22CE65F0"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4724E1" w14:paraId="5D6270EE" w14:textId="728AFB2B">
            <w:pPr>
              <w:numPr>
                <w:ilvl w:val="0"/>
                <w:numId w:val="13"/>
              </w:numPr>
              <w:rPr>
                <w:sz w:val="24"/>
                <w:szCs w:val="24"/>
                <w:lang w:val="en-GB"/>
              </w:rPr>
            </w:pPr>
            <w:r>
              <w:rPr>
                <w:sz w:val="24"/>
                <w:szCs w:val="24"/>
              </w:rPr>
              <w:t>Experience working within the local community preferably with older people</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24934AC8" w14:textId="77777777">
            <w:pPr>
              <w:rPr>
                <w:sz w:val="24"/>
                <w:szCs w:val="24"/>
                <w:lang w:val="en-GB"/>
              </w:rPr>
            </w:pPr>
            <w:r w:rsidRPr="00DE50B6">
              <w:rPr>
                <w:rFonts w:ascii="Segoe UI Emoji" w:hAnsi="Segoe UI Emoji" w:cs="Segoe UI Emoji"/>
                <w:sz w:val="24"/>
                <w:szCs w:val="24"/>
              </w:rPr>
              <w:t>✔️</w:t>
            </w:r>
            <w:r w:rsidRPr="00DE50B6">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41A898D9"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7BFC8D87" w14:textId="77777777">
            <w:pPr>
              <w:rPr>
                <w:sz w:val="24"/>
                <w:szCs w:val="24"/>
                <w:lang w:val="en-GB"/>
              </w:rPr>
            </w:pPr>
            <w:r w:rsidRPr="00DE50B6">
              <w:rPr>
                <w:sz w:val="24"/>
                <w:szCs w:val="24"/>
              </w:rPr>
              <w:t>Application Form / Interview</w:t>
            </w:r>
            <w:r w:rsidRPr="00DE50B6">
              <w:rPr>
                <w:sz w:val="24"/>
                <w:szCs w:val="24"/>
                <w:lang w:val="en-GB"/>
              </w:rPr>
              <w:t>  </w:t>
            </w:r>
          </w:p>
        </w:tc>
      </w:tr>
      <w:tr w:rsidRPr="00DE50B6" w:rsidR="00DE50B6" w:rsidTr="78C2ED44" w14:paraId="14AF34E6"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95038" w14:paraId="63295F42" w14:textId="388389F7">
            <w:pPr>
              <w:numPr>
                <w:ilvl w:val="0"/>
                <w:numId w:val="13"/>
              </w:numPr>
              <w:rPr>
                <w:sz w:val="24"/>
                <w:szCs w:val="24"/>
                <w:lang w:val="en-GB"/>
              </w:rPr>
            </w:pPr>
            <w:r w:rsidRPr="2DAFB8DB" w:rsidR="58DE807D">
              <w:rPr>
                <w:sz w:val="24"/>
                <w:szCs w:val="24"/>
              </w:rPr>
              <w:t>Friendly, enthusiastic, and approachable.  The role requires good verbal communication skills to liaise effectively with clients</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45385439" w14:textId="77777777">
            <w:pPr>
              <w:rPr>
                <w:sz w:val="24"/>
                <w:szCs w:val="24"/>
                <w:lang w:val="en-GB"/>
              </w:rPr>
            </w:pPr>
            <w:r w:rsidRPr="00DE50B6">
              <w:rPr>
                <w:rFonts w:ascii="Segoe UI Emoji" w:hAnsi="Segoe UI Emoji" w:cs="Segoe UI Emoji"/>
                <w:sz w:val="24"/>
                <w:szCs w:val="24"/>
              </w:rPr>
              <w:t>✔️</w:t>
            </w:r>
            <w:r w:rsidRPr="00DE50B6">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1D03E21B"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C67EA6" w14:paraId="3161EC33" w14:textId="3389C4C0">
            <w:pPr>
              <w:rPr>
                <w:sz w:val="24"/>
                <w:szCs w:val="24"/>
                <w:lang w:val="en-GB"/>
              </w:rPr>
            </w:pPr>
            <w:r>
              <w:rPr>
                <w:sz w:val="24"/>
                <w:szCs w:val="24"/>
              </w:rPr>
              <w:t xml:space="preserve">Application form </w:t>
            </w:r>
            <w:r w:rsidRPr="00DE50B6" w:rsidR="00DE50B6">
              <w:rPr>
                <w:sz w:val="24"/>
                <w:szCs w:val="24"/>
                <w:lang w:val="en-GB"/>
              </w:rPr>
              <w:t>  </w:t>
            </w:r>
          </w:p>
        </w:tc>
      </w:tr>
      <w:tr w:rsidRPr="00DE50B6" w:rsidR="00DE50B6" w:rsidTr="78C2ED44" w14:paraId="172CF1DC"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4E5189" w14:paraId="208D2343" w14:textId="2C178A7E">
            <w:pPr>
              <w:numPr>
                <w:ilvl w:val="0"/>
                <w:numId w:val="13"/>
              </w:numPr>
              <w:rPr>
                <w:sz w:val="24"/>
                <w:szCs w:val="24"/>
                <w:lang w:val="en-GB"/>
              </w:rPr>
            </w:pPr>
            <w:r w:rsidRPr="2DAFB8DB" w:rsidR="59C97CC9">
              <w:rPr>
                <w:sz w:val="24"/>
                <w:szCs w:val="24"/>
              </w:rPr>
              <w:t xml:space="preserve">A flexible approach towards working hours and the ability </w:t>
            </w:r>
            <w:r w:rsidRPr="2DAFB8DB" w:rsidR="35B83FA6">
              <w:rPr>
                <w:sz w:val="24"/>
                <w:szCs w:val="24"/>
              </w:rPr>
              <w:t xml:space="preserve">to work </w:t>
            </w:r>
            <w:r w:rsidRPr="2DAFB8DB" w:rsidR="5B01C55A">
              <w:rPr>
                <w:sz w:val="24"/>
                <w:szCs w:val="24"/>
              </w:rPr>
              <w:t>to</w:t>
            </w:r>
            <w:r w:rsidRPr="2DAFB8DB" w:rsidR="35B83FA6">
              <w:rPr>
                <w:sz w:val="24"/>
                <w:szCs w:val="24"/>
              </w:rPr>
              <w:t xml:space="preserve"> </w:t>
            </w:r>
            <w:r w:rsidRPr="2DAFB8DB" w:rsidR="35B83FA6">
              <w:rPr>
                <w:sz w:val="24"/>
                <w:szCs w:val="24"/>
              </w:rPr>
              <w:t xml:space="preserve">a </w:t>
            </w:r>
            <w:r w:rsidRPr="2DAFB8DB" w:rsidR="35B83FA6">
              <w:rPr>
                <w:sz w:val="24"/>
                <w:szCs w:val="24"/>
              </w:rPr>
              <w:t>rota</w:t>
            </w:r>
            <w:r w:rsidRPr="2DAFB8DB" w:rsidR="35B83FA6">
              <w:rPr>
                <w:sz w:val="24"/>
                <w:szCs w:val="24"/>
              </w:rPr>
              <w:t xml:space="preserve"> system</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618E94A9" w14:textId="77777777">
            <w:pPr>
              <w:rPr>
                <w:sz w:val="24"/>
                <w:szCs w:val="24"/>
                <w:lang w:val="en-GB"/>
              </w:rPr>
            </w:pPr>
            <w:r w:rsidRPr="00DE50B6">
              <w:rPr>
                <w:rFonts w:ascii="Segoe UI Emoji" w:hAnsi="Segoe UI Emoji" w:cs="Segoe UI Emoji"/>
                <w:sz w:val="24"/>
                <w:szCs w:val="24"/>
              </w:rPr>
              <w:t>✔️</w:t>
            </w:r>
            <w:r w:rsidRPr="00DE50B6">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35E9F0A3"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6AC15D80" w14:textId="77777777">
            <w:pPr>
              <w:rPr>
                <w:sz w:val="24"/>
                <w:szCs w:val="24"/>
                <w:lang w:val="en-GB"/>
              </w:rPr>
            </w:pPr>
            <w:r w:rsidRPr="00DE50B6">
              <w:rPr>
                <w:sz w:val="24"/>
                <w:szCs w:val="24"/>
              </w:rPr>
              <w:t>Application Form / Interview</w:t>
            </w:r>
            <w:r w:rsidRPr="00DE50B6">
              <w:rPr>
                <w:sz w:val="24"/>
                <w:szCs w:val="24"/>
                <w:lang w:val="en-GB"/>
              </w:rPr>
              <w:t>  </w:t>
            </w:r>
          </w:p>
        </w:tc>
      </w:tr>
      <w:tr w:rsidRPr="00DE50B6" w:rsidR="00DE50B6" w:rsidTr="78C2ED44" w14:paraId="591AD3AF"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32475027" w14:textId="092F761B">
            <w:pPr>
              <w:numPr>
                <w:ilvl w:val="0"/>
                <w:numId w:val="13"/>
              </w:numPr>
              <w:rPr>
                <w:sz w:val="24"/>
                <w:szCs w:val="24"/>
                <w:lang w:val="en-GB"/>
              </w:rPr>
            </w:pPr>
            <w:r w:rsidRPr="2DAFB8DB" w:rsidR="33EBE567">
              <w:rPr>
                <w:sz w:val="24"/>
                <w:szCs w:val="24"/>
                <w:lang w:val="en-GB"/>
              </w:rPr>
              <w:t xml:space="preserve">A willingness to log in and out of </w:t>
            </w:r>
            <w:r w:rsidRPr="2DAFB8DB" w:rsidR="33EBE567">
              <w:rPr>
                <w:sz w:val="24"/>
                <w:szCs w:val="24"/>
                <w:lang w:val="en-GB"/>
              </w:rPr>
              <w:t>clients</w:t>
            </w:r>
            <w:r w:rsidRPr="2DAFB8DB" w:rsidR="33EBE567">
              <w:rPr>
                <w:sz w:val="24"/>
                <w:szCs w:val="24"/>
                <w:lang w:val="en-GB"/>
              </w:rPr>
              <w:t xml:space="preserve"> homes using the Age UK Salford and Trafford Field Service application on your mobile phone</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74DAA9BA" w14:textId="77777777">
            <w:pPr>
              <w:rPr>
                <w:sz w:val="24"/>
                <w:szCs w:val="24"/>
                <w:lang w:val="en-GB"/>
              </w:rPr>
            </w:pPr>
            <w:r w:rsidRPr="00DE50B6">
              <w:rPr>
                <w:rFonts w:ascii="Segoe UI Emoji" w:hAnsi="Segoe UI Emoji" w:cs="Segoe UI Emoji"/>
                <w:sz w:val="24"/>
                <w:szCs w:val="24"/>
              </w:rPr>
              <w:t>✔️</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03AE424E"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4F325605" w14:textId="77777777">
            <w:pPr>
              <w:rPr>
                <w:sz w:val="24"/>
                <w:szCs w:val="24"/>
                <w:lang w:val="en-GB"/>
              </w:rPr>
            </w:pPr>
            <w:r w:rsidRPr="00DE50B6">
              <w:rPr>
                <w:sz w:val="24"/>
                <w:szCs w:val="24"/>
              </w:rPr>
              <w:t>Application Form/ Interview</w:t>
            </w:r>
            <w:r w:rsidRPr="00DE50B6">
              <w:rPr>
                <w:sz w:val="24"/>
                <w:szCs w:val="24"/>
                <w:lang w:val="en-GB"/>
              </w:rPr>
              <w:t>  </w:t>
            </w:r>
          </w:p>
        </w:tc>
      </w:tr>
      <w:tr w:rsidRPr="00DE50B6" w:rsidR="00DE50B6" w:rsidTr="78C2ED44" w14:paraId="0BF0193B"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2DAFB8DB" w:rsidRDefault="00DE50B6" w14:paraId="7537C08E" w14:textId="3DCF4746">
            <w:pPr>
              <w:pStyle w:val="ListParagraph"/>
              <w:numPr>
                <w:ilvl w:val="0"/>
                <w:numId w:val="15"/>
              </w:numPr>
              <w:rPr>
                <w:sz w:val="24"/>
                <w:szCs w:val="24"/>
                <w:lang w:val="en-GB"/>
              </w:rPr>
            </w:pPr>
            <w:r w:rsidRPr="2DAFB8DB" w:rsidR="0013EFFF">
              <w:rPr>
                <w:sz w:val="24"/>
                <w:szCs w:val="24"/>
              </w:rPr>
              <w:t xml:space="preserve">Basic literacy and numeracy skills are </w:t>
            </w:r>
            <w:r w:rsidRPr="2DAFB8DB" w:rsidR="0013EFFF">
              <w:rPr>
                <w:sz w:val="24"/>
                <w:szCs w:val="24"/>
              </w:rPr>
              <w:t>essential</w:t>
            </w:r>
            <w:r w:rsidRPr="2DAFB8DB" w:rsidR="0013EFFF">
              <w:rPr>
                <w:sz w:val="24"/>
                <w:szCs w:val="24"/>
              </w:rPr>
              <w:t xml:space="preserve"> for the wide range of duties involved</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76E2FB92" w14:textId="77777777">
            <w:pPr>
              <w:rPr>
                <w:sz w:val="24"/>
                <w:szCs w:val="24"/>
                <w:lang w:val="en-GB"/>
              </w:rPr>
            </w:pPr>
            <w:r w:rsidRPr="00DE50B6">
              <w:rPr>
                <w:sz w:val="24"/>
                <w:szCs w:val="24"/>
                <w:lang w:val="en-GB"/>
              </w:rPr>
              <w:t> </w:t>
            </w:r>
            <w:r w:rsidRPr="00DE50B6">
              <w:rPr>
                <w:rFonts w:ascii="Segoe UI Emoji" w:hAnsi="Segoe UI Emoji" w:cs="Segoe UI Emoji"/>
                <w:sz w:val="24"/>
                <w:szCs w:val="24"/>
              </w:rPr>
              <w:t>✔️</w:t>
            </w:r>
            <w:r w:rsidRPr="00DE50B6">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7CDA1722" w14:textId="77777777">
            <w:pPr>
              <w:rPr>
                <w:sz w:val="24"/>
                <w:szCs w:val="24"/>
                <w:lang w:val="en-GB"/>
              </w:rPr>
            </w:pPr>
            <w:r w:rsidRPr="00DE50B6">
              <w:rPr>
                <w:sz w:val="24"/>
                <w:szCs w:val="24"/>
                <w:lang w:val="en-GB"/>
              </w:rPr>
              <w:t> </w:t>
            </w:r>
          </w:p>
          <w:p w:rsidRPr="00DE50B6" w:rsidR="00DE50B6" w:rsidP="00DE50B6" w:rsidRDefault="00DE50B6" w14:paraId="55B6605F"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509C0170" w14:textId="2F416B1D">
            <w:pPr/>
            <w:r w:rsidRPr="6A35D769" w:rsidR="0D2BDF03">
              <w:rPr>
                <w:sz w:val="24"/>
                <w:szCs w:val="24"/>
              </w:rPr>
              <w:t>Application form/Interview</w:t>
            </w:r>
          </w:p>
        </w:tc>
      </w:tr>
      <w:tr w:rsidRPr="00DE50B6" w:rsidR="00DE50B6" w:rsidTr="78C2ED44" w14:paraId="1FFB2DD8"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2658F0E7" w14:textId="53589628">
            <w:pPr>
              <w:numPr>
                <w:ilvl w:val="0"/>
                <w:numId w:val="13"/>
              </w:numPr>
              <w:rPr>
                <w:sz w:val="24"/>
                <w:szCs w:val="24"/>
                <w:lang w:val="en-GB"/>
              </w:rPr>
            </w:pPr>
            <w:r w:rsidRPr="2DAFB8DB" w:rsidR="5B15A74F">
              <w:rPr>
                <w:sz w:val="24"/>
                <w:szCs w:val="24"/>
              </w:rPr>
              <w:t>Commitment to working efficiently to meet high standards and within a timely manner</w:t>
            </w:r>
          </w:p>
          <w:p w:rsidRPr="00DE50B6" w:rsidR="00DE50B6" w:rsidP="2DAFB8DB" w:rsidRDefault="00DE50B6" w14:paraId="1504A35C" w14:textId="3F786230">
            <w:pPr>
              <w:rPr>
                <w:sz w:val="24"/>
                <w:szCs w:val="24"/>
                <w:lang w:val="en-GB"/>
              </w:rPr>
            </w:pPr>
          </w:p>
        </w:tc>
        <w:tc>
          <w:tcPr>
            <w:tcW w:w="1340" w:type="dxa"/>
            <w:tcBorders>
              <w:top w:val="nil"/>
              <w:left w:val="nil"/>
              <w:bottom w:val="single" w:color="auto" w:sz="8" w:space="0"/>
              <w:right w:val="single" w:color="auto" w:sz="8" w:space="0"/>
            </w:tcBorders>
            <w:tcMar/>
            <w:hideMark/>
          </w:tcPr>
          <w:p w:rsidRPr="00DE50B6" w:rsidR="00DE50B6" w:rsidP="00DE50B6" w:rsidRDefault="00DE50B6" w14:paraId="6DFBB95D" w14:textId="77777777">
            <w:pPr>
              <w:rPr>
                <w:sz w:val="24"/>
                <w:szCs w:val="24"/>
                <w:lang w:val="en-GB"/>
              </w:rPr>
            </w:pPr>
            <w:r w:rsidRPr="00DE50B6">
              <w:rPr>
                <w:rFonts w:ascii="Segoe UI Emoji" w:hAnsi="Segoe UI Emoji" w:cs="Segoe UI Emoji"/>
                <w:sz w:val="24"/>
                <w:szCs w:val="24"/>
              </w:rPr>
              <w:t>✔️</w:t>
            </w:r>
            <w:r w:rsidRPr="00DE50B6">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6D0326C9"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2CF3CC8E" w14:textId="77777777">
            <w:pPr>
              <w:rPr>
                <w:sz w:val="24"/>
                <w:szCs w:val="24"/>
                <w:lang w:val="en-GB"/>
              </w:rPr>
            </w:pPr>
            <w:r w:rsidRPr="00DE50B6">
              <w:rPr>
                <w:sz w:val="24"/>
                <w:szCs w:val="24"/>
              </w:rPr>
              <w:t>Application Form/Interview </w:t>
            </w:r>
            <w:r w:rsidRPr="00DE50B6">
              <w:rPr>
                <w:sz w:val="24"/>
                <w:szCs w:val="24"/>
                <w:lang w:val="en-GB"/>
              </w:rPr>
              <w:t>  </w:t>
            </w:r>
          </w:p>
        </w:tc>
      </w:tr>
      <w:tr w:rsidRPr="00DE50B6" w:rsidR="00DE50B6" w:rsidTr="78C2ED44" w14:paraId="24C88898"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2DAFB8DB" w:rsidRDefault="00F20258" w14:paraId="021A6B2C" w14:textId="5D379320">
            <w:pPr>
              <w:pStyle w:val="ListParagraph"/>
              <w:numPr>
                <w:ilvl w:val="0"/>
                <w:numId w:val="16"/>
              </w:numPr>
              <w:rPr>
                <w:sz w:val="24"/>
                <w:szCs w:val="24"/>
                <w:lang w:val="en-GB"/>
              </w:rPr>
            </w:pPr>
            <w:r w:rsidRPr="2DAFB8DB" w:rsidR="684BA87A">
              <w:rPr>
                <w:sz w:val="24"/>
                <w:szCs w:val="24"/>
              </w:rPr>
              <w:t xml:space="preserve">A </w:t>
            </w:r>
            <w:r w:rsidRPr="2DAFB8DB" w:rsidR="684BA87A">
              <w:rPr>
                <w:sz w:val="24"/>
                <w:szCs w:val="24"/>
              </w:rPr>
              <w:t>significant number</w:t>
            </w:r>
            <w:r w:rsidRPr="2DAFB8DB" w:rsidR="684BA87A">
              <w:rPr>
                <w:sz w:val="24"/>
                <w:szCs w:val="24"/>
              </w:rPr>
              <w:t xml:space="preserve"> of duties involve physical and manual work</w:t>
            </w:r>
            <w:r w:rsidRPr="2DAFB8DB" w:rsidR="684BA87A">
              <w:rPr>
                <w:sz w:val="24"/>
                <w:szCs w:val="24"/>
              </w:rPr>
              <w:t xml:space="preserve">. Applicants should be able to </w:t>
            </w:r>
            <w:r w:rsidRPr="2DAFB8DB" w:rsidR="684BA87A">
              <w:rPr>
                <w:sz w:val="24"/>
                <w:szCs w:val="24"/>
              </w:rPr>
              <w:t>demonstrate</w:t>
            </w:r>
            <w:r w:rsidRPr="2DAFB8DB" w:rsidR="684BA87A">
              <w:rPr>
                <w:sz w:val="24"/>
                <w:szCs w:val="24"/>
              </w:rPr>
              <w:t xml:space="preserve"> their ability to perform these duties</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4A8E3733" w14:textId="77777777">
            <w:pPr>
              <w:rPr>
                <w:sz w:val="24"/>
                <w:szCs w:val="24"/>
                <w:lang w:val="en-GB"/>
              </w:rPr>
            </w:pPr>
            <w:r w:rsidRPr="00DE50B6">
              <w:rPr>
                <w:sz w:val="24"/>
                <w:szCs w:val="24"/>
                <w:lang w:val="en-GB"/>
              </w:rPr>
              <w:t> </w:t>
            </w:r>
            <w:r w:rsidRPr="00DE50B6">
              <w:rPr>
                <w:rFonts w:ascii="Segoe UI Emoji" w:hAnsi="Segoe UI Emoji" w:cs="Segoe UI Emoji"/>
                <w:sz w:val="24"/>
                <w:szCs w:val="24"/>
              </w:rPr>
              <w:t>✔️</w:t>
            </w:r>
            <w:r w:rsidRPr="00DE50B6">
              <w:rPr>
                <w:sz w:val="24"/>
                <w:szCs w:val="24"/>
                <w:lang w:val="en-GB"/>
              </w:rPr>
              <w:t>  </w:t>
            </w:r>
          </w:p>
          <w:p w:rsidRPr="00DE50B6" w:rsidR="00DE50B6" w:rsidP="00DE50B6" w:rsidRDefault="00DE50B6" w14:paraId="4CE86C8E" w14:textId="77777777">
            <w:pPr>
              <w:rPr>
                <w:sz w:val="24"/>
                <w:szCs w:val="24"/>
                <w:lang w:val="en-GB"/>
              </w:rPr>
            </w:pPr>
            <w:r w:rsidRPr="00DE50B6">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0B9969F1"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1781FAAD" w14:textId="77777777">
            <w:pPr>
              <w:rPr>
                <w:sz w:val="24"/>
                <w:szCs w:val="24"/>
                <w:lang w:val="en-GB"/>
              </w:rPr>
            </w:pPr>
            <w:r w:rsidRPr="00DE50B6">
              <w:rPr>
                <w:sz w:val="24"/>
                <w:szCs w:val="24"/>
              </w:rPr>
              <w:t>Application Form/Interview</w:t>
            </w:r>
            <w:r w:rsidRPr="00DE50B6">
              <w:rPr>
                <w:sz w:val="24"/>
                <w:szCs w:val="24"/>
                <w:lang w:val="en-GB"/>
              </w:rPr>
              <w:t>  </w:t>
            </w:r>
          </w:p>
          <w:p w:rsidRPr="00DE50B6" w:rsidR="00DE50B6" w:rsidP="00DE50B6" w:rsidRDefault="00DE50B6" w14:paraId="707A7432" w14:textId="77777777">
            <w:pPr>
              <w:rPr>
                <w:sz w:val="24"/>
                <w:szCs w:val="24"/>
                <w:lang w:val="en-GB"/>
              </w:rPr>
            </w:pPr>
            <w:r w:rsidRPr="00DE50B6">
              <w:rPr>
                <w:sz w:val="24"/>
                <w:szCs w:val="24"/>
                <w:lang w:val="en-GB"/>
              </w:rPr>
              <w:t>  </w:t>
            </w:r>
          </w:p>
        </w:tc>
      </w:tr>
      <w:tr w:rsidRPr="00DE50B6" w:rsidR="00DE50B6" w:rsidTr="78C2ED44" w14:paraId="39723D95"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EE33B6" w14:paraId="3C2CEE62" w14:textId="6287E25A">
            <w:pPr>
              <w:numPr>
                <w:ilvl w:val="0"/>
                <w:numId w:val="13"/>
              </w:numPr>
              <w:rPr>
                <w:sz w:val="24"/>
                <w:szCs w:val="24"/>
                <w:lang w:val="en-GB"/>
              </w:rPr>
            </w:pPr>
            <w:r w:rsidRPr="2DAFB8DB" w:rsidR="30B5CC05">
              <w:rPr>
                <w:sz w:val="24"/>
                <w:szCs w:val="24"/>
              </w:rPr>
              <w:t>Br reliable and trustworthy with the ability to respect confidentiality</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22C2042A" w14:textId="77777777">
            <w:pPr>
              <w:rPr>
                <w:sz w:val="24"/>
                <w:szCs w:val="24"/>
                <w:lang w:val="en-GB"/>
              </w:rPr>
            </w:pPr>
            <w:r w:rsidRPr="00DE50B6">
              <w:rPr>
                <w:rFonts w:ascii="Segoe UI Emoji" w:hAnsi="Segoe UI Emoji" w:cs="Segoe UI Emoji"/>
                <w:sz w:val="24"/>
                <w:szCs w:val="24"/>
              </w:rPr>
              <w:t>✔️</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08267B94"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475F98B5" w14:textId="77777777">
            <w:pPr>
              <w:rPr>
                <w:sz w:val="24"/>
                <w:szCs w:val="24"/>
                <w:lang w:val="en-GB"/>
              </w:rPr>
            </w:pPr>
            <w:r w:rsidRPr="00DE50B6">
              <w:rPr>
                <w:sz w:val="24"/>
                <w:szCs w:val="24"/>
              </w:rPr>
              <w:t>Application Form/ Interview</w:t>
            </w:r>
            <w:r w:rsidRPr="00DE50B6">
              <w:rPr>
                <w:sz w:val="24"/>
                <w:szCs w:val="24"/>
                <w:lang w:val="en-GB"/>
              </w:rPr>
              <w:t>  </w:t>
            </w:r>
          </w:p>
        </w:tc>
      </w:tr>
      <w:tr w:rsidR="78C2ED44" w:rsidTr="78C2ED44" w14:paraId="2EF6BC36">
        <w:trPr>
          <w:trHeight w:val="285"/>
        </w:trPr>
        <w:tc>
          <w:tcPr>
            <w:tcW w:w="3983" w:type="dxa"/>
            <w:tcBorders>
              <w:top w:val="nil"/>
              <w:left w:val="single" w:color="auto" w:sz="8" w:space="0"/>
              <w:bottom w:val="single" w:color="auto" w:sz="8" w:space="0"/>
              <w:right w:val="single" w:color="auto" w:sz="8" w:space="0"/>
            </w:tcBorders>
            <w:tcMar/>
            <w:hideMark/>
          </w:tcPr>
          <w:p w:rsidR="449C365E" w:rsidP="78C2ED44" w:rsidRDefault="449C365E" w14:paraId="3282D4CE" w14:textId="05555183">
            <w:pPr>
              <w:pStyle w:val="ListParagraph"/>
              <w:numPr>
                <w:ilvl w:val="0"/>
                <w:numId w:val="18"/>
              </w:numPr>
              <w:rPr>
                <w:sz w:val="24"/>
                <w:szCs w:val="24"/>
              </w:rPr>
            </w:pPr>
            <w:r w:rsidRPr="78C2ED44" w:rsidR="449C365E">
              <w:rPr>
                <w:sz w:val="24"/>
                <w:szCs w:val="24"/>
              </w:rPr>
              <w:t>Must be a car user</w:t>
            </w:r>
          </w:p>
        </w:tc>
        <w:tc>
          <w:tcPr>
            <w:tcW w:w="1340" w:type="dxa"/>
            <w:tcBorders>
              <w:top w:val="nil"/>
              <w:left w:val="nil"/>
              <w:bottom w:val="single" w:color="auto" w:sz="8" w:space="0"/>
              <w:right w:val="single" w:color="auto" w:sz="8" w:space="0"/>
            </w:tcBorders>
            <w:tcMar/>
            <w:hideMark/>
          </w:tcPr>
          <w:p w:rsidR="78C2ED44" w:rsidP="78C2ED44" w:rsidRDefault="78C2ED44" w14:paraId="190EB01F">
            <w:pPr>
              <w:rPr>
                <w:sz w:val="24"/>
                <w:szCs w:val="24"/>
                <w:lang w:val="en-GB"/>
              </w:rPr>
            </w:pPr>
            <w:r w:rsidRPr="78C2ED44" w:rsidR="78C2ED44">
              <w:rPr>
                <w:rFonts w:ascii="Segoe UI Emoji" w:hAnsi="Segoe UI Emoji" w:cs="Segoe UI Emoji"/>
                <w:sz w:val="24"/>
                <w:szCs w:val="24"/>
              </w:rPr>
              <w:t>✔️</w:t>
            </w:r>
          </w:p>
        </w:tc>
        <w:tc>
          <w:tcPr>
            <w:tcW w:w="1326" w:type="dxa"/>
            <w:tcBorders>
              <w:top w:val="nil"/>
              <w:left w:val="nil"/>
              <w:bottom w:val="single" w:color="auto" w:sz="8" w:space="0"/>
              <w:right w:val="single" w:color="auto" w:sz="8" w:space="0"/>
            </w:tcBorders>
            <w:tcMar/>
            <w:hideMark/>
          </w:tcPr>
          <w:p w:rsidR="78C2ED44" w:rsidP="78C2ED44" w:rsidRDefault="78C2ED44" w14:paraId="2802EBBC">
            <w:pPr>
              <w:rPr>
                <w:sz w:val="24"/>
                <w:szCs w:val="24"/>
                <w:lang w:val="en-GB"/>
              </w:rPr>
            </w:pPr>
            <w:r w:rsidRPr="78C2ED44" w:rsidR="78C2ED44">
              <w:rPr>
                <w:sz w:val="24"/>
                <w:szCs w:val="24"/>
                <w:lang w:val="en-GB"/>
              </w:rPr>
              <w:t> </w:t>
            </w:r>
          </w:p>
        </w:tc>
        <w:tc>
          <w:tcPr>
            <w:tcW w:w="1981" w:type="dxa"/>
            <w:tcBorders>
              <w:top w:val="nil"/>
              <w:left w:val="nil"/>
              <w:bottom w:val="single" w:color="auto" w:sz="8" w:space="0"/>
              <w:right w:val="single" w:color="auto" w:sz="8" w:space="0"/>
            </w:tcBorders>
            <w:tcMar/>
            <w:hideMark/>
          </w:tcPr>
          <w:p w:rsidR="78C2ED44" w:rsidP="78C2ED44" w:rsidRDefault="78C2ED44" w14:paraId="574BCC6A" w14:textId="2F72BF86">
            <w:pPr>
              <w:rPr>
                <w:sz w:val="24"/>
                <w:szCs w:val="24"/>
                <w:lang w:val="en-GB"/>
              </w:rPr>
            </w:pPr>
            <w:r w:rsidRPr="78C2ED44" w:rsidR="78C2ED44">
              <w:rPr>
                <w:sz w:val="24"/>
                <w:szCs w:val="24"/>
              </w:rPr>
              <w:t>Application Form</w:t>
            </w:r>
          </w:p>
        </w:tc>
      </w:tr>
      <w:tr w:rsidRPr="00DE50B6" w:rsidR="00DE50B6" w:rsidTr="78C2ED44" w14:paraId="63FFB9A5"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EE33B6" w14:paraId="6EB15132" w14:textId="3062A642">
            <w:pPr>
              <w:numPr>
                <w:ilvl w:val="0"/>
                <w:numId w:val="13"/>
              </w:numPr>
              <w:rPr>
                <w:sz w:val="24"/>
                <w:szCs w:val="24"/>
                <w:lang w:val="en-GB"/>
              </w:rPr>
            </w:pPr>
            <w:r w:rsidRPr="2DAFB8DB" w:rsidR="241FE30F">
              <w:rPr>
                <w:sz w:val="24"/>
                <w:szCs w:val="24"/>
              </w:rPr>
              <w:t>Ability to travel independently across</w:t>
            </w:r>
            <w:r w:rsidRPr="2DAFB8DB" w:rsidR="375E73D6">
              <w:rPr>
                <w:sz w:val="24"/>
                <w:szCs w:val="24"/>
              </w:rPr>
              <w:t xml:space="preserve"> </w:t>
            </w:r>
            <w:r w:rsidRPr="2DAFB8DB" w:rsidR="241FE30F">
              <w:rPr>
                <w:sz w:val="24"/>
                <w:szCs w:val="24"/>
              </w:rPr>
              <w:t>Salford an</w:t>
            </w:r>
            <w:r w:rsidRPr="2DAFB8DB" w:rsidR="1769FE58">
              <w:rPr>
                <w:sz w:val="24"/>
                <w:szCs w:val="24"/>
              </w:rPr>
              <w:t>d</w:t>
            </w:r>
            <w:r w:rsidRPr="2DAFB8DB" w:rsidR="241FE30F">
              <w:rPr>
                <w:sz w:val="24"/>
                <w:szCs w:val="24"/>
              </w:rPr>
              <w:t xml:space="preserve"> surrounding areas to support clients in their own homes</w:t>
            </w:r>
            <w:r w:rsidRPr="2DAFB8DB" w:rsidR="241FE30F">
              <w:rPr>
                <w:sz w:val="24"/>
                <w:szCs w:val="24"/>
              </w:rPr>
              <w:t>.</w:t>
            </w:r>
          </w:p>
        </w:tc>
        <w:tc>
          <w:tcPr>
            <w:tcW w:w="1340" w:type="dxa"/>
            <w:tcBorders>
              <w:top w:val="nil"/>
              <w:left w:val="nil"/>
              <w:bottom w:val="single" w:color="auto" w:sz="8" w:space="0"/>
              <w:right w:val="single" w:color="auto" w:sz="8" w:space="0"/>
            </w:tcBorders>
            <w:tcMar/>
            <w:hideMark/>
          </w:tcPr>
          <w:p w:rsidRPr="00DE50B6" w:rsidR="00DE50B6" w:rsidP="00DE50B6" w:rsidRDefault="00DE50B6" w14:paraId="2384E3BA" w14:textId="77777777">
            <w:pPr>
              <w:rPr>
                <w:sz w:val="24"/>
                <w:szCs w:val="24"/>
                <w:lang w:val="en-GB"/>
              </w:rPr>
            </w:pPr>
            <w:r w:rsidRPr="00DE50B6">
              <w:rPr>
                <w:rFonts w:ascii="Segoe UI Emoji" w:hAnsi="Segoe UI Emoji" w:cs="Segoe UI Emoji"/>
                <w:sz w:val="24"/>
                <w:szCs w:val="24"/>
              </w:rPr>
              <w:t>✔️</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3C211416" w14:textId="77777777">
            <w:pPr>
              <w:rPr>
                <w:sz w:val="24"/>
                <w:szCs w:val="24"/>
                <w:lang w:val="en-GB"/>
              </w:rPr>
            </w:pPr>
            <w:r w:rsidRPr="00DE50B6">
              <w:rPr>
                <w:sz w:val="24"/>
                <w:szCs w:val="24"/>
                <w:lang w:val="en-GB"/>
              </w:rPr>
              <w:t> </w:t>
            </w:r>
          </w:p>
        </w:tc>
        <w:tc>
          <w:tcPr>
            <w:tcW w:w="1981" w:type="dxa"/>
            <w:tcBorders>
              <w:top w:val="nil"/>
              <w:left w:val="nil"/>
              <w:bottom w:val="single" w:color="auto" w:sz="8" w:space="0"/>
              <w:right w:val="single" w:color="auto" w:sz="8" w:space="0"/>
            </w:tcBorders>
            <w:tcMar/>
            <w:hideMark/>
          </w:tcPr>
          <w:p w:rsidRPr="00DE50B6" w:rsidR="00DE50B6" w:rsidP="00DE50B6" w:rsidRDefault="00DE50B6" w14:paraId="5C0C6EB3" w14:textId="77777777">
            <w:pPr>
              <w:rPr>
                <w:sz w:val="24"/>
                <w:szCs w:val="24"/>
                <w:lang w:val="en-GB"/>
              </w:rPr>
            </w:pPr>
            <w:r w:rsidRPr="00DE50B6">
              <w:rPr>
                <w:sz w:val="24"/>
                <w:szCs w:val="24"/>
              </w:rPr>
              <w:t>Application Form/ Interview</w:t>
            </w:r>
            <w:r w:rsidRPr="00DE50B6">
              <w:rPr>
                <w:sz w:val="24"/>
                <w:szCs w:val="24"/>
                <w:lang w:val="en-GB"/>
              </w:rPr>
              <w:t>  </w:t>
            </w:r>
          </w:p>
        </w:tc>
      </w:tr>
      <w:tr w:rsidRPr="00DE50B6" w:rsidR="00DE50B6" w:rsidTr="78C2ED44" w14:paraId="36F43816"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6481C901" w14:textId="4DC03A36">
            <w:pPr>
              <w:numPr>
                <w:ilvl w:val="0"/>
                <w:numId w:val="13"/>
              </w:numPr>
              <w:rPr/>
            </w:pPr>
            <w:r w:rsidRPr="2DAFB8DB" w:rsidR="01779389">
              <w:rPr>
                <w:sz w:val="24"/>
                <w:szCs w:val="24"/>
                <w:lang w:val="en-GB"/>
              </w:rPr>
              <w:t xml:space="preserve">Willingness to attend training, </w:t>
            </w:r>
            <w:r w:rsidRPr="2DAFB8DB" w:rsidR="01779389">
              <w:rPr>
                <w:sz w:val="24"/>
                <w:szCs w:val="24"/>
                <w:lang w:val="en-GB"/>
              </w:rPr>
              <w:t>supervision</w:t>
            </w:r>
            <w:r w:rsidRPr="2DAFB8DB" w:rsidR="01779389">
              <w:rPr>
                <w:sz w:val="24"/>
                <w:szCs w:val="24"/>
                <w:lang w:val="en-GB"/>
              </w:rPr>
              <w:t xml:space="preserve"> and team meetings</w:t>
            </w:r>
          </w:p>
        </w:tc>
        <w:tc>
          <w:tcPr>
            <w:tcW w:w="1340" w:type="dxa"/>
            <w:tcBorders>
              <w:top w:val="nil"/>
              <w:left w:val="nil"/>
              <w:bottom w:val="single" w:color="auto" w:sz="8" w:space="0"/>
              <w:right w:val="single" w:color="auto" w:sz="8" w:space="0"/>
            </w:tcBorders>
            <w:tcMar/>
            <w:hideMark/>
          </w:tcPr>
          <w:p w:rsidR="6A35D769" w:rsidP="6A35D769" w:rsidRDefault="6A35D769" w14:paraId="4AE4C3C5">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r w:rsidRPr="6A35D769" w:rsidR="6A35D769">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11021795" w14:textId="339F6ED9">
            <w:pPr>
              <w:rPr>
                <w:sz w:val="24"/>
                <w:szCs w:val="24"/>
                <w:lang w:val="en-GB"/>
              </w:rPr>
            </w:pPr>
          </w:p>
        </w:tc>
        <w:tc>
          <w:tcPr>
            <w:tcW w:w="1981" w:type="dxa"/>
            <w:tcBorders>
              <w:top w:val="nil"/>
              <w:left w:val="nil"/>
              <w:bottom w:val="single" w:color="auto" w:sz="8" w:space="0"/>
              <w:right w:val="single" w:color="auto" w:sz="8" w:space="0"/>
            </w:tcBorders>
            <w:tcMar/>
            <w:hideMark/>
          </w:tcPr>
          <w:p w:rsidRPr="00DE50B6" w:rsidR="00DE50B6" w:rsidP="00DE50B6" w:rsidRDefault="00DE50B6" w14:paraId="184F581E" w14:textId="77777777">
            <w:pPr>
              <w:rPr>
                <w:sz w:val="24"/>
                <w:szCs w:val="24"/>
                <w:lang w:val="en-GB"/>
              </w:rPr>
            </w:pPr>
            <w:r w:rsidRPr="00DE50B6">
              <w:rPr>
                <w:sz w:val="24"/>
                <w:szCs w:val="24"/>
              </w:rPr>
              <w:t>Application Form/ Interview </w:t>
            </w:r>
            <w:r w:rsidRPr="00DE50B6">
              <w:rPr>
                <w:sz w:val="24"/>
                <w:szCs w:val="24"/>
                <w:lang w:val="en-GB"/>
              </w:rPr>
              <w:t> </w:t>
            </w:r>
          </w:p>
        </w:tc>
      </w:tr>
      <w:tr w:rsidRPr="00DE50B6" w:rsidR="00DE50B6" w:rsidTr="78C2ED44" w14:paraId="49CF97EF"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52187EE1" w14:textId="342461EB">
            <w:pPr>
              <w:numPr>
                <w:ilvl w:val="0"/>
                <w:numId w:val="13"/>
              </w:numPr>
              <w:rPr>
                <w:sz w:val="24"/>
                <w:szCs w:val="24"/>
                <w:lang w:val="en-GB"/>
              </w:rPr>
            </w:pPr>
            <w:r w:rsidRPr="2DAFB8DB" w:rsidR="11339C21">
              <w:rPr>
                <w:sz w:val="24"/>
                <w:szCs w:val="24"/>
              </w:rPr>
              <w:t xml:space="preserve">Ability to follow procedures, </w:t>
            </w:r>
            <w:r w:rsidRPr="2DAFB8DB" w:rsidR="11339C21">
              <w:rPr>
                <w:sz w:val="24"/>
                <w:szCs w:val="24"/>
              </w:rPr>
              <w:t>instructions</w:t>
            </w:r>
            <w:r w:rsidRPr="2DAFB8DB" w:rsidR="11339C21">
              <w:rPr>
                <w:sz w:val="24"/>
                <w:szCs w:val="24"/>
              </w:rPr>
              <w:t xml:space="preserve"> and established routines</w:t>
            </w:r>
          </w:p>
        </w:tc>
        <w:tc>
          <w:tcPr>
            <w:tcW w:w="1340" w:type="dxa"/>
            <w:tcBorders>
              <w:top w:val="nil"/>
              <w:left w:val="nil"/>
              <w:bottom w:val="single" w:color="auto" w:sz="8" w:space="0"/>
              <w:right w:val="single" w:color="auto" w:sz="8" w:space="0"/>
            </w:tcBorders>
            <w:tcMar/>
            <w:hideMark/>
          </w:tcPr>
          <w:p w:rsidR="6A35D769" w:rsidP="6A35D769" w:rsidRDefault="6A35D769" w14:paraId="3B2DE991">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r w:rsidRPr="6A35D769" w:rsidR="6A35D769">
              <w:rPr>
                <w:sz w:val="24"/>
                <w:szCs w:val="24"/>
                <w:lang w:val="en-GB"/>
              </w:rPr>
              <w:t>  </w:t>
            </w:r>
          </w:p>
          <w:p w:rsidR="6A35D769" w:rsidP="6A35D769" w:rsidRDefault="6A35D769" w14:paraId="641A70A1">
            <w:pPr>
              <w:rPr>
                <w:sz w:val="24"/>
                <w:szCs w:val="24"/>
                <w:lang w:val="en-GB"/>
              </w:rPr>
            </w:pPr>
            <w:r w:rsidRPr="6A35D769" w:rsidR="6A35D769">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7ADF83E8" w14:textId="00CA09E4">
            <w:pPr>
              <w:rPr>
                <w:sz w:val="24"/>
                <w:szCs w:val="24"/>
                <w:lang w:val="en-GB"/>
              </w:rPr>
            </w:pPr>
          </w:p>
        </w:tc>
        <w:tc>
          <w:tcPr>
            <w:tcW w:w="1981" w:type="dxa"/>
            <w:tcBorders>
              <w:top w:val="nil"/>
              <w:left w:val="nil"/>
              <w:bottom w:val="single" w:color="auto" w:sz="8" w:space="0"/>
              <w:right w:val="single" w:color="auto" w:sz="8" w:space="0"/>
            </w:tcBorders>
            <w:tcMar/>
            <w:hideMark/>
          </w:tcPr>
          <w:p w:rsidRPr="00DE50B6" w:rsidR="00DE50B6" w:rsidP="00DE50B6" w:rsidRDefault="00DE50B6" w14:paraId="6BD447B3" w14:textId="77777777">
            <w:pPr>
              <w:rPr>
                <w:sz w:val="24"/>
                <w:szCs w:val="24"/>
                <w:lang w:val="en-GB"/>
              </w:rPr>
            </w:pPr>
            <w:r w:rsidRPr="00DE50B6">
              <w:rPr>
                <w:sz w:val="24"/>
                <w:szCs w:val="24"/>
              </w:rPr>
              <w:t>Application Form/ Interview</w:t>
            </w:r>
            <w:r w:rsidRPr="00DE50B6">
              <w:rPr>
                <w:sz w:val="24"/>
                <w:szCs w:val="24"/>
                <w:lang w:val="en-GB"/>
              </w:rPr>
              <w:t>  </w:t>
            </w:r>
          </w:p>
        </w:tc>
      </w:tr>
      <w:tr w:rsidRPr="00DE50B6" w:rsidR="00DE50B6" w:rsidTr="78C2ED44" w14:paraId="39AA31BD"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3C049A0B" w14:textId="1AE39341">
            <w:pPr>
              <w:numPr>
                <w:ilvl w:val="0"/>
                <w:numId w:val="13"/>
              </w:numPr>
              <w:rPr>
                <w:sz w:val="24"/>
                <w:szCs w:val="24"/>
                <w:lang w:val="en-GB"/>
              </w:rPr>
            </w:pPr>
            <w:r w:rsidRPr="2DAFB8DB" w:rsidR="39ED435D">
              <w:rPr>
                <w:sz w:val="24"/>
                <w:szCs w:val="24"/>
              </w:rPr>
              <w:t xml:space="preserve">Eligible to work </w:t>
            </w:r>
            <w:r w:rsidRPr="2DAFB8DB" w:rsidR="39ED435D">
              <w:rPr>
                <w:sz w:val="24"/>
                <w:szCs w:val="24"/>
              </w:rPr>
              <w:t>legally</w:t>
            </w:r>
            <w:r w:rsidRPr="2DAFB8DB" w:rsidR="39ED435D">
              <w:rPr>
                <w:sz w:val="24"/>
                <w:szCs w:val="24"/>
              </w:rPr>
              <w:t xml:space="preserve"> in the UK</w:t>
            </w:r>
          </w:p>
        </w:tc>
        <w:tc>
          <w:tcPr>
            <w:tcW w:w="1340" w:type="dxa"/>
            <w:tcBorders>
              <w:top w:val="nil"/>
              <w:left w:val="nil"/>
              <w:bottom w:val="single" w:color="auto" w:sz="8" w:space="0"/>
              <w:right w:val="single" w:color="auto" w:sz="8" w:space="0"/>
            </w:tcBorders>
            <w:tcMar/>
            <w:hideMark/>
          </w:tcPr>
          <w:p w:rsidR="6A35D769" w:rsidP="6A35D769" w:rsidRDefault="6A35D769" w14:paraId="3B879202" w14:textId="698675CE">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r w:rsidRPr="6A35D769" w:rsidR="6A35D769">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76F1A8DA" w14:textId="635F4FA2">
            <w:pPr>
              <w:rPr>
                <w:sz w:val="24"/>
                <w:szCs w:val="24"/>
                <w:lang w:val="en-GB"/>
              </w:rPr>
            </w:pPr>
          </w:p>
        </w:tc>
        <w:tc>
          <w:tcPr>
            <w:tcW w:w="1981" w:type="dxa"/>
            <w:tcBorders>
              <w:top w:val="nil"/>
              <w:left w:val="nil"/>
              <w:bottom w:val="single" w:color="auto" w:sz="8" w:space="0"/>
              <w:right w:val="single" w:color="auto" w:sz="8" w:space="0"/>
            </w:tcBorders>
            <w:tcMar/>
            <w:hideMark/>
          </w:tcPr>
          <w:p w:rsidRPr="00DE50B6" w:rsidR="00DE50B6" w:rsidP="00DE50B6" w:rsidRDefault="00DE50B6" w14:paraId="67AED83B" w14:textId="239FFAAA">
            <w:pPr>
              <w:rPr>
                <w:sz w:val="24"/>
                <w:szCs w:val="24"/>
                <w:lang w:val="en-GB"/>
              </w:rPr>
            </w:pPr>
            <w:r w:rsidRPr="2DAFB8DB" w:rsidR="6F99EA42">
              <w:rPr>
                <w:sz w:val="24"/>
                <w:szCs w:val="24"/>
              </w:rPr>
              <w:t>Application Form / Interview</w:t>
            </w:r>
            <w:r w:rsidRPr="2DAFB8DB" w:rsidR="6F99EA42">
              <w:rPr>
                <w:sz w:val="24"/>
                <w:szCs w:val="24"/>
                <w:lang w:val="en-GB"/>
              </w:rPr>
              <w:t> </w:t>
            </w:r>
          </w:p>
        </w:tc>
      </w:tr>
      <w:tr w:rsidRPr="00DE50B6" w:rsidR="00DE50B6" w:rsidTr="78C2ED44" w14:paraId="7EEB1B3C"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5143057D" w14:textId="1C1CEB26">
            <w:pPr>
              <w:numPr>
                <w:ilvl w:val="0"/>
                <w:numId w:val="14"/>
              </w:numPr>
              <w:rPr>
                <w:sz w:val="24"/>
                <w:szCs w:val="24"/>
                <w:lang w:val="en-GB"/>
              </w:rPr>
            </w:pPr>
            <w:r w:rsidRPr="2DAFB8DB" w:rsidR="57CFFC11">
              <w:rPr>
                <w:sz w:val="24"/>
                <w:szCs w:val="24"/>
                <w:lang w:val="en-GB"/>
              </w:rPr>
              <w:t xml:space="preserve">Ability to work independently and manage </w:t>
            </w:r>
            <w:r w:rsidRPr="2DAFB8DB" w:rsidR="57CFFC11">
              <w:rPr>
                <w:sz w:val="24"/>
                <w:szCs w:val="24"/>
                <w:lang w:val="en-GB"/>
              </w:rPr>
              <w:t>time</w:t>
            </w:r>
            <w:r w:rsidRPr="2DAFB8DB" w:rsidR="57CFFC11">
              <w:rPr>
                <w:sz w:val="24"/>
                <w:szCs w:val="24"/>
                <w:lang w:val="en-GB"/>
              </w:rPr>
              <w:t xml:space="preserve"> effectively, whilst supporting clients in their own homes</w:t>
            </w:r>
          </w:p>
        </w:tc>
        <w:tc>
          <w:tcPr>
            <w:tcW w:w="1340" w:type="dxa"/>
            <w:tcBorders>
              <w:top w:val="nil"/>
              <w:left w:val="nil"/>
              <w:bottom w:val="single" w:color="auto" w:sz="8" w:space="0"/>
              <w:right w:val="single" w:color="auto" w:sz="8" w:space="0"/>
            </w:tcBorders>
            <w:tcMar/>
            <w:hideMark/>
          </w:tcPr>
          <w:p w:rsidR="6A35D769" w:rsidP="6A35D769" w:rsidRDefault="6A35D769" w14:paraId="58D0A7F3">
            <w:pPr>
              <w:rPr>
                <w:sz w:val="24"/>
                <w:szCs w:val="24"/>
                <w:lang w:val="en-GB"/>
              </w:rPr>
            </w:pPr>
            <w:r w:rsidRPr="6A35D769" w:rsidR="6A35D769">
              <w:rPr>
                <w:rFonts w:ascii="Segoe UI Emoji" w:hAnsi="Segoe UI Emoji" w:cs="Segoe UI Emoji"/>
                <w:sz w:val="24"/>
                <w:szCs w:val="24"/>
              </w:rPr>
              <w:t>✔️</w:t>
            </w:r>
            <w:r w:rsidRPr="6A35D769" w:rsidR="6A35D769">
              <w:rPr>
                <w:sz w:val="24"/>
                <w:szCs w:val="24"/>
                <w:lang w:val="en-GB"/>
              </w:rPr>
              <w:t> </w:t>
            </w:r>
          </w:p>
        </w:tc>
        <w:tc>
          <w:tcPr>
            <w:tcW w:w="1326" w:type="dxa"/>
            <w:tcBorders>
              <w:top w:val="nil"/>
              <w:left w:val="nil"/>
              <w:bottom w:val="single" w:color="auto" w:sz="8" w:space="0"/>
              <w:right w:val="single" w:color="auto" w:sz="8" w:space="0"/>
            </w:tcBorders>
            <w:tcMar/>
            <w:hideMark/>
          </w:tcPr>
          <w:p w:rsidRPr="00DE50B6" w:rsidR="00DE50B6" w:rsidP="00DE50B6" w:rsidRDefault="00DE50B6" w14:paraId="282020E2" w14:textId="4D6B491D">
            <w:pPr>
              <w:rPr>
                <w:sz w:val="24"/>
                <w:szCs w:val="24"/>
                <w:lang w:val="en-GB"/>
              </w:rPr>
            </w:pPr>
          </w:p>
        </w:tc>
        <w:tc>
          <w:tcPr>
            <w:tcW w:w="1981" w:type="dxa"/>
            <w:tcBorders>
              <w:top w:val="nil"/>
              <w:left w:val="nil"/>
              <w:bottom w:val="single" w:color="auto" w:sz="8" w:space="0"/>
              <w:right w:val="single" w:color="auto" w:sz="8" w:space="0"/>
            </w:tcBorders>
            <w:tcMar/>
            <w:hideMark/>
          </w:tcPr>
          <w:p w:rsidRPr="00DE50B6" w:rsidR="00DE50B6" w:rsidP="00DE50B6" w:rsidRDefault="00DE50B6" w14:paraId="739A3B8A" w14:textId="77777777">
            <w:pPr>
              <w:rPr>
                <w:sz w:val="24"/>
                <w:szCs w:val="24"/>
                <w:lang w:val="en-GB"/>
              </w:rPr>
            </w:pPr>
            <w:r w:rsidRPr="00DE50B6">
              <w:rPr>
                <w:sz w:val="24"/>
                <w:szCs w:val="24"/>
              </w:rPr>
              <w:t>Application Form/ Interview </w:t>
            </w:r>
            <w:r w:rsidRPr="00DE50B6">
              <w:rPr>
                <w:sz w:val="24"/>
                <w:szCs w:val="24"/>
                <w:lang w:val="en-GB"/>
              </w:rPr>
              <w:t> </w:t>
            </w:r>
          </w:p>
        </w:tc>
      </w:tr>
      <w:tr w:rsidRPr="00DE50B6" w:rsidR="00DE50B6" w:rsidTr="78C2ED44" w14:paraId="6BC31BD0"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1C80C19D" w14:textId="6F7BF080">
            <w:pPr>
              <w:numPr>
                <w:ilvl w:val="0"/>
                <w:numId w:val="14"/>
              </w:numPr>
              <w:rPr>
                <w:sz w:val="24"/>
                <w:szCs w:val="24"/>
                <w:lang w:val="en-GB"/>
              </w:rPr>
            </w:pPr>
            <w:r w:rsidRPr="2DAFB8DB" w:rsidR="121E8B59">
              <w:rPr>
                <w:sz w:val="24"/>
                <w:szCs w:val="24"/>
              </w:rPr>
              <w:t>Ability to work independently and manage time effectively, whilst supporting lclients in t</w:t>
            </w:r>
            <w:r w:rsidRPr="2DAFB8DB" w:rsidR="121E8B59">
              <w:rPr>
                <w:sz w:val="24"/>
                <w:szCs w:val="24"/>
              </w:rPr>
              <w:t>heir</w:t>
            </w:r>
            <w:r w:rsidRPr="2DAFB8DB" w:rsidR="121E8B59">
              <w:rPr>
                <w:sz w:val="24"/>
                <w:szCs w:val="24"/>
              </w:rPr>
              <w:t xml:space="preserve"> own homes</w:t>
            </w:r>
          </w:p>
        </w:tc>
        <w:tc>
          <w:tcPr>
            <w:tcW w:w="1340" w:type="dxa"/>
            <w:tcBorders>
              <w:top w:val="nil"/>
              <w:left w:val="nil"/>
              <w:bottom w:val="single" w:color="auto" w:sz="8" w:space="0"/>
              <w:right w:val="single" w:color="auto" w:sz="8" w:space="0"/>
            </w:tcBorders>
            <w:tcMar/>
            <w:hideMark/>
          </w:tcPr>
          <w:p w:rsidR="6A35D769" w:rsidP="6A35D769" w:rsidRDefault="6A35D769" w14:paraId="4C7145BD">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326" w:type="dxa"/>
            <w:tcBorders>
              <w:top w:val="nil"/>
              <w:left w:val="nil"/>
              <w:bottom w:val="single" w:color="auto" w:sz="8" w:space="0"/>
              <w:right w:val="single" w:color="auto" w:sz="8" w:space="0"/>
            </w:tcBorders>
            <w:tcMar/>
            <w:hideMark/>
          </w:tcPr>
          <w:p w:rsidRPr="00DE50B6" w:rsidR="00DE50B6" w:rsidP="6A35D769" w:rsidRDefault="00DE50B6" w14:paraId="4782825D" w14:textId="1A20BA45">
            <w:pPr>
              <w:rPr>
                <w:rFonts w:ascii="Segoe UI Emoji" w:hAnsi="Segoe UI Emoji" w:cs="Segoe UI Emoji"/>
                <w:sz w:val="24"/>
                <w:szCs w:val="24"/>
                <w:lang w:val="en-GB"/>
              </w:rPr>
            </w:pPr>
          </w:p>
        </w:tc>
        <w:tc>
          <w:tcPr>
            <w:tcW w:w="1981" w:type="dxa"/>
            <w:tcBorders>
              <w:top w:val="nil"/>
              <w:left w:val="nil"/>
              <w:bottom w:val="single" w:color="auto" w:sz="8" w:space="0"/>
              <w:right w:val="single" w:color="auto" w:sz="8" w:space="0"/>
            </w:tcBorders>
            <w:tcMar/>
            <w:hideMark/>
          </w:tcPr>
          <w:p w:rsidRPr="00DE50B6" w:rsidR="00DE50B6" w:rsidP="00DE50B6" w:rsidRDefault="00DE50B6" w14:paraId="74D007AB" w14:textId="77777777">
            <w:pPr>
              <w:rPr>
                <w:sz w:val="24"/>
                <w:szCs w:val="24"/>
                <w:lang w:val="en-GB"/>
              </w:rPr>
            </w:pPr>
            <w:r w:rsidRPr="00DE50B6">
              <w:rPr>
                <w:sz w:val="24"/>
                <w:szCs w:val="24"/>
              </w:rPr>
              <w:t>Application/ Interview </w:t>
            </w:r>
            <w:r w:rsidRPr="00DE50B6">
              <w:rPr>
                <w:sz w:val="24"/>
                <w:szCs w:val="24"/>
                <w:lang w:val="en-GB"/>
              </w:rPr>
              <w:t> </w:t>
            </w:r>
          </w:p>
        </w:tc>
      </w:tr>
      <w:tr w:rsidRPr="00DE50B6" w:rsidR="00DE50B6" w:rsidTr="78C2ED44" w14:paraId="72E23B69"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370EDB98" w14:textId="317A3EFE">
            <w:pPr>
              <w:numPr>
                <w:ilvl w:val="0"/>
                <w:numId w:val="14"/>
              </w:numPr>
              <w:rPr>
                <w:sz w:val="24"/>
                <w:szCs w:val="24"/>
                <w:lang w:val="en-GB"/>
              </w:rPr>
            </w:pPr>
            <w:r w:rsidRPr="2DAFB8DB" w:rsidR="44948D8D">
              <w:rPr>
                <w:sz w:val="24"/>
                <w:szCs w:val="24"/>
              </w:rPr>
              <w:t xml:space="preserve">Willingness to follow Age UK Salford &amp; Trafford's Health &amp; Safety procedures and </w:t>
            </w:r>
            <w:r w:rsidRPr="2DAFB8DB" w:rsidR="44948D8D">
              <w:rPr>
                <w:sz w:val="24"/>
                <w:szCs w:val="24"/>
              </w:rPr>
              <w:t>guideline's</w:t>
            </w:r>
          </w:p>
        </w:tc>
        <w:tc>
          <w:tcPr>
            <w:tcW w:w="1340" w:type="dxa"/>
            <w:tcBorders>
              <w:top w:val="nil"/>
              <w:left w:val="nil"/>
              <w:bottom w:val="single" w:color="auto" w:sz="8" w:space="0"/>
              <w:right w:val="single" w:color="auto" w:sz="8" w:space="0"/>
            </w:tcBorders>
            <w:tcMar/>
            <w:hideMark/>
          </w:tcPr>
          <w:p w:rsidR="6A35D769" w:rsidP="6A35D769" w:rsidRDefault="6A35D769" w14:paraId="5090E8B0">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326" w:type="dxa"/>
            <w:tcBorders>
              <w:top w:val="nil"/>
              <w:left w:val="nil"/>
              <w:bottom w:val="single" w:color="auto" w:sz="8" w:space="0"/>
              <w:right w:val="single" w:color="auto" w:sz="8" w:space="0"/>
            </w:tcBorders>
            <w:tcMar/>
            <w:hideMark/>
          </w:tcPr>
          <w:p w:rsidRPr="00DE50B6" w:rsidR="00DE50B6" w:rsidP="6A35D769" w:rsidRDefault="00DE50B6" w14:paraId="598CF21E" w14:textId="53029A73">
            <w:pPr>
              <w:rPr>
                <w:rFonts w:ascii="Segoe UI Emoji" w:hAnsi="Segoe UI Emoji" w:cs="Segoe UI Emoji"/>
                <w:sz w:val="24"/>
                <w:szCs w:val="24"/>
                <w:lang w:val="en-GB"/>
              </w:rPr>
            </w:pPr>
          </w:p>
        </w:tc>
        <w:tc>
          <w:tcPr>
            <w:tcW w:w="1981" w:type="dxa"/>
            <w:tcBorders>
              <w:top w:val="nil"/>
              <w:left w:val="nil"/>
              <w:bottom w:val="single" w:color="auto" w:sz="8" w:space="0"/>
              <w:right w:val="single" w:color="auto" w:sz="8" w:space="0"/>
            </w:tcBorders>
            <w:tcMar/>
            <w:hideMark/>
          </w:tcPr>
          <w:p w:rsidRPr="00DE50B6" w:rsidR="00DE50B6" w:rsidP="00DE50B6" w:rsidRDefault="00DE50B6" w14:paraId="0F3156F9" w14:textId="77777777">
            <w:pPr>
              <w:rPr>
                <w:sz w:val="24"/>
                <w:szCs w:val="24"/>
                <w:lang w:val="en-GB"/>
              </w:rPr>
            </w:pPr>
            <w:r w:rsidRPr="00DE50B6">
              <w:rPr>
                <w:sz w:val="24"/>
                <w:szCs w:val="24"/>
              </w:rPr>
              <w:t>Application/ Interview</w:t>
            </w:r>
            <w:r w:rsidRPr="00DE50B6">
              <w:rPr>
                <w:sz w:val="24"/>
                <w:szCs w:val="24"/>
                <w:lang w:val="en-GB"/>
              </w:rPr>
              <w:t>  </w:t>
            </w:r>
          </w:p>
        </w:tc>
      </w:tr>
      <w:tr w:rsidRPr="00DE50B6" w:rsidR="00DE50B6" w:rsidTr="78C2ED44" w14:paraId="3785605F" w14:textId="77777777">
        <w:trPr>
          <w:trHeight w:val="285"/>
        </w:trPr>
        <w:tc>
          <w:tcPr>
            <w:tcW w:w="3983" w:type="dxa"/>
            <w:tcBorders>
              <w:top w:val="nil"/>
              <w:left w:val="single" w:color="auto" w:sz="8" w:space="0"/>
              <w:bottom w:val="single" w:color="auto" w:sz="8" w:space="0"/>
              <w:right w:val="single" w:color="auto" w:sz="8" w:space="0"/>
            </w:tcBorders>
            <w:tcMar/>
            <w:hideMark/>
          </w:tcPr>
          <w:p w:rsidRPr="00DE50B6" w:rsidR="00DE50B6" w:rsidP="00DE50B6" w:rsidRDefault="00DE50B6" w14:paraId="6C0E2ABF" w14:textId="5E86C100">
            <w:pPr>
              <w:numPr>
                <w:ilvl w:val="0"/>
                <w:numId w:val="14"/>
              </w:numPr>
              <w:rPr>
                <w:sz w:val="24"/>
                <w:szCs w:val="24"/>
                <w:lang w:val="en-GB"/>
              </w:rPr>
            </w:pPr>
            <w:r w:rsidRPr="2DAFB8DB" w:rsidR="6FAC550D">
              <w:rPr>
                <w:sz w:val="24"/>
                <w:szCs w:val="24"/>
              </w:rPr>
              <w:t xml:space="preserve">Commitment to promoting dignity, choice and </w:t>
            </w:r>
            <w:r w:rsidRPr="2DAFB8DB" w:rsidR="6FAC550D">
              <w:rPr>
                <w:sz w:val="24"/>
                <w:szCs w:val="24"/>
              </w:rPr>
              <w:t>independency</w:t>
            </w:r>
            <w:r w:rsidRPr="2DAFB8DB" w:rsidR="6FAC550D">
              <w:rPr>
                <w:sz w:val="24"/>
                <w:szCs w:val="24"/>
              </w:rPr>
              <w:t xml:space="preserve"> for older people</w:t>
            </w:r>
          </w:p>
        </w:tc>
        <w:tc>
          <w:tcPr>
            <w:tcW w:w="1340" w:type="dxa"/>
            <w:tcBorders>
              <w:top w:val="nil"/>
              <w:left w:val="nil"/>
              <w:bottom w:val="single" w:color="auto" w:sz="8" w:space="0"/>
              <w:right w:val="single" w:color="auto" w:sz="8" w:space="0"/>
            </w:tcBorders>
            <w:tcMar/>
            <w:hideMark/>
          </w:tcPr>
          <w:p w:rsidR="6A35D769" w:rsidP="6A35D769" w:rsidRDefault="6A35D769" w14:paraId="1AB390A5">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326" w:type="dxa"/>
            <w:tcBorders>
              <w:top w:val="nil"/>
              <w:left w:val="nil"/>
              <w:bottom w:val="single" w:color="auto" w:sz="8" w:space="0"/>
              <w:right w:val="single" w:color="auto" w:sz="8" w:space="0"/>
            </w:tcBorders>
            <w:tcMar/>
            <w:hideMark/>
          </w:tcPr>
          <w:p w:rsidRPr="00DE50B6" w:rsidR="00DE50B6" w:rsidP="6A35D769" w:rsidRDefault="00DE50B6" w14:paraId="452BDB93" w14:textId="70C94032">
            <w:pPr>
              <w:rPr>
                <w:rFonts w:ascii="Segoe UI Emoji" w:hAnsi="Segoe UI Emoji" w:cs="Segoe UI Emoji"/>
                <w:sz w:val="24"/>
                <w:szCs w:val="24"/>
                <w:lang w:val="en-GB"/>
              </w:rPr>
            </w:pPr>
          </w:p>
        </w:tc>
        <w:tc>
          <w:tcPr>
            <w:tcW w:w="1981" w:type="dxa"/>
            <w:tcBorders>
              <w:top w:val="nil"/>
              <w:left w:val="nil"/>
              <w:bottom w:val="single" w:color="auto" w:sz="8" w:space="0"/>
              <w:right w:val="single" w:color="auto" w:sz="8" w:space="0"/>
            </w:tcBorders>
            <w:tcMar/>
            <w:hideMark/>
          </w:tcPr>
          <w:p w:rsidRPr="00DE50B6" w:rsidR="00DE50B6" w:rsidP="00DE50B6" w:rsidRDefault="00DE50B6" w14:paraId="3E93648E" w14:textId="77777777">
            <w:pPr>
              <w:rPr>
                <w:sz w:val="24"/>
                <w:szCs w:val="24"/>
                <w:lang w:val="en-GB"/>
              </w:rPr>
            </w:pPr>
            <w:r w:rsidRPr="00DE50B6">
              <w:rPr>
                <w:sz w:val="24"/>
                <w:szCs w:val="24"/>
              </w:rPr>
              <w:t>Application Form / Interview</w:t>
            </w:r>
            <w:r w:rsidRPr="00DE50B6">
              <w:rPr>
                <w:sz w:val="24"/>
                <w:szCs w:val="24"/>
                <w:lang w:val="en-GB"/>
              </w:rPr>
              <w:t>  </w:t>
            </w:r>
          </w:p>
        </w:tc>
      </w:tr>
      <w:tr w:rsidR="6A35D769" w:rsidTr="78C2ED44" w14:paraId="5BC34F8A">
        <w:trPr>
          <w:trHeight w:val="285"/>
        </w:trPr>
        <w:tc>
          <w:tcPr>
            <w:tcW w:w="3983" w:type="dxa"/>
            <w:tcBorders>
              <w:top w:val="nil"/>
              <w:left w:val="single" w:color="auto" w:sz="8" w:space="0"/>
              <w:bottom w:val="single" w:color="auto" w:sz="8" w:space="0"/>
              <w:right w:val="single" w:color="auto" w:sz="8" w:space="0"/>
            </w:tcBorders>
            <w:tcMar/>
            <w:hideMark/>
          </w:tcPr>
          <w:p w:rsidR="7358D6D3" w:rsidP="6A35D769" w:rsidRDefault="7358D6D3" w14:paraId="5CAF26E7" w14:textId="2A67F95C">
            <w:pPr>
              <w:pStyle w:val="ListParagraph"/>
              <w:numPr>
                <w:ilvl w:val="0"/>
                <w:numId w:val="17"/>
              </w:numPr>
              <w:rPr>
                <w:noProof w:val="0"/>
                <w:lang w:val="en-US"/>
              </w:rPr>
            </w:pPr>
            <w:r w:rsidRPr="6A35D769" w:rsidR="7358D6D3">
              <w:rPr>
                <w:rFonts w:ascii="Arial Nova" w:hAnsi="Arial Nova" w:eastAsia="Arial Nova" w:cs="Arial Nova"/>
                <w:b w:val="0"/>
                <w:bCs w:val="0"/>
                <w:i w:val="0"/>
                <w:iCs w:val="0"/>
                <w:caps w:val="0"/>
                <w:smallCaps w:val="0"/>
                <w:noProof w:val="0"/>
                <w:color w:val="000000" w:themeColor="text1" w:themeTint="FF" w:themeShade="FF"/>
                <w:sz w:val="24"/>
                <w:szCs w:val="24"/>
                <w:lang w:val="en-US"/>
              </w:rPr>
              <w:t>Experience of working with older people in the community.</w:t>
            </w:r>
          </w:p>
        </w:tc>
        <w:tc>
          <w:tcPr>
            <w:tcW w:w="1340" w:type="dxa"/>
            <w:tcBorders>
              <w:top w:val="nil"/>
              <w:left w:val="nil"/>
              <w:bottom w:val="single" w:color="auto" w:sz="8" w:space="0"/>
              <w:right w:val="single" w:color="auto" w:sz="8" w:space="0"/>
            </w:tcBorders>
            <w:tcMar/>
            <w:hideMark/>
          </w:tcPr>
          <w:p w:rsidR="6A35D769" w:rsidP="6A35D769" w:rsidRDefault="6A35D769" w14:paraId="4658312A" w14:textId="3DF1D54A">
            <w:pPr>
              <w:pStyle w:val="Normal"/>
              <w:rPr>
                <w:sz w:val="24"/>
                <w:szCs w:val="24"/>
                <w:lang w:val="en-GB"/>
              </w:rPr>
            </w:pPr>
          </w:p>
        </w:tc>
        <w:tc>
          <w:tcPr>
            <w:tcW w:w="1326" w:type="dxa"/>
            <w:tcBorders>
              <w:top w:val="nil"/>
              <w:left w:val="nil"/>
              <w:bottom w:val="single" w:color="auto" w:sz="8" w:space="0"/>
              <w:right w:val="single" w:color="auto" w:sz="8" w:space="0"/>
            </w:tcBorders>
            <w:tcMar/>
            <w:hideMark/>
          </w:tcPr>
          <w:p w:rsidR="6A35D769" w:rsidP="6A35D769" w:rsidRDefault="6A35D769" w14:paraId="60DDAC36">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981" w:type="dxa"/>
            <w:tcBorders>
              <w:top w:val="nil"/>
              <w:left w:val="nil"/>
              <w:bottom w:val="single" w:color="auto" w:sz="8" w:space="0"/>
              <w:right w:val="single" w:color="auto" w:sz="8" w:space="0"/>
            </w:tcBorders>
            <w:tcMar/>
            <w:hideMark/>
          </w:tcPr>
          <w:p w:rsidR="6A35D769" w:rsidP="3867676A" w:rsidRDefault="6A35D769" w14:paraId="263C423C" w14:textId="6EC9F92E">
            <w:pPr>
              <w:pStyle w:val="Normal"/>
              <w:rPr>
                <w:sz w:val="24"/>
                <w:szCs w:val="24"/>
                <w:lang w:val="en-GB"/>
              </w:rPr>
            </w:pPr>
            <w:r w:rsidRPr="3867676A" w:rsidR="2C51CA0A">
              <w:rPr>
                <w:sz w:val="24"/>
                <w:szCs w:val="24"/>
              </w:rPr>
              <w:t>Application Form / Interview</w:t>
            </w:r>
            <w:r w:rsidRPr="3867676A" w:rsidR="2C51CA0A">
              <w:rPr>
                <w:sz w:val="24"/>
                <w:szCs w:val="24"/>
                <w:lang w:val="en-GB"/>
              </w:rPr>
              <w:t> </w:t>
            </w:r>
          </w:p>
        </w:tc>
      </w:tr>
      <w:tr w:rsidR="6A35D769" w:rsidTr="78C2ED44" w14:paraId="76BA23FA">
        <w:trPr>
          <w:trHeight w:val="285"/>
        </w:trPr>
        <w:tc>
          <w:tcPr>
            <w:tcW w:w="3983" w:type="dxa"/>
            <w:tcBorders>
              <w:top w:val="nil"/>
              <w:left w:val="single" w:color="auto" w:sz="8" w:space="0"/>
              <w:bottom w:val="single" w:color="auto" w:sz="8" w:space="0"/>
              <w:right w:val="single" w:color="auto" w:sz="8" w:space="0"/>
            </w:tcBorders>
            <w:tcMar/>
            <w:hideMark/>
          </w:tcPr>
          <w:p w:rsidR="7358D6D3" w:rsidP="6A35D769" w:rsidRDefault="7358D6D3" w14:paraId="1BB55E89" w14:textId="5A28C50F">
            <w:pPr>
              <w:pStyle w:val="ListParagraph"/>
              <w:numPr>
                <w:ilvl w:val="0"/>
                <w:numId w:val="17"/>
              </w:numPr>
              <w:rPr>
                <w:noProof w:val="0"/>
                <w:lang w:val="en-US"/>
              </w:rPr>
            </w:pPr>
            <w:r w:rsidRPr="6A35D769" w:rsidR="7358D6D3">
              <w:rPr>
                <w:rFonts w:ascii="Arial Nova" w:hAnsi="Arial Nova" w:eastAsia="Arial Nova" w:cs="Arial Nova"/>
                <w:b w:val="0"/>
                <w:bCs w:val="0"/>
                <w:i w:val="0"/>
                <w:iCs w:val="0"/>
                <w:caps w:val="0"/>
                <w:smallCaps w:val="0"/>
                <w:noProof w:val="0"/>
                <w:color w:val="000000" w:themeColor="text1" w:themeTint="FF" w:themeShade="FF"/>
                <w:sz w:val="24"/>
                <w:szCs w:val="24"/>
                <w:lang w:val="en-US"/>
              </w:rPr>
              <w:t>An understanding of the needs and challenges faced by older people, including those living with dementia or limited mobility.</w:t>
            </w:r>
          </w:p>
        </w:tc>
        <w:tc>
          <w:tcPr>
            <w:tcW w:w="1340" w:type="dxa"/>
            <w:tcBorders>
              <w:top w:val="nil"/>
              <w:left w:val="nil"/>
              <w:bottom w:val="single" w:color="auto" w:sz="8" w:space="0"/>
              <w:right w:val="single" w:color="auto" w:sz="8" w:space="0"/>
            </w:tcBorders>
            <w:tcMar/>
            <w:hideMark/>
          </w:tcPr>
          <w:p w:rsidR="6A35D769" w:rsidP="6A35D769" w:rsidRDefault="6A35D769" w14:paraId="6108529B" w14:textId="7308E74C">
            <w:pPr>
              <w:pStyle w:val="Normal"/>
              <w:rPr>
                <w:sz w:val="24"/>
                <w:szCs w:val="24"/>
                <w:lang w:val="en-GB"/>
              </w:rPr>
            </w:pPr>
          </w:p>
        </w:tc>
        <w:tc>
          <w:tcPr>
            <w:tcW w:w="1326" w:type="dxa"/>
            <w:tcBorders>
              <w:top w:val="nil"/>
              <w:left w:val="nil"/>
              <w:bottom w:val="single" w:color="auto" w:sz="8" w:space="0"/>
              <w:right w:val="single" w:color="auto" w:sz="8" w:space="0"/>
            </w:tcBorders>
            <w:tcMar/>
            <w:hideMark/>
          </w:tcPr>
          <w:p w:rsidR="6A35D769" w:rsidP="6A35D769" w:rsidRDefault="6A35D769" w14:paraId="629EAC29">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981" w:type="dxa"/>
            <w:tcBorders>
              <w:top w:val="nil"/>
              <w:left w:val="nil"/>
              <w:bottom w:val="single" w:color="auto" w:sz="8" w:space="0"/>
              <w:right w:val="single" w:color="auto" w:sz="8" w:space="0"/>
            </w:tcBorders>
            <w:tcMar/>
            <w:hideMark/>
          </w:tcPr>
          <w:p w:rsidR="6A35D769" w:rsidP="3867676A" w:rsidRDefault="6A35D769" w14:paraId="45303C64" w14:textId="5706C997">
            <w:pPr>
              <w:pStyle w:val="Normal"/>
              <w:rPr>
                <w:sz w:val="24"/>
                <w:szCs w:val="24"/>
                <w:lang w:val="en-GB"/>
              </w:rPr>
            </w:pPr>
            <w:r w:rsidRPr="3867676A" w:rsidR="1096740F">
              <w:rPr>
                <w:sz w:val="24"/>
                <w:szCs w:val="24"/>
              </w:rPr>
              <w:t>Application Form / Interview</w:t>
            </w:r>
            <w:r w:rsidRPr="3867676A" w:rsidR="1096740F">
              <w:rPr>
                <w:sz w:val="24"/>
                <w:szCs w:val="24"/>
                <w:lang w:val="en-GB"/>
              </w:rPr>
              <w:t> </w:t>
            </w:r>
          </w:p>
        </w:tc>
      </w:tr>
      <w:tr w:rsidR="6A35D769" w:rsidTr="78C2ED44" w14:paraId="49D7C769">
        <w:trPr>
          <w:trHeight w:val="285"/>
        </w:trPr>
        <w:tc>
          <w:tcPr>
            <w:tcW w:w="3983" w:type="dxa"/>
            <w:tcBorders>
              <w:top w:val="nil"/>
              <w:left w:val="single" w:color="auto" w:sz="8" w:space="0"/>
              <w:bottom w:val="single" w:color="auto" w:sz="8" w:space="0"/>
              <w:right w:val="single" w:color="auto" w:sz="8" w:space="0"/>
            </w:tcBorders>
            <w:tcMar/>
            <w:hideMark/>
          </w:tcPr>
          <w:p w:rsidR="7358D6D3" w:rsidP="6A35D769" w:rsidRDefault="7358D6D3" w14:paraId="786D8B9D" w14:textId="03B2E3EF">
            <w:pPr>
              <w:pStyle w:val="ListParagraph"/>
              <w:numPr>
                <w:ilvl w:val="0"/>
                <w:numId w:val="17"/>
              </w:numPr>
              <w:rPr>
                <w:noProof w:val="0"/>
                <w:lang w:val="en-US"/>
              </w:rPr>
            </w:pPr>
            <w:r w:rsidRPr="6A35D769" w:rsidR="7358D6D3">
              <w:rPr>
                <w:rFonts w:ascii="Arial Nova" w:hAnsi="Arial Nova" w:eastAsia="Arial Nova" w:cs="Arial Nova"/>
                <w:b w:val="0"/>
                <w:bCs w:val="0"/>
                <w:i w:val="0"/>
                <w:iCs w:val="0"/>
                <w:caps w:val="0"/>
                <w:smallCaps w:val="0"/>
                <w:noProof w:val="0"/>
                <w:color w:val="000000" w:themeColor="text1" w:themeTint="FF" w:themeShade="FF"/>
                <w:sz w:val="24"/>
                <w:szCs w:val="24"/>
                <w:lang w:val="en-GB"/>
              </w:rPr>
              <w:t>Experience of carrying out basic administrative tasks such as updating schedules and communicating with the office team.</w:t>
            </w:r>
          </w:p>
        </w:tc>
        <w:tc>
          <w:tcPr>
            <w:tcW w:w="1340" w:type="dxa"/>
            <w:tcBorders>
              <w:top w:val="nil"/>
              <w:left w:val="nil"/>
              <w:bottom w:val="single" w:color="auto" w:sz="8" w:space="0"/>
              <w:right w:val="single" w:color="auto" w:sz="8" w:space="0"/>
            </w:tcBorders>
            <w:tcMar/>
            <w:hideMark/>
          </w:tcPr>
          <w:p w:rsidR="6A35D769" w:rsidP="6A35D769" w:rsidRDefault="6A35D769" w14:paraId="42D89A04" w14:textId="7AE0019E">
            <w:pPr>
              <w:pStyle w:val="Normal"/>
              <w:rPr>
                <w:sz w:val="24"/>
                <w:szCs w:val="24"/>
                <w:lang w:val="en-GB"/>
              </w:rPr>
            </w:pPr>
          </w:p>
        </w:tc>
        <w:tc>
          <w:tcPr>
            <w:tcW w:w="1326" w:type="dxa"/>
            <w:tcBorders>
              <w:top w:val="nil"/>
              <w:left w:val="nil"/>
              <w:bottom w:val="single" w:color="auto" w:sz="8" w:space="0"/>
              <w:right w:val="single" w:color="auto" w:sz="8" w:space="0"/>
            </w:tcBorders>
            <w:tcMar/>
            <w:hideMark/>
          </w:tcPr>
          <w:p w:rsidR="6A35D769" w:rsidP="6A35D769" w:rsidRDefault="6A35D769" w14:paraId="1675E44F">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981" w:type="dxa"/>
            <w:tcBorders>
              <w:top w:val="nil"/>
              <w:left w:val="nil"/>
              <w:bottom w:val="single" w:color="auto" w:sz="8" w:space="0"/>
              <w:right w:val="single" w:color="auto" w:sz="8" w:space="0"/>
            </w:tcBorders>
            <w:tcMar/>
            <w:hideMark/>
          </w:tcPr>
          <w:p w:rsidR="6A35D769" w:rsidP="3867676A" w:rsidRDefault="6A35D769" w14:paraId="0BF66C6F" w14:textId="5930F3E9">
            <w:pPr>
              <w:pStyle w:val="Normal"/>
              <w:rPr>
                <w:sz w:val="24"/>
                <w:szCs w:val="24"/>
                <w:lang w:val="en-GB"/>
              </w:rPr>
            </w:pPr>
            <w:r w:rsidRPr="3867676A" w:rsidR="56180235">
              <w:rPr>
                <w:sz w:val="24"/>
                <w:szCs w:val="24"/>
              </w:rPr>
              <w:t>Application Form / Interview</w:t>
            </w:r>
            <w:r w:rsidRPr="3867676A" w:rsidR="56180235">
              <w:rPr>
                <w:sz w:val="24"/>
                <w:szCs w:val="24"/>
                <w:lang w:val="en-GB"/>
              </w:rPr>
              <w:t> </w:t>
            </w:r>
          </w:p>
        </w:tc>
      </w:tr>
      <w:tr w:rsidR="6A35D769" w:rsidTr="78C2ED44" w14:paraId="6E4FF278">
        <w:trPr>
          <w:trHeight w:val="285"/>
        </w:trPr>
        <w:tc>
          <w:tcPr>
            <w:tcW w:w="3983" w:type="dxa"/>
            <w:tcBorders>
              <w:top w:val="nil"/>
              <w:left w:val="single" w:color="auto" w:sz="8" w:space="0"/>
              <w:bottom w:val="single" w:color="auto" w:sz="8" w:space="0"/>
              <w:right w:val="single" w:color="auto" w:sz="8" w:space="0"/>
            </w:tcBorders>
            <w:tcMar/>
            <w:hideMark/>
          </w:tcPr>
          <w:p w:rsidR="7358D6D3" w:rsidP="6A35D769" w:rsidRDefault="7358D6D3" w14:paraId="395E3F77" w14:textId="27DEA086">
            <w:pPr>
              <w:pStyle w:val="ListParagraph"/>
              <w:numPr>
                <w:ilvl w:val="0"/>
                <w:numId w:val="17"/>
              </w:numPr>
              <w:rPr>
                <w:noProof w:val="0"/>
                <w:lang w:val="en-US"/>
              </w:rPr>
            </w:pPr>
            <w:r w:rsidRPr="6A35D769" w:rsidR="7358D6D3">
              <w:rPr>
                <w:rFonts w:ascii="Arial Nova" w:hAnsi="Arial Nova" w:eastAsia="Arial Nova" w:cs="Arial Nova"/>
                <w:b w:val="0"/>
                <w:bCs w:val="0"/>
                <w:i w:val="0"/>
                <w:iCs w:val="0"/>
                <w:caps w:val="0"/>
                <w:smallCaps w:val="0"/>
                <w:noProof w:val="0"/>
                <w:color w:val="000000" w:themeColor="text1" w:themeTint="FF" w:themeShade="FF"/>
                <w:sz w:val="24"/>
                <w:szCs w:val="24"/>
                <w:lang w:val="en-GB"/>
              </w:rPr>
              <w:t>Confidence using mobile apps or digital tools to log work activity and view schedules.</w:t>
            </w:r>
          </w:p>
        </w:tc>
        <w:tc>
          <w:tcPr>
            <w:tcW w:w="1340" w:type="dxa"/>
            <w:tcBorders>
              <w:top w:val="nil"/>
              <w:left w:val="nil"/>
              <w:bottom w:val="single" w:color="auto" w:sz="8" w:space="0"/>
              <w:right w:val="single" w:color="auto" w:sz="8" w:space="0"/>
            </w:tcBorders>
            <w:tcMar/>
            <w:hideMark/>
          </w:tcPr>
          <w:p w:rsidR="6A35D769" w:rsidP="6A35D769" w:rsidRDefault="6A35D769" w14:paraId="422B96F6" w14:textId="6C5DE136">
            <w:pPr>
              <w:pStyle w:val="Normal"/>
              <w:rPr>
                <w:sz w:val="24"/>
                <w:szCs w:val="24"/>
                <w:lang w:val="en-GB"/>
              </w:rPr>
            </w:pPr>
          </w:p>
        </w:tc>
        <w:tc>
          <w:tcPr>
            <w:tcW w:w="1326" w:type="dxa"/>
            <w:tcBorders>
              <w:top w:val="nil"/>
              <w:left w:val="nil"/>
              <w:bottom w:val="single" w:color="auto" w:sz="8" w:space="0"/>
              <w:right w:val="single" w:color="auto" w:sz="8" w:space="0"/>
            </w:tcBorders>
            <w:tcMar/>
            <w:hideMark/>
          </w:tcPr>
          <w:p w:rsidR="6A35D769" w:rsidP="6A35D769" w:rsidRDefault="6A35D769" w14:paraId="3D8FA17A">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981" w:type="dxa"/>
            <w:tcBorders>
              <w:top w:val="nil"/>
              <w:left w:val="nil"/>
              <w:bottom w:val="single" w:color="auto" w:sz="8" w:space="0"/>
              <w:right w:val="single" w:color="auto" w:sz="8" w:space="0"/>
            </w:tcBorders>
            <w:tcMar/>
            <w:hideMark/>
          </w:tcPr>
          <w:p w:rsidR="6A35D769" w:rsidP="3867676A" w:rsidRDefault="6A35D769" w14:paraId="139479EB" w14:textId="5966CAC8">
            <w:pPr>
              <w:pStyle w:val="Normal"/>
              <w:rPr>
                <w:sz w:val="24"/>
                <w:szCs w:val="24"/>
                <w:lang w:val="en-GB"/>
              </w:rPr>
            </w:pPr>
            <w:r w:rsidRPr="3867676A" w:rsidR="4752351B">
              <w:rPr>
                <w:sz w:val="24"/>
                <w:szCs w:val="24"/>
              </w:rPr>
              <w:t>Application Form / Interview</w:t>
            </w:r>
            <w:r w:rsidRPr="3867676A" w:rsidR="4752351B">
              <w:rPr>
                <w:sz w:val="24"/>
                <w:szCs w:val="24"/>
                <w:lang w:val="en-GB"/>
              </w:rPr>
              <w:t> </w:t>
            </w:r>
          </w:p>
        </w:tc>
      </w:tr>
      <w:tr w:rsidR="6A35D769" w:rsidTr="78C2ED44" w14:paraId="7D92304D">
        <w:trPr>
          <w:trHeight w:val="285"/>
        </w:trPr>
        <w:tc>
          <w:tcPr>
            <w:tcW w:w="3983" w:type="dxa"/>
            <w:tcBorders>
              <w:top w:val="nil"/>
              <w:left w:val="single" w:color="auto" w:sz="8" w:space="0"/>
              <w:bottom w:val="single" w:color="auto" w:sz="8" w:space="0"/>
              <w:right w:val="single" w:color="auto" w:sz="8" w:space="0"/>
            </w:tcBorders>
            <w:tcMar/>
            <w:hideMark/>
          </w:tcPr>
          <w:p w:rsidR="7358D6D3" w:rsidP="6A35D769" w:rsidRDefault="7358D6D3" w14:paraId="7AC3892C" w14:textId="2E895132">
            <w:pPr>
              <w:pStyle w:val="ListParagraph"/>
              <w:numPr>
                <w:ilvl w:val="0"/>
                <w:numId w:val="17"/>
              </w:numPr>
              <w:rPr>
                <w:noProof w:val="0"/>
                <w:lang w:val="en-US"/>
              </w:rPr>
            </w:pPr>
            <w:r w:rsidRPr="6A35D769" w:rsidR="7358D6D3">
              <w:rPr>
                <w:rFonts w:ascii="Arial Nova" w:hAnsi="Arial Nova" w:eastAsia="Arial Nova" w:cs="Arial Nova"/>
                <w:b w:val="0"/>
                <w:bCs w:val="0"/>
                <w:i w:val="0"/>
                <w:iCs w:val="0"/>
                <w:caps w:val="0"/>
                <w:smallCaps w:val="0"/>
                <w:noProof w:val="0"/>
                <w:color w:val="000000" w:themeColor="text1" w:themeTint="FF" w:themeShade="FF"/>
                <w:sz w:val="24"/>
                <w:szCs w:val="24"/>
                <w:lang w:val="en-GB"/>
              </w:rPr>
              <w:t xml:space="preserve">The ability to follow completed home risk assessments, service </w:t>
            </w:r>
            <w:r w:rsidRPr="6A35D769" w:rsidR="7358D6D3">
              <w:rPr>
                <w:rFonts w:ascii="Arial Nova" w:hAnsi="Arial Nova" w:eastAsia="Arial Nova" w:cs="Arial Nova"/>
                <w:b w:val="0"/>
                <w:bCs w:val="0"/>
                <w:i w:val="0"/>
                <w:iCs w:val="0"/>
                <w:caps w:val="0"/>
                <w:smallCaps w:val="0"/>
                <w:noProof w:val="0"/>
                <w:color w:val="000000" w:themeColor="text1" w:themeTint="FF" w:themeShade="FF"/>
                <w:sz w:val="24"/>
                <w:szCs w:val="24"/>
                <w:lang w:val="en-GB"/>
              </w:rPr>
              <w:t>guidelines</w:t>
            </w:r>
            <w:r w:rsidRPr="6A35D769" w:rsidR="7358D6D3">
              <w:rPr>
                <w:rFonts w:ascii="Arial Nova" w:hAnsi="Arial Nova" w:eastAsia="Arial Nova" w:cs="Arial Nova"/>
                <w:b w:val="0"/>
                <w:bCs w:val="0"/>
                <w:i w:val="0"/>
                <w:iCs w:val="0"/>
                <w:caps w:val="0"/>
                <w:smallCaps w:val="0"/>
                <w:noProof w:val="0"/>
                <w:color w:val="000000" w:themeColor="text1" w:themeTint="FF" w:themeShade="FF"/>
                <w:sz w:val="24"/>
                <w:szCs w:val="24"/>
                <w:lang w:val="en-GB"/>
              </w:rPr>
              <w:t xml:space="preserve"> and procedures.</w:t>
            </w:r>
          </w:p>
        </w:tc>
        <w:tc>
          <w:tcPr>
            <w:tcW w:w="1340" w:type="dxa"/>
            <w:tcBorders>
              <w:top w:val="nil"/>
              <w:left w:val="nil"/>
              <w:bottom w:val="single" w:color="auto" w:sz="8" w:space="0"/>
              <w:right w:val="single" w:color="auto" w:sz="8" w:space="0"/>
            </w:tcBorders>
            <w:tcMar/>
            <w:hideMark/>
          </w:tcPr>
          <w:p w:rsidR="6A35D769" w:rsidP="6A35D769" w:rsidRDefault="6A35D769" w14:paraId="72680936" w14:textId="497E21EE">
            <w:pPr>
              <w:pStyle w:val="Normal"/>
              <w:rPr>
                <w:sz w:val="24"/>
                <w:szCs w:val="24"/>
                <w:lang w:val="en-GB"/>
              </w:rPr>
            </w:pPr>
          </w:p>
        </w:tc>
        <w:tc>
          <w:tcPr>
            <w:tcW w:w="1326" w:type="dxa"/>
            <w:tcBorders>
              <w:top w:val="nil"/>
              <w:left w:val="nil"/>
              <w:bottom w:val="single" w:color="auto" w:sz="8" w:space="0"/>
              <w:right w:val="single" w:color="auto" w:sz="8" w:space="0"/>
            </w:tcBorders>
            <w:tcMar/>
            <w:hideMark/>
          </w:tcPr>
          <w:p w:rsidR="6A35D769" w:rsidP="6A35D769" w:rsidRDefault="6A35D769" w14:paraId="1F1CA64A">
            <w:pPr>
              <w:rPr>
                <w:sz w:val="24"/>
                <w:szCs w:val="24"/>
                <w:lang w:val="en-GB"/>
              </w:rPr>
            </w:pPr>
            <w:r w:rsidRPr="6A35D769" w:rsidR="6A35D769">
              <w:rPr>
                <w:sz w:val="24"/>
                <w:szCs w:val="24"/>
                <w:lang w:val="en-GB"/>
              </w:rPr>
              <w:t>  </w:t>
            </w:r>
            <w:r w:rsidRPr="6A35D769" w:rsidR="6A35D769">
              <w:rPr>
                <w:rFonts w:ascii="Segoe UI Emoji" w:hAnsi="Segoe UI Emoji" w:cs="Segoe UI Emoji"/>
                <w:sz w:val="24"/>
                <w:szCs w:val="24"/>
              </w:rPr>
              <w:t>✔️</w:t>
            </w:r>
          </w:p>
        </w:tc>
        <w:tc>
          <w:tcPr>
            <w:tcW w:w="1981" w:type="dxa"/>
            <w:tcBorders>
              <w:top w:val="nil"/>
              <w:left w:val="nil"/>
              <w:bottom w:val="single" w:color="auto" w:sz="8" w:space="0"/>
              <w:right w:val="single" w:color="auto" w:sz="8" w:space="0"/>
            </w:tcBorders>
            <w:tcMar/>
            <w:hideMark/>
          </w:tcPr>
          <w:p w:rsidR="6A35D769" w:rsidP="3867676A" w:rsidRDefault="6A35D769" w14:paraId="18D34214" w14:textId="47B748F5">
            <w:pPr>
              <w:pStyle w:val="Normal"/>
              <w:rPr>
                <w:sz w:val="24"/>
                <w:szCs w:val="24"/>
                <w:lang w:val="en-GB"/>
              </w:rPr>
            </w:pPr>
            <w:r w:rsidRPr="3867676A" w:rsidR="205D9C00">
              <w:rPr>
                <w:sz w:val="24"/>
                <w:szCs w:val="24"/>
              </w:rPr>
              <w:t>Application Form / Interview</w:t>
            </w:r>
            <w:r w:rsidRPr="3867676A" w:rsidR="205D9C00">
              <w:rPr>
                <w:sz w:val="24"/>
                <w:szCs w:val="24"/>
                <w:lang w:val="en-GB"/>
              </w:rPr>
              <w:t> </w:t>
            </w:r>
          </w:p>
        </w:tc>
      </w:tr>
    </w:tbl>
    <w:p w:rsidR="3867676A" w:rsidRDefault="3867676A" w14:paraId="25BD13AD" w14:textId="40F1C2A5"/>
    <w:p w:rsidR="006C705D" w:rsidP="00D52046" w:rsidRDefault="006C705D" w14:paraId="7EB03288" w14:textId="77777777">
      <w:pPr>
        <w:rPr>
          <w:sz w:val="24"/>
          <w:szCs w:val="24"/>
        </w:rPr>
      </w:pPr>
    </w:p>
    <w:p w:rsidR="00D52046" w:rsidP="00D52046" w:rsidRDefault="00D52046" w14:paraId="068CD4E4" w14:textId="6471B585">
      <w:pPr>
        <w:rPr>
          <w:sz w:val="24"/>
          <w:szCs w:val="24"/>
          <w:lang w:val="en-GB"/>
        </w:rPr>
      </w:pPr>
      <w:r w:rsidRPr="3867676A" w:rsidR="784F179D">
        <w:rPr>
          <w:sz w:val="24"/>
          <w:szCs w:val="24"/>
        </w:rPr>
        <w:t xml:space="preserve">The successful candidate must be willing to undertake an enhanced DBS as well as provide references. The </w:t>
      </w:r>
      <w:r w:rsidRPr="3867676A" w:rsidR="7F4E4861">
        <w:rPr>
          <w:sz w:val="24"/>
          <w:szCs w:val="24"/>
        </w:rPr>
        <w:t xml:space="preserve">cost of the </w:t>
      </w:r>
      <w:r w:rsidRPr="3867676A" w:rsidR="784F179D">
        <w:rPr>
          <w:sz w:val="24"/>
          <w:szCs w:val="24"/>
        </w:rPr>
        <w:t xml:space="preserve">DBS is covered by the </w:t>
      </w:r>
      <w:proofErr w:type="spellStart"/>
      <w:r w:rsidRPr="3867676A" w:rsidR="784F179D">
        <w:rPr>
          <w:sz w:val="24"/>
          <w:szCs w:val="24"/>
        </w:rPr>
        <w:t>organisation</w:t>
      </w:r>
      <w:proofErr w:type="spellEnd"/>
      <w:r w:rsidRPr="3867676A" w:rsidR="784F179D">
        <w:rPr>
          <w:sz w:val="24"/>
          <w:szCs w:val="24"/>
        </w:rPr>
        <w:t>.</w:t>
      </w:r>
      <w:r w:rsidRPr="3867676A" w:rsidR="784F179D">
        <w:rPr>
          <w:sz w:val="24"/>
          <w:szCs w:val="24"/>
          <w:lang w:val="en-GB"/>
        </w:rPr>
        <w:t> </w:t>
      </w:r>
    </w:p>
    <w:p w:rsidR="3867676A" w:rsidP="3867676A" w:rsidRDefault="3867676A" w14:paraId="300DAD47" w14:textId="128FB7B4">
      <w:pPr>
        <w:rPr>
          <w:b w:val="1"/>
          <w:bCs w:val="1"/>
          <w:color w:val="0070C0"/>
        </w:rPr>
      </w:pPr>
    </w:p>
    <w:p w:rsidR="78C2ED44" w:rsidP="78C2ED44" w:rsidRDefault="78C2ED44" w14:paraId="7C381528" w14:textId="1CFCC345">
      <w:pPr>
        <w:rPr>
          <w:b w:val="1"/>
          <w:bCs w:val="1"/>
          <w:color w:val="0070C0"/>
        </w:rPr>
      </w:pPr>
    </w:p>
    <w:p w:rsidR="78C2ED44" w:rsidP="78C2ED44" w:rsidRDefault="78C2ED44" w14:paraId="561A0A11" w14:textId="734510F3">
      <w:pPr>
        <w:rPr>
          <w:b w:val="1"/>
          <w:bCs w:val="1"/>
          <w:color w:val="0070C0"/>
        </w:rPr>
      </w:pPr>
    </w:p>
    <w:p w:rsidR="3867676A" w:rsidP="3867676A" w:rsidRDefault="3867676A" w14:paraId="0417B725" w14:textId="1A2E210A">
      <w:pPr>
        <w:rPr>
          <w:b w:val="1"/>
          <w:bCs w:val="1"/>
          <w:color w:val="0070C0"/>
        </w:rPr>
      </w:pPr>
    </w:p>
    <w:p w:rsidR="3867676A" w:rsidP="3867676A" w:rsidRDefault="3867676A" w14:paraId="2BD1EAEA" w14:textId="50194576">
      <w:pPr>
        <w:rPr>
          <w:b w:val="1"/>
          <w:bCs w:val="1"/>
          <w:color w:val="0070C0"/>
        </w:rPr>
      </w:pPr>
    </w:p>
    <w:p w:rsidRPr="00D52046" w:rsidR="00440F08" w:rsidP="00D52046" w:rsidRDefault="009340A1" w14:paraId="62242312" w14:textId="7223309E">
      <w:pPr>
        <w:rPr>
          <w:lang w:val="en-GB"/>
        </w:rPr>
      </w:pPr>
      <w:r w:rsidRPr="00D52046">
        <w:rPr>
          <w:b/>
          <w:bCs/>
          <w:color w:val="0070C0"/>
        </w:rPr>
        <w:t>Employee Benefits</w:t>
      </w:r>
    </w:p>
    <w:p w:rsidR="00D52046" w:rsidP="00D52046" w:rsidRDefault="009340A1" w14:paraId="475296BA" w14:textId="77777777">
      <w:r>
        <w:t>We offer a supportive and inclusive working environment, including:</w:t>
      </w:r>
      <w:r>
        <w:br/>
      </w:r>
      <w:r>
        <w:br/>
      </w:r>
      <w:r>
        <w:t xml:space="preserve">• Competitive pay and holiday entitlements  </w:t>
      </w:r>
      <w:r>
        <w:br/>
      </w:r>
      <w:r>
        <w:t xml:space="preserve">• </w:t>
      </w:r>
      <w:r w:rsidR="00D52046">
        <w:t>Contribution to a</w:t>
      </w:r>
      <w:r>
        <w:t xml:space="preserve"> pension scheme  </w:t>
      </w:r>
      <w:r>
        <w:br/>
      </w:r>
      <w:r>
        <w:t xml:space="preserve">• Access to </w:t>
      </w:r>
      <w:r w:rsidR="00D52046">
        <w:t xml:space="preserve">medical insurance </w:t>
      </w:r>
      <w:r>
        <w:t xml:space="preserve">  </w:t>
      </w:r>
      <w:r>
        <w:br/>
      </w:r>
      <w:r>
        <w:t xml:space="preserve">• Ongoing training and development opportunities  </w:t>
      </w:r>
      <w:r>
        <w:br/>
      </w:r>
      <w:r>
        <w:t>• A strong team culture based on respect and inclusion</w:t>
      </w:r>
    </w:p>
    <w:p w:rsidRPr="00D52046" w:rsidR="00D52046" w:rsidP="00D52046" w:rsidRDefault="00D52046" w14:paraId="69E786CD" w14:textId="77777777">
      <w:pPr>
        <w:rPr>
          <w:b/>
          <w:bCs/>
          <w:color w:val="0070C0"/>
        </w:rPr>
      </w:pPr>
    </w:p>
    <w:p w:rsidRPr="00D52046" w:rsidR="00440F08" w:rsidP="00D52046" w:rsidRDefault="009340A1" w14:paraId="7008CB77" w14:textId="466D4B1E">
      <w:pPr>
        <w:rPr>
          <w:b/>
          <w:bCs/>
          <w:color w:val="0070C0"/>
        </w:rPr>
      </w:pPr>
      <w:r w:rsidRPr="00D52046">
        <w:rPr>
          <w:b/>
          <w:bCs/>
          <w:color w:val="0070C0"/>
        </w:rPr>
        <w:t>Our Services</w:t>
      </w:r>
    </w:p>
    <w:p w:rsidR="00440F08" w:rsidRDefault="009340A1" w14:paraId="1C728AFF" w14:textId="109B5B6E">
      <w:r>
        <w:t>We provide a wide range of services across Salford and Trafford, including:</w:t>
      </w:r>
      <w:r>
        <w:br/>
      </w:r>
      <w:r>
        <w:br/>
      </w:r>
      <w:r>
        <w:t xml:space="preserve">• Dementia Support and Day Services  </w:t>
      </w:r>
      <w:r>
        <w:br/>
      </w:r>
      <w:r>
        <w:t xml:space="preserve">• Information, </w:t>
      </w:r>
      <w:r w:rsidR="00D52046">
        <w:t xml:space="preserve">Advice and Signposting </w:t>
      </w:r>
      <w:r>
        <w:br/>
      </w:r>
      <w:r>
        <w:t xml:space="preserve">• Community Engagement and Befriending  </w:t>
      </w:r>
      <w:r>
        <w:br/>
      </w:r>
      <w:r>
        <w:t>• Health and Wellbeing Activities</w:t>
      </w:r>
      <w:r w:rsidR="00D52046">
        <w:t xml:space="preserve"> and support services </w:t>
      </w:r>
      <w:r>
        <w:br/>
      </w:r>
      <w:r>
        <w:t xml:space="preserve">• Support at Home (cleaning, shopping, companionship)  </w:t>
      </w:r>
      <w:r>
        <w:br/>
      </w:r>
      <w:r>
        <w:t xml:space="preserve">• Falls Prevention and Physical Activity  </w:t>
      </w:r>
      <w:r>
        <w:br/>
      </w:r>
      <w:r>
        <w:t>• Bereavement and Carers Support</w:t>
      </w:r>
      <w:r>
        <w:br/>
      </w:r>
      <w:r>
        <w:br/>
      </w:r>
      <w:r>
        <w:t>We are constantly evolving our services to meet the diverse needs of older people in our communities.</w:t>
      </w:r>
    </w:p>
    <w:p w:rsidR="00D52046" w:rsidRDefault="00D52046" w14:paraId="631D349B" w14:textId="77777777">
      <w:pPr>
        <w:rPr>
          <w:b/>
          <w:bCs/>
          <w:color w:val="0070C0"/>
        </w:rPr>
      </w:pPr>
    </w:p>
    <w:p w:rsidR="00D52046" w:rsidRDefault="00D52046" w14:paraId="6BF1F3D0" w14:textId="7E822D9F">
      <w:pPr>
        <w:rPr>
          <w:b/>
          <w:bCs/>
          <w:color w:val="0070C0"/>
        </w:rPr>
      </w:pPr>
      <w:r w:rsidRPr="00D52046">
        <w:rPr>
          <w:b/>
          <w:bCs/>
          <w:color w:val="0070C0"/>
        </w:rPr>
        <w:t>Equality, Diversity and Inclusion statement</w:t>
      </w:r>
    </w:p>
    <w:p w:rsidRPr="00D52046" w:rsidR="00D52046" w:rsidP="00D52046" w:rsidRDefault="00D52046" w14:paraId="0CFC589D" w14:textId="7C9B85FA">
      <w:pPr>
        <w:rPr>
          <w:lang w:val="en-GB"/>
        </w:rPr>
      </w:pPr>
      <w:r w:rsidRPr="00D52046">
        <w:rPr>
          <w:lang w:val="en-GB"/>
        </w:rPr>
        <w:t>At Age UK Salford and Trafford, we are committed to building a diverse and inclusive workforce that reflects the communities we serve. We welcome applications from people of all backgrounds, identities and experiences</w:t>
      </w:r>
      <w:r>
        <w:rPr>
          <w:lang w:val="en-GB"/>
        </w:rPr>
        <w:t>.</w:t>
      </w:r>
    </w:p>
    <w:p w:rsidRPr="00D52046" w:rsidR="00D52046" w:rsidP="00D52046" w:rsidRDefault="00D52046" w14:paraId="47E03D27" w14:textId="42D84956">
      <w:pPr>
        <w:rPr>
          <w:lang w:val="en-GB"/>
        </w:rPr>
      </w:pPr>
      <w:r w:rsidRPr="00D52046">
        <w:rPr>
          <w:lang w:val="en-GB"/>
        </w:rPr>
        <w:t xml:space="preserve">We are proud to be an equal opportunities employer. We value the unique perspectives that </w:t>
      </w:r>
      <w:proofErr w:type="gramStart"/>
      <w:r w:rsidRPr="00D52046">
        <w:rPr>
          <w:lang w:val="en-GB"/>
        </w:rPr>
        <w:t>each individual</w:t>
      </w:r>
      <w:proofErr w:type="gramEnd"/>
      <w:r w:rsidRPr="00D52046">
        <w:rPr>
          <w:lang w:val="en-GB"/>
        </w:rPr>
        <w:t xml:space="preserve"> </w:t>
      </w:r>
      <w:proofErr w:type="gramStart"/>
      <w:r w:rsidRPr="00D52046">
        <w:rPr>
          <w:lang w:val="en-GB"/>
        </w:rPr>
        <w:t>brings</w:t>
      </w:r>
      <w:proofErr w:type="gramEnd"/>
      <w:r w:rsidRPr="00D52046">
        <w:rPr>
          <w:lang w:val="en-GB"/>
        </w:rPr>
        <w:t xml:space="preserve"> and</w:t>
      </w:r>
      <w:r>
        <w:rPr>
          <w:lang w:val="en-GB"/>
        </w:rPr>
        <w:t xml:space="preserve"> we</w:t>
      </w:r>
      <w:r w:rsidRPr="00D52046">
        <w:rPr>
          <w:lang w:val="en-GB"/>
        </w:rPr>
        <w:t xml:space="preserve"> strive to create a working environment where everyone feels respected, supported and able to thrive.</w:t>
      </w:r>
    </w:p>
    <w:p w:rsidRPr="00D52046" w:rsidR="00D52046" w:rsidRDefault="00D52046" w14:paraId="486E69D8" w14:textId="77777777">
      <w:pPr>
        <w:rPr>
          <w:b/>
          <w:bCs/>
          <w:color w:val="0070C0"/>
          <w:lang w:val="en-GB"/>
        </w:rPr>
      </w:pPr>
    </w:p>
    <w:sectPr w:rsidRPr="00D52046" w:rsidR="00D52046"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57c5c1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dc50b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3a032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97a30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B74AC7E"/>
    <w:multiLevelType w:val="hybridMultilevel"/>
    <w:tmpl w:val="FFFFFFFF"/>
    <w:lvl w:ilvl="0" w:tplc="90768BE6">
      <w:start w:val="1"/>
      <w:numFmt w:val="bullet"/>
      <w:lvlText w:val=""/>
      <w:lvlJc w:val="left"/>
      <w:pPr>
        <w:ind w:left="720" w:hanging="360"/>
      </w:pPr>
      <w:rPr>
        <w:rFonts w:hint="default" w:ascii="Symbol" w:hAnsi="Symbol"/>
      </w:rPr>
    </w:lvl>
    <w:lvl w:ilvl="1" w:tplc="64326EF4">
      <w:start w:val="1"/>
      <w:numFmt w:val="bullet"/>
      <w:lvlText w:val="o"/>
      <w:lvlJc w:val="left"/>
      <w:pPr>
        <w:ind w:left="1440" w:hanging="360"/>
      </w:pPr>
      <w:rPr>
        <w:rFonts w:hint="default" w:ascii="Courier New" w:hAnsi="Courier New"/>
      </w:rPr>
    </w:lvl>
    <w:lvl w:ilvl="2" w:tplc="DF6CC654">
      <w:start w:val="1"/>
      <w:numFmt w:val="bullet"/>
      <w:lvlText w:val=""/>
      <w:lvlJc w:val="left"/>
      <w:pPr>
        <w:ind w:left="2160" w:hanging="360"/>
      </w:pPr>
      <w:rPr>
        <w:rFonts w:hint="default" w:ascii="Wingdings" w:hAnsi="Wingdings"/>
      </w:rPr>
    </w:lvl>
    <w:lvl w:ilvl="3" w:tplc="F862690C">
      <w:start w:val="1"/>
      <w:numFmt w:val="bullet"/>
      <w:lvlText w:val=""/>
      <w:lvlJc w:val="left"/>
      <w:pPr>
        <w:ind w:left="2880" w:hanging="360"/>
      </w:pPr>
      <w:rPr>
        <w:rFonts w:hint="default" w:ascii="Symbol" w:hAnsi="Symbol"/>
      </w:rPr>
    </w:lvl>
    <w:lvl w:ilvl="4" w:tplc="7292C41E">
      <w:start w:val="1"/>
      <w:numFmt w:val="bullet"/>
      <w:lvlText w:val="o"/>
      <w:lvlJc w:val="left"/>
      <w:pPr>
        <w:ind w:left="3600" w:hanging="360"/>
      </w:pPr>
      <w:rPr>
        <w:rFonts w:hint="default" w:ascii="Courier New" w:hAnsi="Courier New"/>
      </w:rPr>
    </w:lvl>
    <w:lvl w:ilvl="5" w:tplc="536A8396">
      <w:start w:val="1"/>
      <w:numFmt w:val="bullet"/>
      <w:lvlText w:val=""/>
      <w:lvlJc w:val="left"/>
      <w:pPr>
        <w:ind w:left="4320" w:hanging="360"/>
      </w:pPr>
      <w:rPr>
        <w:rFonts w:hint="default" w:ascii="Wingdings" w:hAnsi="Wingdings"/>
      </w:rPr>
    </w:lvl>
    <w:lvl w:ilvl="6" w:tplc="9840682C">
      <w:start w:val="1"/>
      <w:numFmt w:val="bullet"/>
      <w:lvlText w:val=""/>
      <w:lvlJc w:val="left"/>
      <w:pPr>
        <w:ind w:left="5040" w:hanging="360"/>
      </w:pPr>
      <w:rPr>
        <w:rFonts w:hint="default" w:ascii="Symbol" w:hAnsi="Symbol"/>
      </w:rPr>
    </w:lvl>
    <w:lvl w:ilvl="7" w:tplc="CCDE0170">
      <w:start w:val="1"/>
      <w:numFmt w:val="bullet"/>
      <w:lvlText w:val="o"/>
      <w:lvlJc w:val="left"/>
      <w:pPr>
        <w:ind w:left="5760" w:hanging="360"/>
      </w:pPr>
      <w:rPr>
        <w:rFonts w:hint="default" w:ascii="Courier New" w:hAnsi="Courier New"/>
      </w:rPr>
    </w:lvl>
    <w:lvl w:ilvl="8" w:tplc="97E81DC2">
      <w:start w:val="1"/>
      <w:numFmt w:val="bullet"/>
      <w:lvlText w:val=""/>
      <w:lvlJc w:val="left"/>
      <w:pPr>
        <w:ind w:left="6480" w:hanging="360"/>
      </w:pPr>
      <w:rPr>
        <w:rFonts w:hint="default" w:ascii="Wingdings" w:hAnsi="Wingdings"/>
      </w:rPr>
    </w:lvl>
  </w:abstractNum>
  <w:abstractNum w:abstractNumId="10" w15:restartNumberingAfterBreak="0">
    <w:nsid w:val="1F86085F"/>
    <w:multiLevelType w:val="hybridMultilevel"/>
    <w:tmpl w:val="99D043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63865441"/>
    <w:multiLevelType w:val="hybridMultilevel"/>
    <w:tmpl w:val="273C7C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756F6EFD"/>
    <w:multiLevelType w:val="hybridMultilevel"/>
    <w:tmpl w:val="68D8B8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A964BE0"/>
    <w:multiLevelType w:val="hybridMultilevel"/>
    <w:tmpl w:val="FFFFFFFF"/>
    <w:lvl w:ilvl="0" w:tplc="89FC0B7A">
      <w:start w:val="1"/>
      <w:numFmt w:val="bullet"/>
      <w:lvlText w:val=""/>
      <w:lvlJc w:val="left"/>
      <w:pPr>
        <w:ind w:left="720" w:hanging="360"/>
      </w:pPr>
      <w:rPr>
        <w:rFonts w:hint="default" w:ascii="Symbol" w:hAnsi="Symbol"/>
      </w:rPr>
    </w:lvl>
    <w:lvl w:ilvl="1" w:tplc="C004F36A">
      <w:start w:val="1"/>
      <w:numFmt w:val="bullet"/>
      <w:lvlText w:val="o"/>
      <w:lvlJc w:val="left"/>
      <w:pPr>
        <w:ind w:left="1440" w:hanging="360"/>
      </w:pPr>
      <w:rPr>
        <w:rFonts w:hint="default" w:ascii="Courier New" w:hAnsi="Courier New"/>
      </w:rPr>
    </w:lvl>
    <w:lvl w:ilvl="2" w:tplc="E4809E58">
      <w:start w:val="1"/>
      <w:numFmt w:val="bullet"/>
      <w:lvlText w:val=""/>
      <w:lvlJc w:val="left"/>
      <w:pPr>
        <w:ind w:left="2160" w:hanging="360"/>
      </w:pPr>
      <w:rPr>
        <w:rFonts w:hint="default" w:ascii="Wingdings" w:hAnsi="Wingdings"/>
      </w:rPr>
    </w:lvl>
    <w:lvl w:ilvl="3" w:tplc="FD78A9C0">
      <w:start w:val="1"/>
      <w:numFmt w:val="bullet"/>
      <w:lvlText w:val=""/>
      <w:lvlJc w:val="left"/>
      <w:pPr>
        <w:ind w:left="2880" w:hanging="360"/>
      </w:pPr>
      <w:rPr>
        <w:rFonts w:hint="default" w:ascii="Symbol" w:hAnsi="Symbol"/>
      </w:rPr>
    </w:lvl>
    <w:lvl w:ilvl="4" w:tplc="CE44B5C4">
      <w:start w:val="1"/>
      <w:numFmt w:val="bullet"/>
      <w:lvlText w:val="o"/>
      <w:lvlJc w:val="left"/>
      <w:pPr>
        <w:ind w:left="3600" w:hanging="360"/>
      </w:pPr>
      <w:rPr>
        <w:rFonts w:hint="default" w:ascii="Courier New" w:hAnsi="Courier New"/>
      </w:rPr>
    </w:lvl>
    <w:lvl w:ilvl="5" w:tplc="BC20B632">
      <w:start w:val="1"/>
      <w:numFmt w:val="bullet"/>
      <w:lvlText w:val=""/>
      <w:lvlJc w:val="left"/>
      <w:pPr>
        <w:ind w:left="4320" w:hanging="360"/>
      </w:pPr>
      <w:rPr>
        <w:rFonts w:hint="default" w:ascii="Wingdings" w:hAnsi="Wingdings"/>
      </w:rPr>
    </w:lvl>
    <w:lvl w:ilvl="6" w:tplc="27DCA9CC">
      <w:start w:val="1"/>
      <w:numFmt w:val="bullet"/>
      <w:lvlText w:val=""/>
      <w:lvlJc w:val="left"/>
      <w:pPr>
        <w:ind w:left="5040" w:hanging="360"/>
      </w:pPr>
      <w:rPr>
        <w:rFonts w:hint="default" w:ascii="Symbol" w:hAnsi="Symbol"/>
      </w:rPr>
    </w:lvl>
    <w:lvl w:ilvl="7" w:tplc="90408C26">
      <w:start w:val="1"/>
      <w:numFmt w:val="bullet"/>
      <w:lvlText w:val="o"/>
      <w:lvlJc w:val="left"/>
      <w:pPr>
        <w:ind w:left="5760" w:hanging="360"/>
      </w:pPr>
      <w:rPr>
        <w:rFonts w:hint="default" w:ascii="Courier New" w:hAnsi="Courier New"/>
      </w:rPr>
    </w:lvl>
    <w:lvl w:ilvl="8" w:tplc="0B14735C">
      <w:start w:val="1"/>
      <w:numFmt w:val="bullet"/>
      <w:lvlText w:val=""/>
      <w:lvlJc w:val="left"/>
      <w:pPr>
        <w:ind w:left="6480" w:hanging="360"/>
      </w:pPr>
      <w:rPr>
        <w:rFonts w:hint="default" w:ascii="Wingdings" w:hAnsi="Wingdings"/>
      </w:rPr>
    </w:lvl>
  </w:abstractNum>
  <w:num w:numId="18">
    <w:abstractNumId w:val="17"/>
  </w:num>
  <w:num w:numId="17">
    <w:abstractNumId w:val="16"/>
  </w:num>
  <w:num w:numId="16">
    <w:abstractNumId w:val="15"/>
  </w:num>
  <w:num w:numId="15">
    <w:abstractNumId w:val="14"/>
  </w:num>
  <w:num w:numId="1" w16cid:durableId="1068385838">
    <w:abstractNumId w:val="13"/>
  </w:num>
  <w:num w:numId="2" w16cid:durableId="1855726702">
    <w:abstractNumId w:val="9"/>
  </w:num>
  <w:num w:numId="3" w16cid:durableId="284969709">
    <w:abstractNumId w:val="8"/>
  </w:num>
  <w:num w:numId="4" w16cid:durableId="293561461">
    <w:abstractNumId w:val="6"/>
  </w:num>
  <w:num w:numId="5" w16cid:durableId="2121073379">
    <w:abstractNumId w:val="5"/>
  </w:num>
  <w:num w:numId="6" w16cid:durableId="2034067741">
    <w:abstractNumId w:val="4"/>
  </w:num>
  <w:num w:numId="7" w16cid:durableId="530610898">
    <w:abstractNumId w:val="7"/>
  </w:num>
  <w:num w:numId="8" w16cid:durableId="103698688">
    <w:abstractNumId w:val="3"/>
  </w:num>
  <w:num w:numId="9" w16cid:durableId="240219245">
    <w:abstractNumId w:val="2"/>
  </w:num>
  <w:num w:numId="10" w16cid:durableId="481239909">
    <w:abstractNumId w:val="1"/>
  </w:num>
  <w:num w:numId="11" w16cid:durableId="913785097">
    <w:abstractNumId w:val="0"/>
  </w:num>
  <w:num w:numId="12" w16cid:durableId="1753041877">
    <w:abstractNumId w:val="12"/>
  </w:num>
  <w:num w:numId="13" w16cid:durableId="1974943158">
    <w:abstractNumId w:val="10"/>
    <w:lvlOverride w:ilvl="0"/>
    <w:lvlOverride w:ilvl="1"/>
    <w:lvlOverride w:ilvl="2"/>
    <w:lvlOverride w:ilvl="3"/>
    <w:lvlOverride w:ilvl="4"/>
    <w:lvlOverride w:ilvl="5"/>
    <w:lvlOverride w:ilvl="6"/>
    <w:lvlOverride w:ilvl="7"/>
    <w:lvlOverride w:ilvl="8"/>
  </w:num>
  <w:num w:numId="14" w16cid:durableId="96373308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B9F"/>
    <w:rsid w:val="00051428"/>
    <w:rsid w:val="0006063C"/>
    <w:rsid w:val="00066BC0"/>
    <w:rsid w:val="00096D62"/>
    <w:rsid w:val="000F6D1A"/>
    <w:rsid w:val="001002CC"/>
    <w:rsid w:val="00121B25"/>
    <w:rsid w:val="0013EFFF"/>
    <w:rsid w:val="0015074B"/>
    <w:rsid w:val="00170E75"/>
    <w:rsid w:val="00180FFC"/>
    <w:rsid w:val="001B6C20"/>
    <w:rsid w:val="001C0ED8"/>
    <w:rsid w:val="001C5390"/>
    <w:rsid w:val="0020370D"/>
    <w:rsid w:val="00216555"/>
    <w:rsid w:val="002215BB"/>
    <w:rsid w:val="00295B05"/>
    <w:rsid w:val="0029639D"/>
    <w:rsid w:val="002E5A17"/>
    <w:rsid w:val="00326B08"/>
    <w:rsid w:val="00326F90"/>
    <w:rsid w:val="00370E8B"/>
    <w:rsid w:val="00407221"/>
    <w:rsid w:val="00413DF0"/>
    <w:rsid w:val="00422C5A"/>
    <w:rsid w:val="00440F08"/>
    <w:rsid w:val="004724E1"/>
    <w:rsid w:val="004911EE"/>
    <w:rsid w:val="0049154C"/>
    <w:rsid w:val="004E5189"/>
    <w:rsid w:val="004F7B12"/>
    <w:rsid w:val="005A2A5A"/>
    <w:rsid w:val="005D26AE"/>
    <w:rsid w:val="005F2DC1"/>
    <w:rsid w:val="00644328"/>
    <w:rsid w:val="006A550C"/>
    <w:rsid w:val="006C705D"/>
    <w:rsid w:val="006F3855"/>
    <w:rsid w:val="006F40F2"/>
    <w:rsid w:val="00706FB1"/>
    <w:rsid w:val="0073535B"/>
    <w:rsid w:val="00740ED0"/>
    <w:rsid w:val="00764245"/>
    <w:rsid w:val="00767F82"/>
    <w:rsid w:val="00790E55"/>
    <w:rsid w:val="007A719F"/>
    <w:rsid w:val="007C2E87"/>
    <w:rsid w:val="007D12A2"/>
    <w:rsid w:val="007E28DE"/>
    <w:rsid w:val="00890BB5"/>
    <w:rsid w:val="00895650"/>
    <w:rsid w:val="00896C36"/>
    <w:rsid w:val="008B2150"/>
    <w:rsid w:val="008C7941"/>
    <w:rsid w:val="008D0AFA"/>
    <w:rsid w:val="008F5D8C"/>
    <w:rsid w:val="00924818"/>
    <w:rsid w:val="009340A1"/>
    <w:rsid w:val="009A5126"/>
    <w:rsid w:val="009F7BF5"/>
    <w:rsid w:val="00A651C3"/>
    <w:rsid w:val="00AA1D8D"/>
    <w:rsid w:val="00AA23D6"/>
    <w:rsid w:val="00AC79C6"/>
    <w:rsid w:val="00AF0C85"/>
    <w:rsid w:val="00AF3143"/>
    <w:rsid w:val="00AF3D50"/>
    <w:rsid w:val="00B17ACE"/>
    <w:rsid w:val="00B21C2D"/>
    <w:rsid w:val="00B30606"/>
    <w:rsid w:val="00B3475F"/>
    <w:rsid w:val="00B4411B"/>
    <w:rsid w:val="00B47730"/>
    <w:rsid w:val="00BD7CF0"/>
    <w:rsid w:val="00BE5D41"/>
    <w:rsid w:val="00BF7B22"/>
    <w:rsid w:val="00C0200D"/>
    <w:rsid w:val="00C02FFF"/>
    <w:rsid w:val="00C14DA1"/>
    <w:rsid w:val="00C252FC"/>
    <w:rsid w:val="00C632C4"/>
    <w:rsid w:val="00C67EA6"/>
    <w:rsid w:val="00C8266E"/>
    <w:rsid w:val="00C8406A"/>
    <w:rsid w:val="00CA7666"/>
    <w:rsid w:val="00CB0664"/>
    <w:rsid w:val="00CC6973"/>
    <w:rsid w:val="00D41C29"/>
    <w:rsid w:val="00D4573F"/>
    <w:rsid w:val="00D52046"/>
    <w:rsid w:val="00D66C50"/>
    <w:rsid w:val="00D867CA"/>
    <w:rsid w:val="00D95038"/>
    <w:rsid w:val="00DA0A7D"/>
    <w:rsid w:val="00DD4040"/>
    <w:rsid w:val="00DE50B6"/>
    <w:rsid w:val="00E16355"/>
    <w:rsid w:val="00E4308E"/>
    <w:rsid w:val="00E71522"/>
    <w:rsid w:val="00E8025C"/>
    <w:rsid w:val="00EE33B6"/>
    <w:rsid w:val="00F02330"/>
    <w:rsid w:val="00F20258"/>
    <w:rsid w:val="00F32C36"/>
    <w:rsid w:val="00F36A96"/>
    <w:rsid w:val="00F4132F"/>
    <w:rsid w:val="00F5529C"/>
    <w:rsid w:val="00F96F44"/>
    <w:rsid w:val="00FB5B82"/>
    <w:rsid w:val="00FC693F"/>
    <w:rsid w:val="014E831E"/>
    <w:rsid w:val="01779389"/>
    <w:rsid w:val="024D98EF"/>
    <w:rsid w:val="02A02B6D"/>
    <w:rsid w:val="04693026"/>
    <w:rsid w:val="06275E03"/>
    <w:rsid w:val="06CA4713"/>
    <w:rsid w:val="0C85AD1F"/>
    <w:rsid w:val="0D1296D9"/>
    <w:rsid w:val="0D2BDF03"/>
    <w:rsid w:val="0E60B322"/>
    <w:rsid w:val="0E60B322"/>
    <w:rsid w:val="1096740F"/>
    <w:rsid w:val="11339C21"/>
    <w:rsid w:val="11C9DCAF"/>
    <w:rsid w:val="11E28A77"/>
    <w:rsid w:val="121E8B59"/>
    <w:rsid w:val="1276C70C"/>
    <w:rsid w:val="129654C1"/>
    <w:rsid w:val="12B4E382"/>
    <w:rsid w:val="1389EA4A"/>
    <w:rsid w:val="14670EB5"/>
    <w:rsid w:val="1496B114"/>
    <w:rsid w:val="171C7FEF"/>
    <w:rsid w:val="1769FE58"/>
    <w:rsid w:val="19B80540"/>
    <w:rsid w:val="19E4E83B"/>
    <w:rsid w:val="1B34A966"/>
    <w:rsid w:val="1C485980"/>
    <w:rsid w:val="1D6A0D50"/>
    <w:rsid w:val="1DC1DECA"/>
    <w:rsid w:val="1DF4B034"/>
    <w:rsid w:val="1F4F5DDD"/>
    <w:rsid w:val="2018B077"/>
    <w:rsid w:val="205D9C00"/>
    <w:rsid w:val="2223CF74"/>
    <w:rsid w:val="23205E7F"/>
    <w:rsid w:val="241FE30F"/>
    <w:rsid w:val="2752D1C1"/>
    <w:rsid w:val="298FE4C5"/>
    <w:rsid w:val="2B2F84D8"/>
    <w:rsid w:val="2B2F84D8"/>
    <w:rsid w:val="2C287956"/>
    <w:rsid w:val="2C51CA0A"/>
    <w:rsid w:val="2DAFB8DB"/>
    <w:rsid w:val="2EDCA153"/>
    <w:rsid w:val="2FB86258"/>
    <w:rsid w:val="30B5CC05"/>
    <w:rsid w:val="3129B434"/>
    <w:rsid w:val="33EBE567"/>
    <w:rsid w:val="3559B48B"/>
    <w:rsid w:val="35B83FA6"/>
    <w:rsid w:val="37326FE6"/>
    <w:rsid w:val="375E73D6"/>
    <w:rsid w:val="3793E240"/>
    <w:rsid w:val="382F5804"/>
    <w:rsid w:val="384531F4"/>
    <w:rsid w:val="3867676A"/>
    <w:rsid w:val="392EDD25"/>
    <w:rsid w:val="394F7A06"/>
    <w:rsid w:val="39777626"/>
    <w:rsid w:val="39ED435D"/>
    <w:rsid w:val="3A58A782"/>
    <w:rsid w:val="3BDE7E89"/>
    <w:rsid w:val="3E00BE02"/>
    <w:rsid w:val="3E346363"/>
    <w:rsid w:val="3E771FFA"/>
    <w:rsid w:val="3F44E1AB"/>
    <w:rsid w:val="3FA79D2A"/>
    <w:rsid w:val="3FB0C644"/>
    <w:rsid w:val="420FE108"/>
    <w:rsid w:val="42C0AC71"/>
    <w:rsid w:val="44948D8D"/>
    <w:rsid w:val="449C365E"/>
    <w:rsid w:val="4752351B"/>
    <w:rsid w:val="4772136A"/>
    <w:rsid w:val="482FC902"/>
    <w:rsid w:val="4838C5BA"/>
    <w:rsid w:val="49C3FC21"/>
    <w:rsid w:val="4C14339C"/>
    <w:rsid w:val="4C7154E6"/>
    <w:rsid w:val="4C973E6A"/>
    <w:rsid w:val="4E168153"/>
    <w:rsid w:val="4EDEFC45"/>
    <w:rsid w:val="52E6F49E"/>
    <w:rsid w:val="546674F4"/>
    <w:rsid w:val="5574124F"/>
    <w:rsid w:val="558FDEA5"/>
    <w:rsid w:val="55ED1C9A"/>
    <w:rsid w:val="56180235"/>
    <w:rsid w:val="577E2F2E"/>
    <w:rsid w:val="57CFFC11"/>
    <w:rsid w:val="589C4A5A"/>
    <w:rsid w:val="58DE807D"/>
    <w:rsid w:val="5963F0A9"/>
    <w:rsid w:val="59C97CC9"/>
    <w:rsid w:val="59F97202"/>
    <w:rsid w:val="5A95C841"/>
    <w:rsid w:val="5B01C55A"/>
    <w:rsid w:val="5B15A74F"/>
    <w:rsid w:val="5B192359"/>
    <w:rsid w:val="5B45D0FE"/>
    <w:rsid w:val="5B5F501A"/>
    <w:rsid w:val="5B9CCA49"/>
    <w:rsid w:val="65B6C718"/>
    <w:rsid w:val="667CE1BA"/>
    <w:rsid w:val="684BA87A"/>
    <w:rsid w:val="6853D0AB"/>
    <w:rsid w:val="6A35D769"/>
    <w:rsid w:val="6AA87558"/>
    <w:rsid w:val="6AB363E6"/>
    <w:rsid w:val="6C0DA18C"/>
    <w:rsid w:val="6CE5CBC4"/>
    <w:rsid w:val="6E3E30B2"/>
    <w:rsid w:val="6F4228F1"/>
    <w:rsid w:val="6F99EA42"/>
    <w:rsid w:val="6FAC550D"/>
    <w:rsid w:val="710B15AD"/>
    <w:rsid w:val="7358D6D3"/>
    <w:rsid w:val="737FDBC4"/>
    <w:rsid w:val="73A272D4"/>
    <w:rsid w:val="74826EAA"/>
    <w:rsid w:val="7766AE5E"/>
    <w:rsid w:val="784F179D"/>
    <w:rsid w:val="78599C96"/>
    <w:rsid w:val="78C2ED44"/>
    <w:rsid w:val="7A3532ED"/>
    <w:rsid w:val="7B3156EB"/>
    <w:rsid w:val="7C5A0F1D"/>
    <w:rsid w:val="7D108641"/>
    <w:rsid w:val="7E0AC6E2"/>
    <w:rsid w:val="7F4E48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786688"/>
  <w14:defaultImageDpi w14:val="300"/>
  <w15:docId w15:val="{2955FF9B-E232-422C-A6D8-417F7052E8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2E2A6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image" Target="media/image2.png" Id="rId10" /><Relationship Type="http://schemas.openxmlformats.org/officeDocument/2006/relationships/customXml" Target="../customXml/item4.xml" Id="rId4" /><Relationship Type="http://schemas.openxmlformats.org/officeDocument/2006/relationships/image" Target="media/image1.jp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e2b4c2-6948-4891-bedb-ee55b2627af7" xsi:nil="true"/>
    <lcf76f155ced4ddcb4097134ff3c332f xmlns="107280f8-1271-4779-9375-05c615ea79a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515724616F534FA60E2687A8E3A93F" ma:contentTypeVersion="14" ma:contentTypeDescription="Create a new document." ma:contentTypeScope="" ma:versionID="ae9ab03792a78727391879199718a1f0">
  <xsd:schema xmlns:xsd="http://www.w3.org/2001/XMLSchema" xmlns:xs="http://www.w3.org/2001/XMLSchema" xmlns:p="http://schemas.microsoft.com/office/2006/metadata/properties" xmlns:ns2="107280f8-1271-4779-9375-05c615ea79a4" xmlns:ns3="f4e2b4c2-6948-4891-bedb-ee55b2627af7" targetNamespace="http://schemas.microsoft.com/office/2006/metadata/properties" ma:root="true" ma:fieldsID="fb5b7087673385306d282bd3e5cab1f1" ns2:_="" ns3:_="">
    <xsd:import namespace="107280f8-1271-4779-9375-05c615ea79a4"/>
    <xsd:import namespace="f4e2b4c2-6948-4891-bedb-ee55b2627a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280f8-1271-4779-9375-05c615ea7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12e0b9b-2dc7-4e81-9989-1cb7e6d49c2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e2b4c2-6948-4891-bedb-ee55b2627af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1b036-694f-4cd2-b4a4-15e8b10ec8a2}" ma:internalName="TaxCatchAll" ma:showField="CatchAllData" ma:web="f4e2b4c2-6948-4891-bedb-ee55b2627af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17958F5-89A3-4B5A-9B02-5182EA247283}">
  <ds:schemaRefs>
    <ds:schemaRef ds:uri="http://schemas.microsoft.com/sharepoint/v3/contenttype/forms"/>
  </ds:schemaRefs>
</ds:datastoreItem>
</file>

<file path=customXml/itemProps3.xml><?xml version="1.0" encoding="utf-8"?>
<ds:datastoreItem xmlns:ds="http://schemas.openxmlformats.org/officeDocument/2006/customXml" ds:itemID="{BB5114D8-DE84-4457-973F-FDCE9D93DFC6}">
  <ds:schemaRefs>
    <ds:schemaRef ds:uri="http://schemas.microsoft.com/office/2006/metadata/properties"/>
    <ds:schemaRef ds:uri="http://schemas.microsoft.com/office/infopath/2007/PartnerControls"/>
    <ds:schemaRef ds:uri="f4e2b4c2-6948-4891-bedb-ee55b2627af7"/>
    <ds:schemaRef ds:uri="107280f8-1271-4779-9375-05c615ea79a4"/>
  </ds:schemaRefs>
</ds:datastoreItem>
</file>

<file path=customXml/itemProps4.xml><?xml version="1.0" encoding="utf-8"?>
<ds:datastoreItem xmlns:ds="http://schemas.openxmlformats.org/officeDocument/2006/customXml" ds:itemID="{6AFED8DF-8196-465C-A0A8-B332E6800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280f8-1271-4779-9375-05c615ea79a4"/>
    <ds:schemaRef ds:uri="f4e2b4c2-6948-4891-bedb-ee55b2627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Helen Newman</lastModifiedBy>
  <revision>99</revision>
  <dcterms:created xsi:type="dcterms:W3CDTF">2026-06-17T14:23:00.0000000Z</dcterms:created>
  <dcterms:modified xsi:type="dcterms:W3CDTF">2026-09-03T08:31:55.6393974Z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en</vt:lpwstr>
  </property>
  <property fmtid="{D5CDD505-2E9C-101B-9397-08002B2CF9AE}" pid="3" name="MediaServiceImageTags">
    <vt:lpwstr/>
  </property>
  <property fmtid="{D5CDD505-2E9C-101B-9397-08002B2CF9AE}" pid="4" name="ContentTypeId">
    <vt:lpwstr>0x01010014515724616F534FA60E2687A8E3A93F</vt:lpwstr>
  </property>
</Properties>
</file>