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32463" w14:textId="1BB9D2E2" w:rsidR="00440F08" w:rsidRPr="00D52046" w:rsidRDefault="009340A1" w:rsidP="00D52046">
      <w:pPr>
        <w:jc w:val="center"/>
      </w:pPr>
      <w:r>
        <w:rPr>
          <w:noProof/>
        </w:rPr>
        <w:drawing>
          <wp:inline distT="0" distB="0" distL="0" distR="0" wp14:anchorId="714B085D" wp14:editId="39A852D5">
            <wp:extent cx="2947857" cy="12033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kst logo.jpg"/>
                    <pic:cNvPicPr/>
                  </pic:nvPicPr>
                  <pic:blipFill>
                    <a:blip r:embed="rId9"/>
                    <a:stretch>
                      <a:fillRect/>
                    </a:stretch>
                  </pic:blipFill>
                  <pic:spPr>
                    <a:xfrm>
                      <a:off x="0" y="0"/>
                      <a:ext cx="2955287" cy="1206358"/>
                    </a:xfrm>
                    <a:prstGeom prst="rect">
                      <a:avLst/>
                    </a:prstGeom>
                  </pic:spPr>
                </pic:pic>
              </a:graphicData>
            </a:graphic>
          </wp:inline>
        </w:drawing>
      </w:r>
      <w:r>
        <w:br/>
      </w:r>
      <w:r w:rsidRPr="00D52046">
        <w:rPr>
          <w:b/>
          <w:bCs/>
          <w:color w:val="0070C0"/>
          <w:sz w:val="52"/>
          <w:szCs w:val="52"/>
        </w:rPr>
        <w:t>Recruitment Pack</w:t>
      </w:r>
    </w:p>
    <w:p w14:paraId="5959759C" w14:textId="42DBE5C5" w:rsidR="00D52046" w:rsidRDefault="009340A1" w:rsidP="00D52046">
      <w:pPr>
        <w:jc w:val="center"/>
        <w:rPr>
          <w:i/>
          <w:iCs/>
          <w:color w:val="0070C0"/>
          <w:sz w:val="32"/>
          <w:szCs w:val="32"/>
        </w:rPr>
      </w:pPr>
      <w:r w:rsidRPr="00D52046">
        <w:rPr>
          <w:color w:val="0070C0"/>
          <w:sz w:val="32"/>
          <w:szCs w:val="32"/>
        </w:rPr>
        <w:t>Welcome to Age UK Salford &amp; Trafford</w:t>
      </w:r>
      <w:r w:rsidRPr="00D52046">
        <w:rPr>
          <w:color w:val="0070C0"/>
          <w:sz w:val="32"/>
          <w:szCs w:val="32"/>
        </w:rPr>
        <w:br/>
      </w:r>
      <w:r w:rsidRPr="00D52046">
        <w:rPr>
          <w:i/>
          <w:iCs/>
          <w:color w:val="0070C0"/>
          <w:sz w:val="32"/>
          <w:szCs w:val="32"/>
        </w:rPr>
        <w:t>Let’s change how we age</w:t>
      </w:r>
    </w:p>
    <w:p w14:paraId="55722309" w14:textId="05E35BF2" w:rsidR="00D52046" w:rsidRPr="00D52046" w:rsidRDefault="00D52046">
      <w:pPr>
        <w:jc w:val="center"/>
        <w:rPr>
          <w:i/>
          <w:iCs/>
          <w:color w:val="0070C0"/>
          <w:sz w:val="32"/>
          <w:szCs w:val="32"/>
        </w:rPr>
      </w:pPr>
      <w:r>
        <w:rPr>
          <w:i/>
          <w:iCs/>
          <w:noProof/>
          <w:color w:val="0070C0"/>
          <w:sz w:val="32"/>
          <w:szCs w:val="32"/>
        </w:rPr>
        <w:drawing>
          <wp:inline distT="0" distB="0" distL="0" distR="0" wp14:anchorId="7E4B0D6E" wp14:editId="27FEAA6C">
            <wp:extent cx="5007128" cy="3025140"/>
            <wp:effectExtent l="0" t="0" r="3175" b="3810"/>
            <wp:docPr id="858536949" name="Picture 1" descr="A group of wom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36949" name="Picture 1" descr="A group of women smiling&#10;&#10;AI-generated content may be incorrect."/>
                    <pic:cNvPicPr/>
                  </pic:nvPicPr>
                  <pic:blipFill>
                    <a:blip r:embed="rId10"/>
                    <a:stretch>
                      <a:fillRect/>
                    </a:stretch>
                  </pic:blipFill>
                  <pic:spPr>
                    <a:xfrm>
                      <a:off x="0" y="0"/>
                      <a:ext cx="5017703" cy="3031529"/>
                    </a:xfrm>
                    <a:prstGeom prst="rect">
                      <a:avLst/>
                    </a:prstGeom>
                  </pic:spPr>
                </pic:pic>
              </a:graphicData>
            </a:graphic>
          </wp:inline>
        </w:drawing>
      </w:r>
    </w:p>
    <w:p w14:paraId="07886540" w14:textId="77777777" w:rsidR="00D52046" w:rsidRDefault="00D52046" w:rsidP="00D52046"/>
    <w:p w14:paraId="0455ACD7" w14:textId="0F35CFB7" w:rsidR="382F5804" w:rsidRDefault="0058021E" w:rsidP="4C14339C">
      <w:pPr>
        <w:ind w:left="2160" w:firstLine="720"/>
        <w:rPr>
          <w:b/>
          <w:bCs/>
          <w:color w:val="0070C0"/>
        </w:rPr>
      </w:pPr>
      <w:r>
        <w:rPr>
          <w:b/>
          <w:bCs/>
          <w:color w:val="0070C0"/>
        </w:rPr>
        <w:t xml:space="preserve">Home Services Manager </w:t>
      </w:r>
    </w:p>
    <w:p w14:paraId="1039C956" w14:textId="77777777" w:rsidR="00D52046" w:rsidRDefault="00D52046" w:rsidP="00D52046">
      <w:pPr>
        <w:rPr>
          <w:b/>
          <w:bCs/>
          <w:color w:val="0070C0"/>
          <w:lang w:val="en-GB"/>
        </w:rPr>
      </w:pPr>
    </w:p>
    <w:p w14:paraId="60B8B7FB" w14:textId="4915DF16" w:rsidR="00D52046" w:rsidRPr="00D52046" w:rsidRDefault="00D52046" w:rsidP="00D52046">
      <w:pPr>
        <w:rPr>
          <w:lang w:val="en-GB"/>
        </w:rPr>
      </w:pPr>
      <w:r w:rsidRPr="4C14339C">
        <w:rPr>
          <w:b/>
          <w:bCs/>
          <w:color w:val="0070C0"/>
          <w:lang w:val="en-GB"/>
        </w:rPr>
        <w:t>Job Title:</w:t>
      </w:r>
      <w:r w:rsidRPr="4C14339C">
        <w:rPr>
          <w:color w:val="0070C0"/>
          <w:lang w:val="en-GB"/>
        </w:rPr>
        <w:t xml:space="preserve"> </w:t>
      </w:r>
      <w:r w:rsidR="001C3DAF">
        <w:rPr>
          <w:lang w:val="en-GB"/>
        </w:rPr>
        <w:t>Home Servi</w:t>
      </w:r>
      <w:r w:rsidR="00701782">
        <w:rPr>
          <w:lang w:val="en-GB"/>
        </w:rPr>
        <w:t>c</w:t>
      </w:r>
      <w:r w:rsidR="001C3DAF">
        <w:rPr>
          <w:lang w:val="en-GB"/>
        </w:rPr>
        <w:t xml:space="preserve">es Manager </w:t>
      </w:r>
      <w:r w:rsidR="00E33100">
        <w:rPr>
          <w:lang w:val="en-GB"/>
        </w:rPr>
        <w:t>(12</w:t>
      </w:r>
      <w:r w:rsidR="006C22CB">
        <w:rPr>
          <w:lang w:val="en-GB"/>
        </w:rPr>
        <w:t>mo</w:t>
      </w:r>
      <w:r w:rsidR="00DA228B">
        <w:rPr>
          <w:lang w:val="en-GB"/>
        </w:rPr>
        <w:t>nths</w:t>
      </w:r>
      <w:r w:rsidR="001C3DAF">
        <w:rPr>
          <w:lang w:val="en-GB"/>
        </w:rPr>
        <w:t xml:space="preserve"> </w:t>
      </w:r>
      <w:r w:rsidR="006C22CB">
        <w:rPr>
          <w:lang w:val="en-GB"/>
        </w:rPr>
        <w:t>fixed term con</w:t>
      </w:r>
      <w:r w:rsidR="00DA228B">
        <w:rPr>
          <w:lang w:val="en-GB"/>
        </w:rPr>
        <w:t xml:space="preserve">tract) </w:t>
      </w:r>
    </w:p>
    <w:p w14:paraId="2976FB04" w14:textId="7B1FF517" w:rsidR="00D52046" w:rsidRPr="00D52046" w:rsidRDefault="00D52046" w:rsidP="00D52046">
      <w:pPr>
        <w:rPr>
          <w:lang w:val="en-GB"/>
        </w:rPr>
      </w:pPr>
      <w:r w:rsidRPr="4C14339C">
        <w:rPr>
          <w:b/>
          <w:bCs/>
          <w:color w:val="0070C0"/>
          <w:lang w:val="en-GB"/>
        </w:rPr>
        <w:t>Responsible to:</w:t>
      </w:r>
      <w:r w:rsidRPr="4C14339C">
        <w:rPr>
          <w:color w:val="0070C0"/>
          <w:lang w:val="en-GB"/>
        </w:rPr>
        <w:t xml:space="preserve"> </w:t>
      </w:r>
      <w:r w:rsidR="004159CB" w:rsidRPr="00767A32">
        <w:rPr>
          <w:lang w:val="en-GB"/>
        </w:rPr>
        <w:t>Senior Manager</w:t>
      </w:r>
    </w:p>
    <w:p w14:paraId="54889255" w14:textId="196FA807" w:rsidR="00D52046" w:rsidRPr="00D52046" w:rsidRDefault="00D52046" w:rsidP="00D52046">
      <w:pPr>
        <w:rPr>
          <w:lang w:val="en-GB"/>
        </w:rPr>
      </w:pPr>
      <w:r w:rsidRPr="4C14339C">
        <w:rPr>
          <w:b/>
          <w:bCs/>
          <w:color w:val="0070C0"/>
          <w:lang w:val="en-GB"/>
        </w:rPr>
        <w:t>Location:</w:t>
      </w:r>
      <w:r w:rsidRPr="4C14339C">
        <w:rPr>
          <w:lang w:val="en-GB"/>
        </w:rPr>
        <w:t xml:space="preserve"> </w:t>
      </w:r>
      <w:r w:rsidR="004159CB">
        <w:rPr>
          <w:lang w:val="en-GB"/>
        </w:rPr>
        <w:t>Salford/</w:t>
      </w:r>
      <w:r w:rsidR="00B54C28">
        <w:rPr>
          <w:lang w:val="en-GB"/>
        </w:rPr>
        <w:t xml:space="preserve">Community </w:t>
      </w:r>
    </w:p>
    <w:p w14:paraId="1662A478" w14:textId="762468BB" w:rsidR="00D52046" w:rsidRPr="00D52046" w:rsidRDefault="00D52046" w:rsidP="00D52046">
      <w:pPr>
        <w:rPr>
          <w:lang w:val="en-GB"/>
        </w:rPr>
      </w:pPr>
      <w:r w:rsidRPr="4C14339C">
        <w:rPr>
          <w:b/>
          <w:bCs/>
          <w:color w:val="0070C0"/>
          <w:lang w:val="en-GB"/>
        </w:rPr>
        <w:t>Hours:</w:t>
      </w:r>
      <w:r w:rsidRPr="4C14339C">
        <w:rPr>
          <w:lang w:val="en-GB"/>
        </w:rPr>
        <w:t xml:space="preserve"> </w:t>
      </w:r>
      <w:r w:rsidR="006C22CB">
        <w:rPr>
          <w:lang w:val="en-GB"/>
        </w:rPr>
        <w:t xml:space="preserve"> </w:t>
      </w:r>
      <w:r w:rsidR="00B91FA4">
        <w:rPr>
          <w:lang w:val="en-GB"/>
        </w:rPr>
        <w:t xml:space="preserve">28 </w:t>
      </w:r>
      <w:r w:rsidR="00DA228B">
        <w:rPr>
          <w:lang w:val="en-GB"/>
        </w:rPr>
        <w:t xml:space="preserve">hrs per week </w:t>
      </w:r>
      <w:r w:rsidR="00851498">
        <w:rPr>
          <w:lang w:val="en-GB"/>
        </w:rPr>
        <w:t xml:space="preserve">Monday-Friday </w:t>
      </w:r>
    </w:p>
    <w:p w14:paraId="3C9DCEB5" w14:textId="3DC49DD1" w:rsidR="00D52046" w:rsidRPr="00D52046" w:rsidRDefault="00D52046" w:rsidP="00D52046">
      <w:pPr>
        <w:rPr>
          <w:lang w:val="en-GB"/>
        </w:rPr>
      </w:pPr>
      <w:r w:rsidRPr="7E032D02">
        <w:rPr>
          <w:b/>
          <w:bCs/>
          <w:color w:val="0070C0"/>
          <w:lang w:val="en-GB"/>
        </w:rPr>
        <w:t>Salary:</w:t>
      </w:r>
      <w:r w:rsidR="00B54C28" w:rsidRPr="7E032D02">
        <w:rPr>
          <w:b/>
          <w:bCs/>
          <w:color w:val="0070C0"/>
          <w:lang w:val="en-GB"/>
        </w:rPr>
        <w:t xml:space="preserve"> </w:t>
      </w:r>
      <w:r w:rsidR="31C54208" w:rsidRPr="7E032D02">
        <w:rPr>
          <w:lang w:val="en-GB"/>
        </w:rPr>
        <w:t xml:space="preserve">£34,962 </w:t>
      </w:r>
      <w:r w:rsidR="00C611B4">
        <w:rPr>
          <w:lang w:val="en-GB"/>
        </w:rPr>
        <w:t xml:space="preserve">pa </w:t>
      </w:r>
      <w:r w:rsidR="00B91FA4">
        <w:rPr>
          <w:lang w:val="en-GB"/>
        </w:rPr>
        <w:t>FTE pending pay award</w:t>
      </w:r>
      <w:r w:rsidR="00E33100" w:rsidRPr="7E032D02">
        <w:rPr>
          <w:lang w:val="en-GB"/>
        </w:rPr>
        <w:t>,</w:t>
      </w:r>
      <w:r w:rsidR="00B54C28" w:rsidRPr="7E032D02">
        <w:rPr>
          <w:lang w:val="en-GB"/>
        </w:rPr>
        <w:t xml:space="preserve"> </w:t>
      </w:r>
      <w:r w:rsidR="00C611B4">
        <w:rPr>
          <w:lang w:val="en-GB"/>
        </w:rPr>
        <w:t xml:space="preserve">plus </w:t>
      </w:r>
      <w:r w:rsidR="00B54C28" w:rsidRPr="7E032D02">
        <w:rPr>
          <w:lang w:val="en-GB"/>
        </w:rPr>
        <w:t>pension contribution and cash health plan</w:t>
      </w:r>
    </w:p>
    <w:p w14:paraId="3FA70ABF" w14:textId="0112784D" w:rsidR="00440F08" w:rsidRDefault="009340A1" w:rsidP="00D52046">
      <w:r w:rsidRPr="00D52046">
        <w:rPr>
          <w:b/>
          <w:bCs/>
          <w:color w:val="0070C0"/>
        </w:rPr>
        <w:lastRenderedPageBreak/>
        <w:t>Welcome</w:t>
      </w:r>
      <w:r>
        <w:t xml:space="preserve"> </w:t>
      </w:r>
    </w:p>
    <w:p w14:paraId="0C72E775" w14:textId="77777777" w:rsidR="00D52046" w:rsidRDefault="009340A1" w:rsidP="00D52046">
      <w:r>
        <w:t>Thank you for your interest in joining Age UK Salford &amp; Trafford.</w:t>
      </w:r>
      <w:r>
        <w:br/>
      </w:r>
      <w:r>
        <w:br/>
        <w:t>We are a local independent charity committed to improving later life for everyone in our communities. Whether through our dementia services, wellbeing activities, practical home support, or community engagement, we aim to empower older people to live full, independent, and dignified lives.</w:t>
      </w:r>
      <w:r>
        <w:br/>
      </w:r>
      <w:r>
        <w:br/>
        <w:t>By joining us, you’ll become part of a dedicated team that believes ageing should be celebrated, not feared. Our staff and volunteers are passionate, professional and people-focused — together, we make ageing better for all.</w:t>
      </w:r>
    </w:p>
    <w:p w14:paraId="0C70BEBA" w14:textId="77777777" w:rsidR="00D52046" w:rsidRDefault="00D52046" w:rsidP="00D52046"/>
    <w:p w14:paraId="4468B080" w14:textId="77777777" w:rsidR="00D52046" w:rsidRDefault="00D52046" w:rsidP="00D52046"/>
    <w:p w14:paraId="04C6B518" w14:textId="77777777" w:rsidR="00D52046" w:rsidRDefault="00D52046" w:rsidP="00D52046">
      <w:pPr>
        <w:rPr>
          <w:b/>
          <w:bCs/>
          <w:color w:val="0070C0"/>
        </w:rPr>
      </w:pPr>
      <w:r w:rsidRPr="00D52046">
        <w:rPr>
          <w:b/>
          <w:bCs/>
          <w:color w:val="0070C0"/>
        </w:rPr>
        <w:t xml:space="preserve">Message from our CEO/Chair </w:t>
      </w:r>
    </w:p>
    <w:p w14:paraId="1FC4D4CD" w14:textId="77777777" w:rsidR="006F40F2" w:rsidRPr="006F40F2" w:rsidRDefault="006F40F2" w:rsidP="006F40F2">
      <w:pPr>
        <w:rPr>
          <w:rFonts w:cs="Arial"/>
          <w:color w:val="0070C0"/>
          <w:sz w:val="28"/>
          <w:szCs w:val="28"/>
          <w:lang w:val="en-GB"/>
        </w:rPr>
      </w:pPr>
    </w:p>
    <w:p w14:paraId="5D248647" w14:textId="77777777" w:rsidR="006F40F2" w:rsidRPr="006F40F2" w:rsidRDefault="006F40F2" w:rsidP="006F40F2">
      <w:pPr>
        <w:rPr>
          <w:rFonts w:cs="Arial"/>
          <w:color w:val="0070C0"/>
          <w:sz w:val="28"/>
          <w:szCs w:val="28"/>
          <w:lang w:val="en-GB"/>
        </w:rPr>
      </w:pPr>
      <w:r w:rsidRPr="006F40F2">
        <w:rPr>
          <w:rFonts w:cs="Arial"/>
          <w:color w:val="0070C0"/>
          <w:sz w:val="28"/>
          <w:szCs w:val="28"/>
          <w:lang w:val="en-GB"/>
        </w:rPr>
        <w:t>I’m proud to lead an organisation rooted in compassion, innovation, and community spirit. This is an exciting time to be part of our journey. Whether you're supporting frontline services, strengthening our infrastructure, shaping new programmes, or helping us build stronger partnerships, your contribution will have real impact. If you're driven by purpose and want to work in a team that values kindness, collaboration and inclusion, we warmly welcome your application.</w:t>
      </w:r>
    </w:p>
    <w:p w14:paraId="08D23EFA" w14:textId="77777777" w:rsidR="00D52046" w:rsidRPr="006F40F2" w:rsidRDefault="00D52046" w:rsidP="00D52046">
      <w:pPr>
        <w:rPr>
          <w:lang w:val="en-GB"/>
        </w:rPr>
      </w:pPr>
    </w:p>
    <w:p w14:paraId="28487BF8" w14:textId="77777777" w:rsidR="00D52046" w:rsidRDefault="00D52046" w:rsidP="00D52046">
      <w:pPr>
        <w:rPr>
          <w:b/>
          <w:bCs/>
          <w:color w:val="0070C0"/>
        </w:rPr>
      </w:pPr>
    </w:p>
    <w:p w14:paraId="11DEE3DA" w14:textId="0CBC20F1" w:rsidR="00D52046" w:rsidRPr="00D52046" w:rsidRDefault="00D52046" w:rsidP="00D52046">
      <w:pPr>
        <w:rPr>
          <w:b/>
          <w:bCs/>
          <w:color w:val="0070C0"/>
        </w:rPr>
      </w:pPr>
      <w:r w:rsidRPr="00D52046">
        <w:rPr>
          <w:b/>
          <w:bCs/>
          <w:color w:val="0070C0"/>
        </w:rPr>
        <w:t>Our History</w:t>
      </w:r>
    </w:p>
    <w:p w14:paraId="2ED7E3AF" w14:textId="7880A8AE" w:rsidR="00D52046" w:rsidRDefault="00D52046" w:rsidP="00D52046">
      <w:r>
        <w:t>Age UK Salford and Age UK Trafford recently joined together to better serve older people across both boroughs. With decades of combined experience, we’re rooted in our local communities and shaped by the voices and needs of those we support.</w:t>
      </w:r>
      <w:r>
        <w:br/>
      </w:r>
      <w:r>
        <w:br/>
        <w:t xml:space="preserve">Our work is driven by a commitment to reduce inequality, improve wellbeing and connect older people to meaningful support. We deliver this through partnerships with health, care, and voluntary </w:t>
      </w:r>
      <w:proofErr w:type="spellStart"/>
      <w:r>
        <w:t>organisations</w:t>
      </w:r>
      <w:proofErr w:type="spellEnd"/>
      <w:r>
        <w:t xml:space="preserve"> across Greater Manchester.</w:t>
      </w:r>
    </w:p>
    <w:p w14:paraId="6F2EA85C" w14:textId="77777777" w:rsidR="00D52046" w:rsidRDefault="00D52046" w:rsidP="00D52046"/>
    <w:p w14:paraId="1DB89F55" w14:textId="77777777" w:rsidR="00096EC1" w:rsidRDefault="00096EC1" w:rsidP="00D52046">
      <w:pPr>
        <w:rPr>
          <w:b/>
          <w:bCs/>
          <w:color w:val="0070C0"/>
        </w:rPr>
      </w:pPr>
    </w:p>
    <w:p w14:paraId="5D585095" w14:textId="3AC7CAB7" w:rsidR="00D52046" w:rsidRPr="00D52046" w:rsidRDefault="00D52046" w:rsidP="00D52046">
      <w:pPr>
        <w:rPr>
          <w:b/>
          <w:bCs/>
          <w:color w:val="0070C0"/>
        </w:rPr>
      </w:pPr>
      <w:r w:rsidRPr="4C14339C">
        <w:rPr>
          <w:b/>
          <w:bCs/>
          <w:color w:val="0070C0"/>
        </w:rPr>
        <w:lastRenderedPageBreak/>
        <w:t>Our Vision &amp; Values</w:t>
      </w:r>
    </w:p>
    <w:p w14:paraId="74EE5D04" w14:textId="6F9D8E37" w:rsidR="00D52046" w:rsidRDefault="737FDBC4" w:rsidP="4C14339C">
      <w:pPr>
        <w:rPr>
          <w:rFonts w:eastAsia="Arial" w:cs="Arial"/>
          <w:color w:val="000000" w:themeColor="text1"/>
          <w:sz w:val="24"/>
          <w:szCs w:val="24"/>
        </w:rPr>
      </w:pPr>
      <w:r w:rsidRPr="4C14339C">
        <w:rPr>
          <w:rFonts w:eastAsia="Arial" w:cs="Arial"/>
          <w:color w:val="000000" w:themeColor="text1"/>
          <w:sz w:val="24"/>
          <w:szCs w:val="24"/>
        </w:rPr>
        <w:t>A community where everyone ages well with enjoyment, dignity, purpose, and connection. </w:t>
      </w:r>
      <w:r w:rsidR="00D52046">
        <w:br/>
      </w:r>
      <w:r w:rsidR="00D52046">
        <w:br/>
      </w:r>
      <w:r w:rsidRPr="4C14339C">
        <w:rPr>
          <w:rFonts w:eastAsia="Arial" w:cs="Arial"/>
          <w:color w:val="000000" w:themeColor="text1"/>
          <w:sz w:val="24"/>
          <w:szCs w:val="24"/>
        </w:rPr>
        <w:t xml:space="preserve">We value: </w:t>
      </w:r>
    </w:p>
    <w:p w14:paraId="11E18C3B" w14:textId="01880CC6" w:rsidR="00D52046" w:rsidRDefault="737FDBC4" w:rsidP="4C14339C">
      <w:pPr>
        <w:pStyle w:val="ListParagraph"/>
        <w:numPr>
          <w:ilvl w:val="0"/>
          <w:numId w:val="2"/>
        </w:numPr>
        <w:rPr>
          <w:rFonts w:eastAsia="Arial" w:cs="Arial"/>
          <w:color w:val="000000" w:themeColor="text1"/>
          <w:sz w:val="24"/>
          <w:szCs w:val="24"/>
        </w:rPr>
      </w:pPr>
      <w:r w:rsidRPr="4C14339C">
        <w:rPr>
          <w:rFonts w:eastAsia="Arial" w:cs="Arial"/>
          <w:color w:val="000000" w:themeColor="text1"/>
          <w:sz w:val="24"/>
          <w:szCs w:val="24"/>
        </w:rPr>
        <w:t>Compassion</w:t>
      </w:r>
    </w:p>
    <w:p w14:paraId="6D6EE029" w14:textId="03816BF2" w:rsidR="00D52046" w:rsidRDefault="737FDBC4" w:rsidP="4C14339C">
      <w:pPr>
        <w:pStyle w:val="ListParagraph"/>
        <w:numPr>
          <w:ilvl w:val="0"/>
          <w:numId w:val="2"/>
        </w:numPr>
        <w:rPr>
          <w:rFonts w:eastAsia="Arial" w:cs="Arial"/>
          <w:color w:val="000000" w:themeColor="text1"/>
          <w:sz w:val="24"/>
          <w:szCs w:val="24"/>
        </w:rPr>
      </w:pPr>
      <w:r w:rsidRPr="4C14339C">
        <w:rPr>
          <w:rFonts w:eastAsia="Arial" w:cs="Arial"/>
          <w:color w:val="000000" w:themeColor="text1"/>
          <w:sz w:val="24"/>
          <w:szCs w:val="24"/>
        </w:rPr>
        <w:t>Respect</w:t>
      </w:r>
    </w:p>
    <w:p w14:paraId="48403C88" w14:textId="288F6034" w:rsidR="00D52046" w:rsidRDefault="737FDBC4" w:rsidP="4C14339C">
      <w:pPr>
        <w:pStyle w:val="ListParagraph"/>
        <w:numPr>
          <w:ilvl w:val="0"/>
          <w:numId w:val="1"/>
        </w:numPr>
        <w:rPr>
          <w:rFonts w:eastAsia="Arial" w:cs="Arial"/>
          <w:color w:val="000000" w:themeColor="text1"/>
          <w:sz w:val="24"/>
          <w:szCs w:val="24"/>
        </w:rPr>
      </w:pPr>
      <w:r w:rsidRPr="4C14339C">
        <w:rPr>
          <w:rFonts w:eastAsia="Arial" w:cs="Arial"/>
          <w:color w:val="000000" w:themeColor="text1"/>
          <w:sz w:val="24"/>
          <w:szCs w:val="24"/>
        </w:rPr>
        <w:t>Integrity</w:t>
      </w:r>
    </w:p>
    <w:p w14:paraId="3BB79FB6" w14:textId="74D323FA" w:rsidR="00D52046" w:rsidRDefault="737FDBC4" w:rsidP="4C14339C">
      <w:pPr>
        <w:pStyle w:val="ListParagraph"/>
        <w:numPr>
          <w:ilvl w:val="0"/>
          <w:numId w:val="1"/>
        </w:numPr>
        <w:rPr>
          <w:rFonts w:eastAsia="Arial" w:cs="Arial"/>
          <w:color w:val="000000" w:themeColor="text1"/>
          <w:sz w:val="24"/>
          <w:szCs w:val="24"/>
        </w:rPr>
      </w:pPr>
      <w:r w:rsidRPr="4C14339C">
        <w:rPr>
          <w:rFonts w:eastAsia="Arial" w:cs="Arial"/>
          <w:color w:val="000000" w:themeColor="text1"/>
          <w:sz w:val="24"/>
          <w:szCs w:val="24"/>
        </w:rPr>
        <w:t>Responsiveness</w:t>
      </w:r>
    </w:p>
    <w:p w14:paraId="6461EBFC" w14:textId="4EB0FA3A" w:rsidR="00D52046" w:rsidRPr="00096EC1" w:rsidRDefault="737FDBC4" w:rsidP="00D52046">
      <w:pPr>
        <w:pStyle w:val="ListParagraph"/>
        <w:numPr>
          <w:ilvl w:val="0"/>
          <w:numId w:val="1"/>
        </w:numPr>
        <w:rPr>
          <w:rFonts w:eastAsia="Arial" w:cs="Arial"/>
          <w:color w:val="000000" w:themeColor="text1"/>
          <w:sz w:val="24"/>
          <w:szCs w:val="24"/>
        </w:rPr>
      </w:pPr>
      <w:r w:rsidRPr="4C14339C">
        <w:rPr>
          <w:rFonts w:eastAsia="Arial" w:cs="Arial"/>
          <w:color w:val="000000" w:themeColor="text1"/>
          <w:sz w:val="24"/>
          <w:szCs w:val="24"/>
        </w:rPr>
        <w:t>Empowerment</w:t>
      </w:r>
    </w:p>
    <w:p w14:paraId="761DD615" w14:textId="77777777" w:rsidR="00D52046" w:rsidRDefault="00D52046" w:rsidP="00D52046"/>
    <w:p w14:paraId="5DD673BB" w14:textId="1ACE288E" w:rsidR="00D52046" w:rsidRDefault="4C7154E6" w:rsidP="3793E240">
      <w:pPr>
        <w:ind w:left="2160" w:firstLine="720"/>
        <w:rPr>
          <w:b/>
          <w:bCs/>
          <w:color w:val="0070C0"/>
          <w:lang w:val="en-GB"/>
        </w:rPr>
      </w:pPr>
      <w:r w:rsidRPr="3793E240">
        <w:rPr>
          <w:b/>
          <w:bCs/>
          <w:color w:val="0070C0"/>
          <w:lang w:val="en-GB"/>
        </w:rPr>
        <w:t xml:space="preserve">Summary of Role </w:t>
      </w:r>
    </w:p>
    <w:p w14:paraId="2CDBF54D" w14:textId="02B2DAC5" w:rsidR="1D6A0D50" w:rsidRDefault="00D92C19" w:rsidP="3793E240">
      <w:pPr>
        <w:rPr>
          <w:lang w:val="en-GB"/>
        </w:rPr>
      </w:pPr>
      <w:r>
        <w:rPr>
          <w:lang w:val="en-GB"/>
        </w:rPr>
        <w:t xml:space="preserve">We are searching for a committed and </w:t>
      </w:r>
      <w:r w:rsidR="00FA395D">
        <w:rPr>
          <w:lang w:val="en-GB"/>
        </w:rPr>
        <w:t>forward-thinking</w:t>
      </w:r>
      <w:r>
        <w:rPr>
          <w:lang w:val="en-GB"/>
        </w:rPr>
        <w:t xml:space="preserve"> </w:t>
      </w:r>
      <w:r w:rsidR="00A37BF6">
        <w:rPr>
          <w:lang w:val="en-GB"/>
        </w:rPr>
        <w:t xml:space="preserve">manager with previous experience in leadership to join our growing </w:t>
      </w:r>
      <w:r w:rsidR="005E1AAF">
        <w:rPr>
          <w:lang w:val="en-GB"/>
        </w:rPr>
        <w:t>t</w:t>
      </w:r>
      <w:r w:rsidR="00A37BF6">
        <w:rPr>
          <w:lang w:val="en-GB"/>
        </w:rPr>
        <w:t>eam and develop our shopping and cleaning service ensuring the delivery of a high quality safe and person</w:t>
      </w:r>
      <w:r w:rsidR="00B073D6">
        <w:rPr>
          <w:lang w:val="en-GB"/>
        </w:rPr>
        <w:t xml:space="preserve"> centred </w:t>
      </w:r>
      <w:r w:rsidR="00291E00">
        <w:rPr>
          <w:lang w:val="en-GB"/>
        </w:rPr>
        <w:t>approach</w:t>
      </w:r>
      <w:r w:rsidR="00B073D6">
        <w:rPr>
          <w:lang w:val="en-GB"/>
        </w:rPr>
        <w:t xml:space="preserve"> for individuals living in the community. </w:t>
      </w:r>
    </w:p>
    <w:p w14:paraId="520D2A8B" w14:textId="261C69A9" w:rsidR="00B073D6" w:rsidRDefault="00B073D6" w:rsidP="7E032D02">
      <w:pPr>
        <w:rPr>
          <w:lang w:val="en-GB"/>
        </w:rPr>
      </w:pPr>
      <w:r w:rsidRPr="7E032D02">
        <w:rPr>
          <w:lang w:val="en-GB"/>
        </w:rPr>
        <w:t xml:space="preserve">The postholder will oversee a team of </w:t>
      </w:r>
      <w:r w:rsidR="54BF83E6" w:rsidRPr="7E032D02">
        <w:rPr>
          <w:lang w:val="en-GB"/>
        </w:rPr>
        <w:t>Home Services Assistants</w:t>
      </w:r>
      <w:r w:rsidRPr="7E032D02">
        <w:rPr>
          <w:lang w:val="en-GB"/>
        </w:rPr>
        <w:t xml:space="preserve"> providing effective supervision, recruitment</w:t>
      </w:r>
      <w:r w:rsidR="00D05003" w:rsidRPr="7E032D02">
        <w:rPr>
          <w:lang w:val="en-GB"/>
        </w:rPr>
        <w:t>, induction workforce planning and day to day operational leadership. They will ensure</w:t>
      </w:r>
      <w:r w:rsidR="00D7641A" w:rsidRPr="7E032D02">
        <w:rPr>
          <w:lang w:val="en-GB"/>
        </w:rPr>
        <w:t xml:space="preserve"> full compliance with health and safety safeguarding and organisation policies</w:t>
      </w:r>
      <w:r w:rsidR="00DC38AA" w:rsidRPr="7E032D02">
        <w:rPr>
          <w:lang w:val="en-GB"/>
        </w:rPr>
        <w:t xml:space="preserve"> including completing and reviewing risk assessments to support safe working practices.</w:t>
      </w:r>
    </w:p>
    <w:p w14:paraId="63FF6EF0" w14:textId="30CD96FB" w:rsidR="00BC622C" w:rsidRDefault="00BC622C" w:rsidP="3793E240">
      <w:pPr>
        <w:rPr>
          <w:lang w:val="en-GB"/>
        </w:rPr>
      </w:pPr>
      <w:r>
        <w:rPr>
          <w:lang w:val="en-GB"/>
        </w:rPr>
        <w:t xml:space="preserve">The manager will be responsible for planning staff rotas, monitoring service performance, writing reports and maintaining </w:t>
      </w:r>
      <w:r w:rsidR="00000C6F">
        <w:rPr>
          <w:lang w:val="en-GB"/>
        </w:rPr>
        <w:t>accurate records and documentation.  They will build positive relationships with customers, respond to enqu</w:t>
      </w:r>
      <w:r w:rsidR="000A35EF">
        <w:rPr>
          <w:lang w:val="en-GB"/>
        </w:rPr>
        <w:t>iries and concerns and carry out home visits where required to assess needs and review service quality.</w:t>
      </w:r>
    </w:p>
    <w:p w14:paraId="7B5E4E0F" w14:textId="0B9A9AAF" w:rsidR="000A35EF" w:rsidRDefault="000A35EF" w:rsidP="3793E240">
      <w:pPr>
        <w:rPr>
          <w:lang w:val="en-GB"/>
        </w:rPr>
      </w:pPr>
      <w:r>
        <w:rPr>
          <w:lang w:val="en-GB"/>
        </w:rPr>
        <w:t xml:space="preserve">The role also includes promoting the service externally, including </w:t>
      </w:r>
      <w:r w:rsidR="000C593E">
        <w:rPr>
          <w:lang w:val="en-GB"/>
        </w:rPr>
        <w:t>delivering pre</w:t>
      </w:r>
      <w:r w:rsidR="00765E63">
        <w:rPr>
          <w:lang w:val="en-GB"/>
        </w:rPr>
        <w:t>s</w:t>
      </w:r>
      <w:r w:rsidR="000C593E">
        <w:rPr>
          <w:lang w:val="en-GB"/>
        </w:rPr>
        <w:t>entations and re</w:t>
      </w:r>
      <w:r w:rsidR="00C113FB">
        <w:rPr>
          <w:lang w:val="en-GB"/>
        </w:rPr>
        <w:t>presenting the service at meetings and events.  The manager will proactively identify opportunities for service development</w:t>
      </w:r>
      <w:r w:rsidR="000966A0">
        <w:rPr>
          <w:lang w:val="en-GB"/>
        </w:rPr>
        <w:t xml:space="preserve">, improvement and expansion, ensuring the service remains responsive, sustainable and aligned with the needs </w:t>
      </w:r>
      <w:r w:rsidR="002417B2">
        <w:rPr>
          <w:lang w:val="en-GB"/>
        </w:rPr>
        <w:t>of</w:t>
      </w:r>
      <w:r w:rsidR="000966A0">
        <w:rPr>
          <w:lang w:val="en-GB"/>
        </w:rPr>
        <w:t xml:space="preserve"> those we support.</w:t>
      </w:r>
    </w:p>
    <w:p w14:paraId="54F469FD" w14:textId="1364AA7D" w:rsidR="4C14339C" w:rsidRDefault="4C14339C" w:rsidP="4C14339C">
      <w:pPr>
        <w:rPr>
          <w:b/>
          <w:bCs/>
          <w:color w:val="0070C0"/>
          <w:lang w:val="en-GB"/>
        </w:rPr>
      </w:pPr>
    </w:p>
    <w:p w14:paraId="5DE00F41" w14:textId="77777777" w:rsidR="00617D97" w:rsidRDefault="00617D97" w:rsidP="4C14339C">
      <w:pPr>
        <w:rPr>
          <w:b/>
          <w:bCs/>
          <w:color w:val="0070C0"/>
          <w:lang w:val="en-GB"/>
        </w:rPr>
      </w:pPr>
    </w:p>
    <w:p w14:paraId="229E3D8F" w14:textId="77777777" w:rsidR="00617D97" w:rsidRDefault="00617D97" w:rsidP="4C14339C">
      <w:pPr>
        <w:rPr>
          <w:b/>
          <w:bCs/>
          <w:color w:val="0070C0"/>
          <w:lang w:val="en-GB"/>
        </w:rPr>
      </w:pPr>
    </w:p>
    <w:p w14:paraId="0D3137F1" w14:textId="77777777" w:rsidR="00617D97" w:rsidRDefault="00617D97" w:rsidP="4C14339C">
      <w:pPr>
        <w:rPr>
          <w:b/>
          <w:bCs/>
          <w:color w:val="0070C0"/>
          <w:lang w:val="en-GB"/>
        </w:rPr>
      </w:pPr>
    </w:p>
    <w:p w14:paraId="75E5787C" w14:textId="3844673C" w:rsidR="00D52046" w:rsidRPr="00D52046" w:rsidRDefault="00D52046" w:rsidP="4C14339C">
      <w:pPr>
        <w:ind w:left="720" w:firstLine="720"/>
        <w:rPr>
          <w:color w:val="0070C0"/>
          <w:lang w:val="en-GB"/>
        </w:rPr>
      </w:pPr>
      <w:r w:rsidRPr="4C14339C">
        <w:rPr>
          <w:lang w:val="en-GB"/>
        </w:rPr>
        <w:lastRenderedPageBreak/>
        <w:t xml:space="preserve">      </w:t>
      </w:r>
      <w:r w:rsidRPr="4C14339C">
        <w:rPr>
          <w:color w:val="0070C0"/>
          <w:u w:val="single"/>
          <w:lang w:val="en-GB"/>
        </w:rPr>
        <w:t>Principle Duties and Responsibilities</w:t>
      </w:r>
      <w:r w:rsidRPr="4C14339C">
        <w:rPr>
          <w:color w:val="0070C0"/>
          <w:lang w:val="en-GB"/>
        </w:rPr>
        <w:t>:  </w:t>
      </w:r>
    </w:p>
    <w:p w14:paraId="3F37BE22" w14:textId="77777777" w:rsidR="00CF4BD8" w:rsidRDefault="00A67EBB" w:rsidP="00A67EBB">
      <w:pPr>
        <w:pStyle w:val="ListParagraph"/>
        <w:numPr>
          <w:ilvl w:val="0"/>
          <w:numId w:val="12"/>
        </w:numPr>
        <w:rPr>
          <w:lang w:val="en-GB"/>
        </w:rPr>
      </w:pPr>
      <w:r>
        <w:rPr>
          <w:lang w:val="en-GB"/>
        </w:rPr>
        <w:t>Manag</w:t>
      </w:r>
      <w:r w:rsidR="00CF4BD8">
        <w:rPr>
          <w:lang w:val="en-GB"/>
        </w:rPr>
        <w:t>ing the day to day running of the shopping, cleaning and companionship service.</w:t>
      </w:r>
    </w:p>
    <w:p w14:paraId="3AFC8472" w14:textId="77777777" w:rsidR="003914C7" w:rsidRDefault="003914C7" w:rsidP="003914C7">
      <w:pPr>
        <w:pStyle w:val="ListParagraph"/>
        <w:rPr>
          <w:lang w:val="en-GB"/>
        </w:rPr>
      </w:pPr>
    </w:p>
    <w:p w14:paraId="160D6448" w14:textId="77777777" w:rsidR="003914C7" w:rsidRDefault="00CF4BD8" w:rsidP="00CF4BD8">
      <w:pPr>
        <w:pStyle w:val="ListParagraph"/>
        <w:numPr>
          <w:ilvl w:val="0"/>
          <w:numId w:val="12"/>
        </w:numPr>
        <w:rPr>
          <w:lang w:val="en-GB"/>
        </w:rPr>
      </w:pPr>
      <w:r>
        <w:rPr>
          <w:lang w:val="en-GB"/>
        </w:rPr>
        <w:t>Man</w:t>
      </w:r>
      <w:r w:rsidR="003914C7">
        <w:rPr>
          <w:lang w:val="en-GB"/>
        </w:rPr>
        <w:t>a</w:t>
      </w:r>
      <w:r>
        <w:rPr>
          <w:lang w:val="en-GB"/>
        </w:rPr>
        <w:t>ge</w:t>
      </w:r>
      <w:r w:rsidR="003914C7">
        <w:rPr>
          <w:lang w:val="en-GB"/>
        </w:rPr>
        <w:t xml:space="preserve"> staff rotas and ensure appropriate cover for planned and unplanned absences. </w:t>
      </w:r>
    </w:p>
    <w:p w14:paraId="1ACCC9FE" w14:textId="77777777" w:rsidR="003914C7" w:rsidRPr="003914C7" w:rsidRDefault="003914C7" w:rsidP="003914C7">
      <w:pPr>
        <w:pStyle w:val="ListParagraph"/>
        <w:rPr>
          <w:lang w:val="en-GB"/>
        </w:rPr>
      </w:pPr>
    </w:p>
    <w:p w14:paraId="11566505" w14:textId="77777777" w:rsidR="003914C7" w:rsidRDefault="003914C7" w:rsidP="00CF4BD8">
      <w:pPr>
        <w:pStyle w:val="ListParagraph"/>
        <w:numPr>
          <w:ilvl w:val="0"/>
          <w:numId w:val="12"/>
        </w:numPr>
        <w:rPr>
          <w:lang w:val="en-GB"/>
        </w:rPr>
      </w:pPr>
      <w:r>
        <w:rPr>
          <w:lang w:val="en-GB"/>
        </w:rPr>
        <w:t>Provide regular supervision, performance reviews and day to day support for staff.</w:t>
      </w:r>
    </w:p>
    <w:p w14:paraId="3A6E1F1F" w14:textId="77777777" w:rsidR="003914C7" w:rsidRPr="003914C7" w:rsidRDefault="003914C7" w:rsidP="003914C7">
      <w:pPr>
        <w:pStyle w:val="ListParagraph"/>
        <w:rPr>
          <w:lang w:val="en-GB"/>
        </w:rPr>
      </w:pPr>
    </w:p>
    <w:p w14:paraId="7F4C2441" w14:textId="2435D83C" w:rsidR="00D52046" w:rsidRDefault="004E0A35" w:rsidP="00CF4BD8">
      <w:pPr>
        <w:pStyle w:val="ListParagraph"/>
        <w:numPr>
          <w:ilvl w:val="0"/>
          <w:numId w:val="12"/>
        </w:numPr>
        <w:rPr>
          <w:lang w:val="en-GB"/>
        </w:rPr>
      </w:pPr>
      <w:r>
        <w:rPr>
          <w:lang w:val="en-GB"/>
        </w:rPr>
        <w:t>Work with senior manager to develop and review pol</w:t>
      </w:r>
      <w:r w:rsidR="00F90296">
        <w:rPr>
          <w:lang w:val="en-GB"/>
        </w:rPr>
        <w:t>i</w:t>
      </w:r>
      <w:r>
        <w:rPr>
          <w:lang w:val="en-GB"/>
        </w:rPr>
        <w:t xml:space="preserve">cies and procedures. </w:t>
      </w:r>
      <w:r w:rsidR="00D52046" w:rsidRPr="00CF4BD8">
        <w:rPr>
          <w:lang w:val="en-GB"/>
        </w:rPr>
        <w:t> </w:t>
      </w:r>
    </w:p>
    <w:p w14:paraId="10926AF7" w14:textId="77777777" w:rsidR="00F90296" w:rsidRPr="00F90296" w:rsidRDefault="00F90296" w:rsidP="00F90296">
      <w:pPr>
        <w:pStyle w:val="ListParagraph"/>
        <w:rPr>
          <w:lang w:val="en-GB"/>
        </w:rPr>
      </w:pPr>
    </w:p>
    <w:p w14:paraId="01CC2ACB" w14:textId="16EE669A" w:rsidR="00F90296" w:rsidRDefault="00F90296" w:rsidP="00CF4BD8">
      <w:pPr>
        <w:pStyle w:val="ListParagraph"/>
        <w:numPr>
          <w:ilvl w:val="0"/>
          <w:numId w:val="12"/>
        </w:numPr>
        <w:rPr>
          <w:lang w:val="en-GB"/>
        </w:rPr>
      </w:pPr>
      <w:r>
        <w:rPr>
          <w:lang w:val="en-GB"/>
        </w:rPr>
        <w:t xml:space="preserve">Maintain oversight of waiting list and service capacity. </w:t>
      </w:r>
    </w:p>
    <w:p w14:paraId="61FC78DE" w14:textId="77777777" w:rsidR="00F90296" w:rsidRPr="00F90296" w:rsidRDefault="00F90296" w:rsidP="00F90296">
      <w:pPr>
        <w:pStyle w:val="ListParagraph"/>
        <w:rPr>
          <w:lang w:val="en-GB"/>
        </w:rPr>
      </w:pPr>
    </w:p>
    <w:p w14:paraId="65C8C362" w14:textId="19208CB0" w:rsidR="00F90296" w:rsidRDefault="00F90296" w:rsidP="00CF4BD8">
      <w:pPr>
        <w:pStyle w:val="ListParagraph"/>
        <w:numPr>
          <w:ilvl w:val="0"/>
          <w:numId w:val="12"/>
        </w:numPr>
        <w:rPr>
          <w:lang w:val="en-GB"/>
        </w:rPr>
      </w:pPr>
      <w:r>
        <w:rPr>
          <w:lang w:val="en-GB"/>
        </w:rPr>
        <w:t xml:space="preserve">Identify </w:t>
      </w:r>
      <w:r w:rsidR="00313016">
        <w:rPr>
          <w:lang w:val="en-GB"/>
        </w:rPr>
        <w:t xml:space="preserve">area for improvement and implement service enhancements. </w:t>
      </w:r>
    </w:p>
    <w:p w14:paraId="2C5394B0" w14:textId="77777777" w:rsidR="00313016" w:rsidRPr="00313016" w:rsidRDefault="00313016" w:rsidP="00313016">
      <w:pPr>
        <w:pStyle w:val="ListParagraph"/>
        <w:rPr>
          <w:lang w:val="en-GB"/>
        </w:rPr>
      </w:pPr>
    </w:p>
    <w:p w14:paraId="7D57CCAA" w14:textId="00C62510" w:rsidR="00313016" w:rsidRDefault="00A56B17" w:rsidP="00CF4BD8">
      <w:pPr>
        <w:pStyle w:val="ListParagraph"/>
        <w:numPr>
          <w:ilvl w:val="0"/>
          <w:numId w:val="12"/>
        </w:numPr>
        <w:rPr>
          <w:lang w:val="en-GB"/>
        </w:rPr>
      </w:pPr>
      <w:r>
        <w:rPr>
          <w:lang w:val="en-GB"/>
        </w:rPr>
        <w:t>Ensure and support staff to follow safe working practices</w:t>
      </w:r>
      <w:r w:rsidR="007E406F">
        <w:rPr>
          <w:lang w:val="en-GB"/>
        </w:rPr>
        <w:t xml:space="preserve">, infection control guidelines and cleaning standards. </w:t>
      </w:r>
    </w:p>
    <w:p w14:paraId="1B6A5D95" w14:textId="77777777" w:rsidR="007E406F" w:rsidRPr="007E406F" w:rsidRDefault="007E406F" w:rsidP="007E406F">
      <w:pPr>
        <w:pStyle w:val="ListParagraph"/>
        <w:rPr>
          <w:lang w:val="en-GB"/>
        </w:rPr>
      </w:pPr>
    </w:p>
    <w:p w14:paraId="2CA6F0A3" w14:textId="3EB4A97D" w:rsidR="007E406F" w:rsidRDefault="007E406F" w:rsidP="00CF4BD8">
      <w:pPr>
        <w:pStyle w:val="ListParagraph"/>
        <w:numPr>
          <w:ilvl w:val="0"/>
          <w:numId w:val="12"/>
        </w:numPr>
        <w:rPr>
          <w:lang w:val="en-GB"/>
        </w:rPr>
      </w:pPr>
      <w:r>
        <w:rPr>
          <w:lang w:val="en-GB"/>
        </w:rPr>
        <w:t xml:space="preserve">Ensure </w:t>
      </w:r>
      <w:r w:rsidR="00C121BF">
        <w:rPr>
          <w:lang w:val="en-GB"/>
        </w:rPr>
        <w:t>s</w:t>
      </w:r>
      <w:r>
        <w:rPr>
          <w:lang w:val="en-GB"/>
        </w:rPr>
        <w:t xml:space="preserve">taff adhere to organisational </w:t>
      </w:r>
      <w:r w:rsidR="00305811">
        <w:rPr>
          <w:lang w:val="en-GB"/>
        </w:rPr>
        <w:t>policies including lone working, safeguarding</w:t>
      </w:r>
      <w:r w:rsidR="00674163">
        <w:rPr>
          <w:lang w:val="en-GB"/>
        </w:rPr>
        <w:t xml:space="preserve"> and confidentiality.</w:t>
      </w:r>
    </w:p>
    <w:p w14:paraId="160F9213" w14:textId="77777777" w:rsidR="00674163" w:rsidRPr="00674163" w:rsidRDefault="00674163" w:rsidP="00674163">
      <w:pPr>
        <w:pStyle w:val="ListParagraph"/>
        <w:rPr>
          <w:lang w:val="en-GB"/>
        </w:rPr>
      </w:pPr>
    </w:p>
    <w:p w14:paraId="4502C36A" w14:textId="62F4E5D1" w:rsidR="00674163" w:rsidRDefault="00674163" w:rsidP="00CF4BD8">
      <w:pPr>
        <w:pStyle w:val="ListParagraph"/>
        <w:numPr>
          <w:ilvl w:val="0"/>
          <w:numId w:val="12"/>
        </w:numPr>
        <w:rPr>
          <w:lang w:val="en-GB"/>
        </w:rPr>
      </w:pPr>
      <w:r>
        <w:rPr>
          <w:lang w:val="en-GB"/>
        </w:rPr>
        <w:t xml:space="preserve">Resolve issues or complaints promptly and professionally </w:t>
      </w:r>
      <w:r w:rsidR="008F2D9C">
        <w:rPr>
          <w:lang w:val="en-GB"/>
        </w:rPr>
        <w:t>in</w:t>
      </w:r>
      <w:r w:rsidR="00404172">
        <w:rPr>
          <w:lang w:val="en-GB"/>
        </w:rPr>
        <w:t xml:space="preserve"> </w:t>
      </w:r>
      <w:r w:rsidR="008F2D9C">
        <w:rPr>
          <w:lang w:val="en-GB"/>
        </w:rPr>
        <w:t>line with Age UK Salford and Trafford policies and procedures.</w:t>
      </w:r>
    </w:p>
    <w:p w14:paraId="62FAC8B0" w14:textId="77777777" w:rsidR="008F2D9C" w:rsidRPr="008F2D9C" w:rsidRDefault="008F2D9C" w:rsidP="008F2D9C">
      <w:pPr>
        <w:pStyle w:val="ListParagraph"/>
        <w:rPr>
          <w:lang w:val="en-GB"/>
        </w:rPr>
      </w:pPr>
    </w:p>
    <w:p w14:paraId="37F8E876" w14:textId="6EB8D627" w:rsidR="008F2D9C" w:rsidRDefault="008F2D9C" w:rsidP="00CF4BD8">
      <w:pPr>
        <w:pStyle w:val="ListParagraph"/>
        <w:numPr>
          <w:ilvl w:val="0"/>
          <w:numId w:val="12"/>
        </w:numPr>
        <w:rPr>
          <w:lang w:val="en-GB"/>
        </w:rPr>
      </w:pPr>
      <w:r>
        <w:rPr>
          <w:lang w:val="en-GB"/>
        </w:rPr>
        <w:t>Monitor service quality through spot checks, customer feedback and service audits.</w:t>
      </w:r>
    </w:p>
    <w:p w14:paraId="32A547F4" w14:textId="77777777" w:rsidR="008F2D9C" w:rsidRPr="008F2D9C" w:rsidRDefault="008F2D9C" w:rsidP="008F2D9C">
      <w:pPr>
        <w:pStyle w:val="ListParagraph"/>
        <w:rPr>
          <w:lang w:val="en-GB"/>
        </w:rPr>
      </w:pPr>
    </w:p>
    <w:p w14:paraId="49B4A831" w14:textId="288D0523" w:rsidR="008F2D9C" w:rsidRDefault="008F2D9C" w:rsidP="00CF4BD8">
      <w:pPr>
        <w:pStyle w:val="ListParagraph"/>
        <w:numPr>
          <w:ilvl w:val="0"/>
          <w:numId w:val="12"/>
        </w:numPr>
        <w:rPr>
          <w:lang w:val="en-GB"/>
        </w:rPr>
      </w:pPr>
      <w:r>
        <w:rPr>
          <w:lang w:val="en-GB"/>
        </w:rPr>
        <w:t>Build positive relatio</w:t>
      </w:r>
      <w:r w:rsidR="006A4694">
        <w:rPr>
          <w:lang w:val="en-GB"/>
        </w:rPr>
        <w:t xml:space="preserve">nships with service </w:t>
      </w:r>
      <w:r w:rsidR="00D92578">
        <w:rPr>
          <w:lang w:val="en-GB"/>
        </w:rPr>
        <w:t>users families</w:t>
      </w:r>
      <w:r w:rsidR="006A4694">
        <w:rPr>
          <w:lang w:val="en-GB"/>
        </w:rPr>
        <w:t xml:space="preserve">, carers and partner agencies. </w:t>
      </w:r>
    </w:p>
    <w:p w14:paraId="1C9116DB" w14:textId="77777777" w:rsidR="006A4694" w:rsidRPr="006A4694" w:rsidRDefault="006A4694" w:rsidP="006A4694">
      <w:pPr>
        <w:pStyle w:val="ListParagraph"/>
        <w:rPr>
          <w:lang w:val="en-GB"/>
        </w:rPr>
      </w:pPr>
    </w:p>
    <w:p w14:paraId="12DF5373" w14:textId="22AFF64F" w:rsidR="006A4694" w:rsidRDefault="006A4694" w:rsidP="00CF4BD8">
      <w:pPr>
        <w:pStyle w:val="ListParagraph"/>
        <w:numPr>
          <w:ilvl w:val="0"/>
          <w:numId w:val="12"/>
        </w:numPr>
        <w:rPr>
          <w:lang w:val="en-GB"/>
        </w:rPr>
      </w:pPr>
      <w:r>
        <w:rPr>
          <w:lang w:val="en-GB"/>
        </w:rPr>
        <w:t xml:space="preserve">Provide clear communication </w:t>
      </w:r>
      <w:r w:rsidR="00311CF6">
        <w:rPr>
          <w:lang w:val="en-GB"/>
        </w:rPr>
        <w:t xml:space="preserve">regarding service availability, changes and expectations. </w:t>
      </w:r>
    </w:p>
    <w:p w14:paraId="077F7CA1" w14:textId="77777777" w:rsidR="00311CF6" w:rsidRPr="00311CF6" w:rsidRDefault="00311CF6" w:rsidP="00311CF6">
      <w:pPr>
        <w:pStyle w:val="ListParagraph"/>
        <w:rPr>
          <w:lang w:val="en-GB"/>
        </w:rPr>
      </w:pPr>
    </w:p>
    <w:p w14:paraId="49D4E5C4" w14:textId="3B097FFD" w:rsidR="00311CF6" w:rsidRDefault="00311CF6" w:rsidP="00CF4BD8">
      <w:pPr>
        <w:pStyle w:val="ListParagraph"/>
        <w:numPr>
          <w:ilvl w:val="0"/>
          <w:numId w:val="12"/>
        </w:numPr>
        <w:rPr>
          <w:lang w:val="en-GB"/>
        </w:rPr>
      </w:pPr>
      <w:r>
        <w:rPr>
          <w:lang w:val="en-GB"/>
        </w:rPr>
        <w:t xml:space="preserve">Identify </w:t>
      </w:r>
      <w:r w:rsidR="00721D27">
        <w:rPr>
          <w:lang w:val="en-GB"/>
        </w:rPr>
        <w:t xml:space="preserve">opportunities to expand or improve the service. </w:t>
      </w:r>
    </w:p>
    <w:p w14:paraId="60428C65" w14:textId="77777777" w:rsidR="00721D27" w:rsidRPr="00721D27" w:rsidRDefault="00721D27" w:rsidP="00721D27">
      <w:pPr>
        <w:pStyle w:val="ListParagraph"/>
        <w:rPr>
          <w:lang w:val="en-GB"/>
        </w:rPr>
      </w:pPr>
    </w:p>
    <w:p w14:paraId="6484EF5B" w14:textId="77777777" w:rsidR="00603D2B" w:rsidRDefault="00721D27" w:rsidP="00CF4BD8">
      <w:pPr>
        <w:pStyle w:val="ListParagraph"/>
        <w:numPr>
          <w:ilvl w:val="0"/>
          <w:numId w:val="12"/>
        </w:numPr>
        <w:rPr>
          <w:lang w:val="en-GB"/>
        </w:rPr>
      </w:pPr>
      <w:r>
        <w:rPr>
          <w:lang w:val="en-GB"/>
        </w:rPr>
        <w:t>Assess risks within service users homes and ensure staff follow lon</w:t>
      </w:r>
      <w:r w:rsidR="00603D2B">
        <w:rPr>
          <w:lang w:val="en-GB"/>
        </w:rPr>
        <w:t>e</w:t>
      </w:r>
      <w:r>
        <w:rPr>
          <w:lang w:val="en-GB"/>
        </w:rPr>
        <w:t xml:space="preserve"> working guidelines and </w:t>
      </w:r>
      <w:r w:rsidR="00603D2B">
        <w:rPr>
          <w:lang w:val="en-GB"/>
        </w:rPr>
        <w:t>procedures.</w:t>
      </w:r>
    </w:p>
    <w:p w14:paraId="5ADF63D4" w14:textId="77777777" w:rsidR="00603D2B" w:rsidRPr="00603D2B" w:rsidRDefault="00603D2B" w:rsidP="00603D2B">
      <w:pPr>
        <w:pStyle w:val="ListParagraph"/>
        <w:rPr>
          <w:lang w:val="en-GB"/>
        </w:rPr>
      </w:pPr>
    </w:p>
    <w:p w14:paraId="2B1B12D3" w14:textId="60FCAC4A" w:rsidR="004365C1" w:rsidRDefault="00603D2B" w:rsidP="00CF4BD8">
      <w:pPr>
        <w:pStyle w:val="ListParagraph"/>
        <w:numPr>
          <w:ilvl w:val="0"/>
          <w:numId w:val="12"/>
        </w:numPr>
        <w:rPr>
          <w:lang w:val="en-GB"/>
        </w:rPr>
      </w:pPr>
      <w:r>
        <w:rPr>
          <w:lang w:val="en-GB"/>
        </w:rPr>
        <w:t>Support the development of promotional materials, outreach and engag</w:t>
      </w:r>
      <w:r w:rsidR="004365C1">
        <w:rPr>
          <w:lang w:val="en-GB"/>
        </w:rPr>
        <w:t xml:space="preserve">ement strategies. </w:t>
      </w:r>
    </w:p>
    <w:p w14:paraId="48ADE7D1" w14:textId="77777777" w:rsidR="004365C1" w:rsidRPr="004365C1" w:rsidRDefault="004365C1" w:rsidP="004365C1">
      <w:pPr>
        <w:pStyle w:val="ListParagraph"/>
        <w:rPr>
          <w:lang w:val="en-GB"/>
        </w:rPr>
      </w:pPr>
    </w:p>
    <w:p w14:paraId="2CCEFEE0" w14:textId="77777777" w:rsidR="004365C1" w:rsidRDefault="004365C1" w:rsidP="00CF4BD8">
      <w:pPr>
        <w:pStyle w:val="ListParagraph"/>
        <w:numPr>
          <w:ilvl w:val="0"/>
          <w:numId w:val="12"/>
        </w:numPr>
        <w:rPr>
          <w:lang w:val="en-GB"/>
        </w:rPr>
      </w:pPr>
      <w:r>
        <w:rPr>
          <w:lang w:val="en-GB"/>
        </w:rPr>
        <w:t>Contribute to evaluation reports and service planning.</w:t>
      </w:r>
    </w:p>
    <w:p w14:paraId="1C14A142" w14:textId="77777777" w:rsidR="004365C1" w:rsidRPr="004365C1" w:rsidRDefault="004365C1" w:rsidP="004365C1">
      <w:pPr>
        <w:pStyle w:val="ListParagraph"/>
        <w:rPr>
          <w:lang w:val="en-GB"/>
        </w:rPr>
      </w:pPr>
    </w:p>
    <w:p w14:paraId="069C6741" w14:textId="77777777" w:rsidR="00180B98" w:rsidRDefault="00180B98" w:rsidP="00CF4BD8">
      <w:pPr>
        <w:pStyle w:val="ListParagraph"/>
        <w:numPr>
          <w:ilvl w:val="0"/>
          <w:numId w:val="12"/>
        </w:numPr>
        <w:rPr>
          <w:lang w:val="en-GB"/>
        </w:rPr>
      </w:pPr>
      <w:r>
        <w:rPr>
          <w:lang w:val="en-GB"/>
        </w:rPr>
        <w:t>Work alongside the finance team to assist with budget planning and monitoring.</w:t>
      </w:r>
    </w:p>
    <w:p w14:paraId="3931DAE4" w14:textId="77777777" w:rsidR="00180B98" w:rsidRPr="00180B98" w:rsidRDefault="00180B98" w:rsidP="00180B98">
      <w:pPr>
        <w:pStyle w:val="ListParagraph"/>
        <w:rPr>
          <w:lang w:val="en-GB"/>
        </w:rPr>
      </w:pPr>
    </w:p>
    <w:p w14:paraId="237F2887" w14:textId="26861F66" w:rsidR="00721D27" w:rsidRDefault="00180B98" w:rsidP="00CF4BD8">
      <w:pPr>
        <w:pStyle w:val="ListParagraph"/>
        <w:numPr>
          <w:ilvl w:val="0"/>
          <w:numId w:val="12"/>
        </w:numPr>
        <w:rPr>
          <w:lang w:val="en-GB"/>
        </w:rPr>
      </w:pPr>
      <w:r>
        <w:rPr>
          <w:lang w:val="en-GB"/>
        </w:rPr>
        <w:t>Build partnerships with local o</w:t>
      </w:r>
      <w:r w:rsidR="003555D9">
        <w:rPr>
          <w:lang w:val="en-GB"/>
        </w:rPr>
        <w:t>r</w:t>
      </w:r>
      <w:r>
        <w:rPr>
          <w:lang w:val="en-GB"/>
        </w:rPr>
        <w:t xml:space="preserve">ganisations </w:t>
      </w:r>
      <w:r w:rsidR="003555D9">
        <w:rPr>
          <w:lang w:val="en-GB"/>
        </w:rPr>
        <w:t>to promote the service.</w:t>
      </w:r>
    </w:p>
    <w:p w14:paraId="4D841A13" w14:textId="77777777" w:rsidR="003555D9" w:rsidRPr="003555D9" w:rsidRDefault="003555D9" w:rsidP="003555D9">
      <w:pPr>
        <w:pStyle w:val="ListParagraph"/>
        <w:rPr>
          <w:lang w:val="en-GB"/>
        </w:rPr>
      </w:pPr>
    </w:p>
    <w:p w14:paraId="043DAF8B" w14:textId="3B26D67B" w:rsidR="003555D9" w:rsidRDefault="003555D9" w:rsidP="00CF4BD8">
      <w:pPr>
        <w:pStyle w:val="ListParagraph"/>
        <w:numPr>
          <w:ilvl w:val="0"/>
          <w:numId w:val="12"/>
        </w:numPr>
        <w:rPr>
          <w:lang w:val="en-GB"/>
        </w:rPr>
      </w:pPr>
      <w:r>
        <w:rPr>
          <w:lang w:val="en-GB"/>
        </w:rPr>
        <w:t xml:space="preserve">Recruit, train and develop staff to maintain high service standards. </w:t>
      </w:r>
    </w:p>
    <w:p w14:paraId="6DBC2602" w14:textId="77777777" w:rsidR="00D75B0D" w:rsidRPr="00D75B0D" w:rsidRDefault="00D75B0D" w:rsidP="00D75B0D">
      <w:pPr>
        <w:pStyle w:val="ListParagraph"/>
        <w:rPr>
          <w:lang w:val="en-GB"/>
        </w:rPr>
      </w:pPr>
    </w:p>
    <w:p w14:paraId="65544A88" w14:textId="059EB273" w:rsidR="00D75B0D" w:rsidRDefault="00C072B2" w:rsidP="00CF4BD8">
      <w:pPr>
        <w:pStyle w:val="ListParagraph"/>
        <w:numPr>
          <w:ilvl w:val="0"/>
          <w:numId w:val="12"/>
        </w:numPr>
        <w:rPr>
          <w:lang w:val="en-GB"/>
        </w:rPr>
      </w:pPr>
      <w:r>
        <w:rPr>
          <w:lang w:val="en-GB"/>
        </w:rPr>
        <w:t xml:space="preserve">Regular inputting onto our Customer Relationship </w:t>
      </w:r>
      <w:r w:rsidR="00B41545">
        <w:rPr>
          <w:lang w:val="en-GB"/>
        </w:rPr>
        <w:t>M</w:t>
      </w:r>
      <w:r>
        <w:rPr>
          <w:lang w:val="en-GB"/>
        </w:rPr>
        <w:t xml:space="preserve">anagement </w:t>
      </w:r>
      <w:r w:rsidR="00B41545">
        <w:rPr>
          <w:lang w:val="en-GB"/>
        </w:rPr>
        <w:t>S</w:t>
      </w:r>
      <w:r>
        <w:rPr>
          <w:lang w:val="en-GB"/>
        </w:rPr>
        <w:t xml:space="preserve">ystem and </w:t>
      </w:r>
      <w:r w:rsidR="0011043E">
        <w:rPr>
          <w:lang w:val="en-GB"/>
        </w:rPr>
        <w:t>F</w:t>
      </w:r>
      <w:r>
        <w:rPr>
          <w:lang w:val="en-GB"/>
        </w:rPr>
        <w:t xml:space="preserve">ield </w:t>
      </w:r>
      <w:r w:rsidR="0011043E">
        <w:rPr>
          <w:lang w:val="en-GB"/>
        </w:rPr>
        <w:t>S</w:t>
      </w:r>
      <w:r>
        <w:rPr>
          <w:lang w:val="en-GB"/>
        </w:rPr>
        <w:t xml:space="preserve">ervice </w:t>
      </w:r>
      <w:r w:rsidR="0011043E">
        <w:rPr>
          <w:lang w:val="en-GB"/>
        </w:rPr>
        <w:t>Application (app)</w:t>
      </w:r>
    </w:p>
    <w:p w14:paraId="5C3E2FB1" w14:textId="77777777" w:rsidR="0011043E" w:rsidRPr="0011043E" w:rsidRDefault="0011043E" w:rsidP="0011043E">
      <w:pPr>
        <w:pStyle w:val="ListParagraph"/>
        <w:rPr>
          <w:lang w:val="en-GB"/>
        </w:rPr>
      </w:pPr>
    </w:p>
    <w:p w14:paraId="07261D49" w14:textId="6115CDA6" w:rsidR="0011043E" w:rsidRDefault="0011043E" w:rsidP="00CF4BD8">
      <w:pPr>
        <w:pStyle w:val="ListParagraph"/>
        <w:numPr>
          <w:ilvl w:val="0"/>
          <w:numId w:val="12"/>
        </w:numPr>
        <w:rPr>
          <w:lang w:val="en-GB"/>
        </w:rPr>
      </w:pPr>
      <w:r>
        <w:rPr>
          <w:lang w:val="en-GB"/>
        </w:rPr>
        <w:t xml:space="preserve">Promote a culture of dignity, respect and </w:t>
      </w:r>
      <w:r w:rsidR="00540FE5">
        <w:rPr>
          <w:lang w:val="en-GB"/>
        </w:rPr>
        <w:t xml:space="preserve">fairness across the service. </w:t>
      </w:r>
    </w:p>
    <w:p w14:paraId="3112A8CE" w14:textId="77777777" w:rsidR="00540FE5" w:rsidRPr="00540FE5" w:rsidRDefault="00540FE5" w:rsidP="00540FE5">
      <w:pPr>
        <w:pStyle w:val="ListParagraph"/>
        <w:rPr>
          <w:lang w:val="en-GB"/>
        </w:rPr>
      </w:pPr>
    </w:p>
    <w:p w14:paraId="5832D498" w14:textId="3CF3FE42" w:rsidR="00540FE5" w:rsidRDefault="00540FE5" w:rsidP="00CF4BD8">
      <w:pPr>
        <w:pStyle w:val="ListParagraph"/>
        <w:numPr>
          <w:ilvl w:val="0"/>
          <w:numId w:val="12"/>
        </w:numPr>
        <w:rPr>
          <w:lang w:val="en-GB"/>
        </w:rPr>
      </w:pPr>
      <w:r>
        <w:rPr>
          <w:lang w:val="en-GB"/>
        </w:rPr>
        <w:t>Make sure support is delivered in a non</w:t>
      </w:r>
      <w:r w:rsidR="00CF508E">
        <w:rPr>
          <w:lang w:val="en-GB"/>
        </w:rPr>
        <w:t>-</w:t>
      </w:r>
      <w:r>
        <w:rPr>
          <w:lang w:val="en-GB"/>
        </w:rPr>
        <w:t>judgemental, incl</w:t>
      </w:r>
      <w:r w:rsidR="00BC141D">
        <w:rPr>
          <w:lang w:val="en-GB"/>
        </w:rPr>
        <w:t>u</w:t>
      </w:r>
      <w:r>
        <w:rPr>
          <w:lang w:val="en-GB"/>
        </w:rPr>
        <w:t>sive way that re</w:t>
      </w:r>
      <w:r w:rsidR="00BC141D">
        <w:rPr>
          <w:lang w:val="en-GB"/>
        </w:rPr>
        <w:t xml:space="preserve">cognises each </w:t>
      </w:r>
      <w:proofErr w:type="spellStart"/>
      <w:r w:rsidR="00BC141D">
        <w:rPr>
          <w:lang w:val="en-GB"/>
        </w:rPr>
        <w:t>persons</w:t>
      </w:r>
      <w:proofErr w:type="spellEnd"/>
      <w:r w:rsidR="00BC141D">
        <w:rPr>
          <w:lang w:val="en-GB"/>
        </w:rPr>
        <w:t xml:space="preserve"> background, culture, identity and individual needs.</w:t>
      </w:r>
    </w:p>
    <w:p w14:paraId="26147303" w14:textId="77777777" w:rsidR="00DE7891" w:rsidRPr="00DE7891" w:rsidRDefault="00DE7891" w:rsidP="00DE7891">
      <w:pPr>
        <w:pStyle w:val="ListParagraph"/>
        <w:rPr>
          <w:lang w:val="en-GB"/>
        </w:rPr>
      </w:pPr>
    </w:p>
    <w:p w14:paraId="28DC4A20" w14:textId="65613BA9" w:rsidR="00DE7891" w:rsidRPr="003E1CFC" w:rsidRDefault="004F4AC2" w:rsidP="00DE7891">
      <w:pPr>
        <w:rPr>
          <w:b/>
          <w:bCs/>
          <w:lang w:val="en-GB"/>
        </w:rPr>
      </w:pPr>
      <w:r w:rsidRPr="003E1CFC">
        <w:rPr>
          <w:b/>
          <w:bCs/>
          <w:lang w:val="en-GB"/>
        </w:rPr>
        <w:t>Additional Responsibilities</w:t>
      </w:r>
    </w:p>
    <w:p w14:paraId="0CCFD5B6" w14:textId="7CB73A27" w:rsidR="004F4AC2" w:rsidRDefault="004F4AC2" w:rsidP="004F4AC2">
      <w:pPr>
        <w:pStyle w:val="ListParagraph"/>
        <w:numPr>
          <w:ilvl w:val="0"/>
          <w:numId w:val="13"/>
        </w:numPr>
        <w:rPr>
          <w:lang w:val="en-GB"/>
        </w:rPr>
      </w:pPr>
      <w:r>
        <w:rPr>
          <w:lang w:val="en-GB"/>
        </w:rPr>
        <w:t xml:space="preserve">Working </w:t>
      </w:r>
      <w:r w:rsidR="00453122">
        <w:rPr>
          <w:lang w:val="en-GB"/>
        </w:rPr>
        <w:t>collaboratively</w:t>
      </w:r>
      <w:r>
        <w:rPr>
          <w:lang w:val="en-GB"/>
        </w:rPr>
        <w:t xml:space="preserve"> with all Age UK Salford and Trafford </w:t>
      </w:r>
      <w:r w:rsidR="00EF4A50">
        <w:rPr>
          <w:lang w:val="en-GB"/>
        </w:rPr>
        <w:t xml:space="preserve">teams, external </w:t>
      </w:r>
      <w:r w:rsidR="002159F0">
        <w:rPr>
          <w:lang w:val="en-GB"/>
        </w:rPr>
        <w:t>professionals to ensure joined-up support for local older people.</w:t>
      </w:r>
    </w:p>
    <w:p w14:paraId="58A59142" w14:textId="77777777" w:rsidR="00A84A73" w:rsidRDefault="00A84A73" w:rsidP="00A84A73">
      <w:pPr>
        <w:pStyle w:val="ListParagraph"/>
        <w:rPr>
          <w:lang w:val="en-GB"/>
        </w:rPr>
      </w:pPr>
    </w:p>
    <w:p w14:paraId="00DD409E" w14:textId="73FE169C" w:rsidR="002159F0" w:rsidRDefault="003E1CFC" w:rsidP="002159F0">
      <w:pPr>
        <w:pStyle w:val="ListParagraph"/>
        <w:numPr>
          <w:ilvl w:val="0"/>
          <w:numId w:val="13"/>
        </w:numPr>
        <w:rPr>
          <w:lang w:val="en-GB"/>
        </w:rPr>
      </w:pPr>
      <w:r>
        <w:rPr>
          <w:lang w:val="en-GB"/>
        </w:rPr>
        <w:t xml:space="preserve">Facilitate </w:t>
      </w:r>
      <w:r w:rsidR="009628A9">
        <w:rPr>
          <w:lang w:val="en-GB"/>
        </w:rPr>
        <w:t>team meetings and take an active role in management meetings and supervisions and take responsibility for learning and development.</w:t>
      </w:r>
    </w:p>
    <w:p w14:paraId="55E421FD" w14:textId="77777777" w:rsidR="00457D6D" w:rsidRPr="00457D6D" w:rsidRDefault="00457D6D" w:rsidP="00457D6D">
      <w:pPr>
        <w:pStyle w:val="ListParagraph"/>
        <w:rPr>
          <w:lang w:val="en-GB"/>
        </w:rPr>
      </w:pPr>
    </w:p>
    <w:p w14:paraId="46CA31C5" w14:textId="05F41DD1" w:rsidR="00457D6D" w:rsidRDefault="00457D6D" w:rsidP="002159F0">
      <w:pPr>
        <w:pStyle w:val="ListParagraph"/>
        <w:numPr>
          <w:ilvl w:val="0"/>
          <w:numId w:val="13"/>
        </w:numPr>
        <w:rPr>
          <w:lang w:val="en-GB"/>
        </w:rPr>
      </w:pPr>
      <w:r>
        <w:rPr>
          <w:lang w:val="en-GB"/>
        </w:rPr>
        <w:t>Contribute to service development.</w:t>
      </w:r>
    </w:p>
    <w:p w14:paraId="602C0AD9" w14:textId="77777777" w:rsidR="00457D6D" w:rsidRPr="00457D6D" w:rsidRDefault="00457D6D" w:rsidP="00457D6D">
      <w:pPr>
        <w:pStyle w:val="ListParagraph"/>
        <w:rPr>
          <w:lang w:val="en-GB"/>
        </w:rPr>
      </w:pPr>
    </w:p>
    <w:p w14:paraId="0A7907C7" w14:textId="48B9B16D" w:rsidR="00457D6D" w:rsidRDefault="00457D6D" w:rsidP="002159F0">
      <w:pPr>
        <w:pStyle w:val="ListParagraph"/>
        <w:numPr>
          <w:ilvl w:val="0"/>
          <w:numId w:val="13"/>
        </w:numPr>
        <w:rPr>
          <w:lang w:val="en-GB"/>
        </w:rPr>
      </w:pPr>
      <w:r>
        <w:rPr>
          <w:lang w:val="en-GB"/>
        </w:rPr>
        <w:t>Provide regular feedback/updates and reports to senior managers.</w:t>
      </w:r>
    </w:p>
    <w:p w14:paraId="278D2E8A" w14:textId="77777777" w:rsidR="00457D6D" w:rsidRPr="00457D6D" w:rsidRDefault="00457D6D" w:rsidP="00457D6D">
      <w:pPr>
        <w:pStyle w:val="ListParagraph"/>
        <w:rPr>
          <w:lang w:val="en-GB"/>
        </w:rPr>
      </w:pPr>
    </w:p>
    <w:p w14:paraId="07BAE26D" w14:textId="75A8FC0F" w:rsidR="00457D6D" w:rsidRPr="002159F0" w:rsidRDefault="00457D6D" w:rsidP="002159F0">
      <w:pPr>
        <w:pStyle w:val="ListParagraph"/>
        <w:numPr>
          <w:ilvl w:val="0"/>
          <w:numId w:val="13"/>
        </w:numPr>
        <w:rPr>
          <w:lang w:val="en-GB"/>
        </w:rPr>
      </w:pPr>
      <w:r>
        <w:rPr>
          <w:lang w:val="en-GB"/>
        </w:rPr>
        <w:t>Support organisational activity, including service promotion, outreach events, fundraising and other duties in line with</w:t>
      </w:r>
      <w:r w:rsidR="00D52B12">
        <w:rPr>
          <w:lang w:val="en-GB"/>
        </w:rPr>
        <w:t xml:space="preserve"> the role and the mission of Age UK Salford and Trafford.  </w:t>
      </w:r>
    </w:p>
    <w:p w14:paraId="4E9A75CE" w14:textId="77777777" w:rsidR="00BC68BE" w:rsidRPr="00D52046" w:rsidRDefault="00BC68BE" w:rsidP="00D52046">
      <w:pPr>
        <w:rPr>
          <w:lang w:val="en-GB"/>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7"/>
        <w:gridCol w:w="39"/>
        <w:gridCol w:w="1487"/>
        <w:gridCol w:w="1906"/>
        <w:gridCol w:w="24"/>
        <w:gridCol w:w="2561"/>
      </w:tblGrid>
      <w:tr w:rsidR="00D52046" w:rsidRPr="00D52046" w14:paraId="4483416B" w14:textId="77777777" w:rsidTr="009F35A9">
        <w:trPr>
          <w:trHeight w:val="300"/>
        </w:trPr>
        <w:tc>
          <w:tcPr>
            <w:tcW w:w="2608" w:type="dxa"/>
            <w:tcBorders>
              <w:top w:val="single" w:sz="6" w:space="0" w:color="auto"/>
              <w:left w:val="single" w:sz="6" w:space="0" w:color="auto"/>
              <w:bottom w:val="single" w:sz="6" w:space="0" w:color="auto"/>
              <w:right w:val="single" w:sz="6" w:space="0" w:color="auto"/>
            </w:tcBorders>
            <w:hideMark/>
          </w:tcPr>
          <w:p w14:paraId="1B39BFAD" w14:textId="77777777" w:rsidR="00D52046" w:rsidRPr="00D52046" w:rsidRDefault="00D52046" w:rsidP="00D52046">
            <w:pPr>
              <w:rPr>
                <w:lang w:val="en-GB"/>
              </w:rPr>
            </w:pPr>
            <w:r w:rsidRPr="00D52046">
              <w:rPr>
                <w:b/>
                <w:bCs/>
              </w:rPr>
              <w:t>Criteria</w:t>
            </w:r>
            <w:r w:rsidRPr="00D52046">
              <w:rPr>
                <w:lang w:val="en-GB"/>
              </w:rPr>
              <w:t> </w:t>
            </w:r>
          </w:p>
        </w:tc>
        <w:tc>
          <w:tcPr>
            <w:tcW w:w="1523" w:type="dxa"/>
            <w:gridSpan w:val="2"/>
            <w:tcBorders>
              <w:top w:val="single" w:sz="6" w:space="0" w:color="auto"/>
              <w:left w:val="single" w:sz="6" w:space="0" w:color="auto"/>
              <w:bottom w:val="single" w:sz="6" w:space="0" w:color="auto"/>
              <w:right w:val="single" w:sz="6" w:space="0" w:color="auto"/>
            </w:tcBorders>
            <w:hideMark/>
          </w:tcPr>
          <w:p w14:paraId="117B0E1E" w14:textId="77777777" w:rsidR="00D52046" w:rsidRPr="00D52046" w:rsidRDefault="00D52046" w:rsidP="00D52046">
            <w:pPr>
              <w:rPr>
                <w:lang w:val="en-GB"/>
              </w:rPr>
            </w:pPr>
            <w:r w:rsidRPr="00D52046">
              <w:rPr>
                <w:b/>
                <w:bCs/>
              </w:rPr>
              <w:t>Essential</w:t>
            </w:r>
            <w:r w:rsidRPr="00D52046">
              <w:rPr>
                <w:lang w:val="en-GB"/>
              </w:rPr>
              <w:t> </w:t>
            </w:r>
          </w:p>
        </w:tc>
        <w:tc>
          <w:tcPr>
            <w:tcW w:w="1931" w:type="dxa"/>
            <w:gridSpan w:val="2"/>
            <w:tcBorders>
              <w:top w:val="single" w:sz="6" w:space="0" w:color="auto"/>
              <w:left w:val="single" w:sz="6" w:space="0" w:color="auto"/>
              <w:bottom w:val="single" w:sz="6" w:space="0" w:color="auto"/>
              <w:right w:val="single" w:sz="6" w:space="0" w:color="auto"/>
            </w:tcBorders>
            <w:hideMark/>
          </w:tcPr>
          <w:p w14:paraId="38D94634" w14:textId="77777777" w:rsidR="00D52046" w:rsidRPr="00D52046" w:rsidRDefault="00D52046" w:rsidP="00D52046">
            <w:pPr>
              <w:rPr>
                <w:lang w:val="en-GB"/>
              </w:rPr>
            </w:pPr>
            <w:r w:rsidRPr="00D52046">
              <w:rPr>
                <w:b/>
                <w:bCs/>
              </w:rPr>
              <w:t>Desirable</w:t>
            </w:r>
            <w:r w:rsidRPr="00D52046">
              <w:rPr>
                <w:lang w:val="en-GB"/>
              </w:rPr>
              <w:t> </w:t>
            </w:r>
          </w:p>
        </w:tc>
        <w:tc>
          <w:tcPr>
            <w:tcW w:w="2562" w:type="dxa"/>
            <w:tcBorders>
              <w:top w:val="single" w:sz="6" w:space="0" w:color="auto"/>
              <w:left w:val="single" w:sz="6" w:space="0" w:color="auto"/>
              <w:bottom w:val="single" w:sz="6" w:space="0" w:color="auto"/>
              <w:right w:val="single" w:sz="6" w:space="0" w:color="auto"/>
            </w:tcBorders>
            <w:hideMark/>
          </w:tcPr>
          <w:p w14:paraId="0267004D" w14:textId="77777777" w:rsidR="00D52046" w:rsidRPr="00D52046" w:rsidRDefault="00D52046" w:rsidP="00D52046">
            <w:pPr>
              <w:rPr>
                <w:lang w:val="en-GB"/>
              </w:rPr>
            </w:pPr>
            <w:r w:rsidRPr="00D52046">
              <w:rPr>
                <w:b/>
                <w:bCs/>
              </w:rPr>
              <w:t>Assessment </w:t>
            </w:r>
            <w:r w:rsidRPr="00D52046">
              <w:rPr>
                <w:lang w:val="en-GB"/>
              </w:rPr>
              <w:t> </w:t>
            </w:r>
          </w:p>
        </w:tc>
      </w:tr>
      <w:tr w:rsidR="00D52046" w:rsidRPr="00D52046" w14:paraId="031F9E9A" w14:textId="77777777" w:rsidTr="009F35A9">
        <w:trPr>
          <w:trHeight w:val="300"/>
        </w:trPr>
        <w:tc>
          <w:tcPr>
            <w:tcW w:w="2608" w:type="dxa"/>
            <w:tcBorders>
              <w:top w:val="single" w:sz="6" w:space="0" w:color="auto"/>
              <w:left w:val="single" w:sz="6" w:space="0" w:color="auto"/>
              <w:bottom w:val="single" w:sz="6" w:space="0" w:color="auto"/>
              <w:right w:val="single" w:sz="6" w:space="0" w:color="auto"/>
            </w:tcBorders>
            <w:hideMark/>
          </w:tcPr>
          <w:p w14:paraId="7A718F98" w14:textId="62F88289" w:rsidR="00D52046" w:rsidRPr="00D52046" w:rsidRDefault="00FE2791" w:rsidP="00D52046">
            <w:pPr>
              <w:rPr>
                <w:lang w:val="en-GB"/>
              </w:rPr>
            </w:pPr>
            <w:r>
              <w:rPr>
                <w:lang w:val="en-GB"/>
              </w:rPr>
              <w:t xml:space="preserve">Qualification </w:t>
            </w:r>
            <w:r w:rsidR="005C5EB7">
              <w:rPr>
                <w:lang w:val="en-GB"/>
              </w:rPr>
              <w:t xml:space="preserve">in health &amp; social care or equivalent </w:t>
            </w:r>
          </w:p>
        </w:tc>
        <w:tc>
          <w:tcPr>
            <w:tcW w:w="1523" w:type="dxa"/>
            <w:gridSpan w:val="2"/>
            <w:tcBorders>
              <w:top w:val="single" w:sz="6" w:space="0" w:color="auto"/>
              <w:left w:val="single" w:sz="6" w:space="0" w:color="auto"/>
              <w:bottom w:val="single" w:sz="6" w:space="0" w:color="auto"/>
              <w:right w:val="single" w:sz="6" w:space="0" w:color="auto"/>
            </w:tcBorders>
            <w:hideMark/>
          </w:tcPr>
          <w:p w14:paraId="719EB65F" w14:textId="77777777" w:rsidR="00D52046" w:rsidRPr="00D52046" w:rsidRDefault="00D52046" w:rsidP="00D52046">
            <w:pPr>
              <w:rPr>
                <w:lang w:val="en-GB"/>
              </w:rPr>
            </w:pPr>
            <w:r w:rsidRPr="00D52046">
              <w:rPr>
                <w:rFonts w:ascii="Segoe UI Symbol" w:hAnsi="Segoe UI Symbol" w:cs="Segoe UI Symbol"/>
              </w:rPr>
              <w:t>✓</w:t>
            </w:r>
            <w:r w:rsidRPr="00D52046">
              <w:rPr>
                <w:lang w:val="en-GB"/>
              </w:rPr>
              <w:t> </w:t>
            </w:r>
          </w:p>
        </w:tc>
        <w:tc>
          <w:tcPr>
            <w:tcW w:w="1931" w:type="dxa"/>
            <w:gridSpan w:val="2"/>
            <w:tcBorders>
              <w:top w:val="single" w:sz="6" w:space="0" w:color="auto"/>
              <w:left w:val="single" w:sz="6" w:space="0" w:color="auto"/>
              <w:bottom w:val="single" w:sz="6" w:space="0" w:color="auto"/>
              <w:right w:val="single" w:sz="6" w:space="0" w:color="auto"/>
            </w:tcBorders>
            <w:hideMark/>
          </w:tcPr>
          <w:p w14:paraId="70C759F6" w14:textId="77777777" w:rsidR="00D52046" w:rsidRPr="00D52046" w:rsidRDefault="00D52046" w:rsidP="00D52046">
            <w:pPr>
              <w:rPr>
                <w:lang w:val="en-GB"/>
              </w:rPr>
            </w:pPr>
            <w:r w:rsidRPr="00D52046">
              <w:t> </w:t>
            </w:r>
            <w:r w:rsidRPr="00D52046">
              <w:rPr>
                <w:lang w:val="en-GB"/>
              </w:rPr>
              <w:t> </w:t>
            </w:r>
          </w:p>
        </w:tc>
        <w:tc>
          <w:tcPr>
            <w:tcW w:w="2562" w:type="dxa"/>
            <w:tcBorders>
              <w:top w:val="single" w:sz="6" w:space="0" w:color="auto"/>
              <w:left w:val="single" w:sz="6" w:space="0" w:color="auto"/>
              <w:bottom w:val="single" w:sz="6" w:space="0" w:color="auto"/>
              <w:right w:val="single" w:sz="6" w:space="0" w:color="auto"/>
            </w:tcBorders>
            <w:hideMark/>
          </w:tcPr>
          <w:p w14:paraId="2AD33186" w14:textId="1B62C997" w:rsidR="00D52046" w:rsidRPr="00D52046" w:rsidRDefault="005C5EB7" w:rsidP="00D52046">
            <w:pPr>
              <w:rPr>
                <w:lang w:val="en-GB"/>
              </w:rPr>
            </w:pPr>
            <w:r>
              <w:t>Application form</w:t>
            </w:r>
          </w:p>
        </w:tc>
      </w:tr>
      <w:tr w:rsidR="00D52046" w:rsidRPr="00D52046" w14:paraId="5D1B358D" w14:textId="77777777" w:rsidTr="009F35A9">
        <w:trPr>
          <w:trHeight w:val="300"/>
        </w:trPr>
        <w:tc>
          <w:tcPr>
            <w:tcW w:w="2608" w:type="dxa"/>
            <w:tcBorders>
              <w:top w:val="single" w:sz="6" w:space="0" w:color="auto"/>
              <w:left w:val="single" w:sz="6" w:space="0" w:color="auto"/>
              <w:bottom w:val="single" w:sz="6" w:space="0" w:color="auto"/>
              <w:right w:val="single" w:sz="6" w:space="0" w:color="auto"/>
            </w:tcBorders>
            <w:hideMark/>
          </w:tcPr>
          <w:p w14:paraId="6F1420E8" w14:textId="58C1759A" w:rsidR="00D52046" w:rsidRPr="00D52046" w:rsidRDefault="007C1498" w:rsidP="00D52046">
            <w:pPr>
              <w:rPr>
                <w:lang w:val="en-GB"/>
              </w:rPr>
            </w:pPr>
            <w:r>
              <w:rPr>
                <w:lang w:val="en-GB"/>
              </w:rPr>
              <w:t>Degree or higher level in related</w:t>
            </w:r>
            <w:r w:rsidR="00DF3236">
              <w:rPr>
                <w:lang w:val="en-GB"/>
              </w:rPr>
              <w:t xml:space="preserve"> discipline</w:t>
            </w:r>
          </w:p>
        </w:tc>
        <w:tc>
          <w:tcPr>
            <w:tcW w:w="1523" w:type="dxa"/>
            <w:gridSpan w:val="2"/>
            <w:tcBorders>
              <w:top w:val="single" w:sz="6" w:space="0" w:color="auto"/>
              <w:left w:val="single" w:sz="6" w:space="0" w:color="auto"/>
              <w:bottom w:val="single" w:sz="6" w:space="0" w:color="auto"/>
              <w:right w:val="single" w:sz="6" w:space="0" w:color="auto"/>
            </w:tcBorders>
            <w:hideMark/>
          </w:tcPr>
          <w:p w14:paraId="723F4F81" w14:textId="77777777" w:rsidR="00D52046" w:rsidRPr="00D52046" w:rsidRDefault="00D52046" w:rsidP="00D52046">
            <w:pPr>
              <w:rPr>
                <w:lang w:val="en-GB"/>
              </w:rPr>
            </w:pPr>
            <w:r w:rsidRPr="00D52046">
              <w:t> </w:t>
            </w:r>
            <w:r w:rsidRPr="00D52046">
              <w:rPr>
                <w:lang w:val="en-GB"/>
              </w:rPr>
              <w:t> </w:t>
            </w:r>
          </w:p>
        </w:tc>
        <w:tc>
          <w:tcPr>
            <w:tcW w:w="1931" w:type="dxa"/>
            <w:gridSpan w:val="2"/>
            <w:tcBorders>
              <w:top w:val="single" w:sz="6" w:space="0" w:color="auto"/>
              <w:left w:val="single" w:sz="6" w:space="0" w:color="auto"/>
              <w:bottom w:val="single" w:sz="6" w:space="0" w:color="auto"/>
              <w:right w:val="single" w:sz="6" w:space="0" w:color="auto"/>
            </w:tcBorders>
            <w:hideMark/>
          </w:tcPr>
          <w:p w14:paraId="01D9F5F0" w14:textId="5C3743A1" w:rsidR="00D52046" w:rsidRPr="00D52046" w:rsidRDefault="007C1498" w:rsidP="3793E240">
            <w:pPr>
              <w:rPr>
                <w:rFonts w:ascii="Segoe UI Symbol" w:hAnsi="Segoe UI Symbol" w:cs="Segoe UI Symbol"/>
                <w:lang w:val="en-GB"/>
              </w:rPr>
            </w:pPr>
            <w:r>
              <w:rPr>
                <w:rFonts w:ascii="Segoe UI Symbol" w:hAnsi="Segoe UI Symbol" w:cs="Segoe UI Symbol"/>
                <w:lang w:val="en-GB"/>
              </w:rPr>
              <w:t>√</w:t>
            </w:r>
          </w:p>
        </w:tc>
        <w:tc>
          <w:tcPr>
            <w:tcW w:w="2562" w:type="dxa"/>
            <w:tcBorders>
              <w:top w:val="single" w:sz="6" w:space="0" w:color="auto"/>
              <w:left w:val="single" w:sz="6" w:space="0" w:color="auto"/>
              <w:bottom w:val="single" w:sz="6" w:space="0" w:color="auto"/>
              <w:right w:val="single" w:sz="6" w:space="0" w:color="auto"/>
            </w:tcBorders>
            <w:hideMark/>
          </w:tcPr>
          <w:p w14:paraId="21BCA539" w14:textId="65CBCFF8" w:rsidR="00D52046" w:rsidRPr="00D52046" w:rsidRDefault="00635237" w:rsidP="00D52046">
            <w:pPr>
              <w:rPr>
                <w:lang w:val="en-GB"/>
              </w:rPr>
            </w:pPr>
            <w:r>
              <w:rPr>
                <w:lang w:val="en-GB"/>
              </w:rPr>
              <w:t>Application form</w:t>
            </w:r>
          </w:p>
        </w:tc>
      </w:tr>
      <w:tr w:rsidR="00D52046" w:rsidRPr="00D52046" w14:paraId="723C0EBC"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77E25BC1" w14:textId="52C08D17" w:rsidR="00D52046" w:rsidRPr="00D52046" w:rsidRDefault="009F35A9" w:rsidP="00D52046">
            <w:pPr>
              <w:rPr>
                <w:lang w:val="en-GB"/>
              </w:rPr>
            </w:pPr>
            <w:r>
              <w:br w:type="page"/>
            </w:r>
            <w:r w:rsidR="00635237">
              <w:rPr>
                <w:lang w:val="en-GB"/>
              </w:rPr>
              <w:t xml:space="preserve">Experience of working in the </w:t>
            </w:r>
            <w:r w:rsidR="00E15885">
              <w:rPr>
                <w:lang w:val="en-GB"/>
              </w:rPr>
              <w:t>statutory</w:t>
            </w:r>
            <w:r w:rsidR="00E605D9">
              <w:rPr>
                <w:lang w:val="en-GB"/>
              </w:rPr>
              <w:t xml:space="preserve">, voluntary or </w:t>
            </w:r>
            <w:r w:rsidR="00E605D9">
              <w:rPr>
                <w:lang w:val="en-GB"/>
              </w:rPr>
              <w:lastRenderedPageBreak/>
              <w:t xml:space="preserve">private </w:t>
            </w:r>
            <w:r w:rsidR="00BE46B1">
              <w:rPr>
                <w:lang w:val="en-GB"/>
              </w:rPr>
              <w:t>health and/or social care</w:t>
            </w:r>
            <w:r w:rsidR="00E35036">
              <w:rPr>
                <w:lang w:val="en-GB"/>
              </w:rPr>
              <w:t xml:space="preserve"> sector</w:t>
            </w:r>
          </w:p>
        </w:tc>
        <w:tc>
          <w:tcPr>
            <w:tcW w:w="1487" w:type="dxa"/>
            <w:tcBorders>
              <w:top w:val="single" w:sz="6" w:space="0" w:color="auto"/>
              <w:left w:val="single" w:sz="6" w:space="0" w:color="auto"/>
              <w:bottom w:val="single" w:sz="6" w:space="0" w:color="auto"/>
              <w:right w:val="single" w:sz="6" w:space="0" w:color="auto"/>
            </w:tcBorders>
            <w:hideMark/>
          </w:tcPr>
          <w:p w14:paraId="41E6ECC8" w14:textId="4FE481BF" w:rsidR="00D52046" w:rsidRPr="00D52046" w:rsidRDefault="00E35036" w:rsidP="3793E240">
            <w:pPr>
              <w:rPr>
                <w:rFonts w:ascii="Segoe UI Symbol" w:hAnsi="Segoe UI Symbol" w:cs="Segoe UI Symbol"/>
                <w:lang w:val="en-GB"/>
              </w:rPr>
            </w:pPr>
            <w:r>
              <w:rPr>
                <w:rFonts w:ascii="Segoe UI Symbol" w:hAnsi="Segoe UI Symbol" w:cs="Segoe UI Symbol"/>
                <w:lang w:val="en-GB"/>
              </w:rPr>
              <w:lastRenderedPageBreak/>
              <w:t>√</w:t>
            </w:r>
          </w:p>
        </w:tc>
        <w:tc>
          <w:tcPr>
            <w:tcW w:w="1907" w:type="dxa"/>
            <w:tcBorders>
              <w:top w:val="single" w:sz="6" w:space="0" w:color="auto"/>
              <w:left w:val="single" w:sz="6" w:space="0" w:color="auto"/>
              <w:bottom w:val="single" w:sz="6" w:space="0" w:color="auto"/>
              <w:right w:val="single" w:sz="6" w:space="0" w:color="auto"/>
            </w:tcBorders>
            <w:hideMark/>
          </w:tcPr>
          <w:p w14:paraId="53167D43"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20D04D8E" w14:textId="44A3D6E2" w:rsidR="00D52046" w:rsidRPr="00D52046" w:rsidRDefault="00E35036" w:rsidP="00D52046">
            <w:pPr>
              <w:rPr>
                <w:lang w:val="en-GB"/>
              </w:rPr>
            </w:pPr>
            <w:r>
              <w:rPr>
                <w:lang w:val="en-GB"/>
              </w:rPr>
              <w:t>Application and interview</w:t>
            </w:r>
          </w:p>
        </w:tc>
      </w:tr>
      <w:tr w:rsidR="00D52046" w:rsidRPr="00D52046" w14:paraId="4DC652EA"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050E2D73" w14:textId="1175D18D" w:rsidR="00D52046" w:rsidRPr="00D52046" w:rsidRDefault="00C00592" w:rsidP="00D52046">
            <w:pPr>
              <w:rPr>
                <w:lang w:val="en-GB"/>
              </w:rPr>
            </w:pPr>
            <w:r>
              <w:rPr>
                <w:lang w:val="en-GB"/>
              </w:rPr>
              <w:t>Experience of managing or supervising staff</w:t>
            </w:r>
          </w:p>
        </w:tc>
        <w:tc>
          <w:tcPr>
            <w:tcW w:w="1487" w:type="dxa"/>
            <w:tcBorders>
              <w:top w:val="single" w:sz="6" w:space="0" w:color="auto"/>
              <w:left w:val="single" w:sz="6" w:space="0" w:color="auto"/>
              <w:bottom w:val="single" w:sz="6" w:space="0" w:color="auto"/>
              <w:right w:val="single" w:sz="6" w:space="0" w:color="auto"/>
            </w:tcBorders>
            <w:hideMark/>
          </w:tcPr>
          <w:p w14:paraId="0BF23EAA" w14:textId="6FF4D6C0" w:rsidR="00D52046" w:rsidRPr="00D52046" w:rsidRDefault="00C00592"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675AC7D6"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20B152E8" w14:textId="2ABE5980" w:rsidR="00D52046" w:rsidRPr="00D52046" w:rsidRDefault="00C00592" w:rsidP="00D52046">
            <w:pPr>
              <w:rPr>
                <w:lang w:val="en-GB"/>
              </w:rPr>
            </w:pPr>
            <w:r>
              <w:rPr>
                <w:lang w:val="en-GB"/>
              </w:rPr>
              <w:t>App</w:t>
            </w:r>
            <w:r w:rsidR="00D452A7">
              <w:rPr>
                <w:lang w:val="en-GB"/>
              </w:rPr>
              <w:t xml:space="preserve">lication </w:t>
            </w:r>
            <w:r>
              <w:rPr>
                <w:lang w:val="en-GB"/>
              </w:rPr>
              <w:t>&amp; interview</w:t>
            </w:r>
          </w:p>
        </w:tc>
      </w:tr>
      <w:tr w:rsidR="00D52046" w:rsidRPr="00D52046" w14:paraId="34F6F790"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4C67C388" w14:textId="69403C88" w:rsidR="00D52046" w:rsidRPr="00D52046" w:rsidRDefault="00905D0C" w:rsidP="00D52046">
            <w:pPr>
              <w:rPr>
                <w:lang w:val="en-GB"/>
              </w:rPr>
            </w:pPr>
            <w:r>
              <w:rPr>
                <w:lang w:val="en-GB"/>
              </w:rPr>
              <w:t xml:space="preserve">Experience of managing rota’s, </w:t>
            </w:r>
            <w:r w:rsidR="001B64A0">
              <w:rPr>
                <w:lang w:val="en-GB"/>
              </w:rPr>
              <w:t>workload, planning and service allocation</w:t>
            </w:r>
          </w:p>
        </w:tc>
        <w:tc>
          <w:tcPr>
            <w:tcW w:w="1487" w:type="dxa"/>
            <w:tcBorders>
              <w:top w:val="single" w:sz="6" w:space="0" w:color="auto"/>
              <w:left w:val="single" w:sz="6" w:space="0" w:color="auto"/>
              <w:bottom w:val="single" w:sz="6" w:space="0" w:color="auto"/>
              <w:right w:val="single" w:sz="6" w:space="0" w:color="auto"/>
            </w:tcBorders>
            <w:hideMark/>
          </w:tcPr>
          <w:p w14:paraId="43C52128" w14:textId="3B5A8E64" w:rsidR="00D52046" w:rsidRPr="00D52046" w:rsidRDefault="001B64A0" w:rsidP="00D52046">
            <w:pPr>
              <w:rPr>
                <w:lang w:val="en-GB"/>
              </w:rPr>
            </w:pPr>
            <w:r>
              <w:rPr>
                <w:rFonts w:cs="Aria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7C95D2D2" w14:textId="155C93CA" w:rsidR="00D52046" w:rsidRPr="00D52046" w:rsidRDefault="00D52046" w:rsidP="3793E240">
            <w:pPr>
              <w:rPr>
                <w:rFonts w:ascii="Segoe UI Symbol" w:hAnsi="Segoe UI Symbol" w:cs="Segoe UI Symbol"/>
                <w:lang w:val="en-GB"/>
              </w:rPr>
            </w:pPr>
            <w:r>
              <w:t> </w:t>
            </w:r>
          </w:p>
          <w:p w14:paraId="1AC5B395" w14:textId="77777777" w:rsidR="00D52046" w:rsidRPr="00D52046" w:rsidRDefault="00D52046" w:rsidP="00D52046">
            <w:pPr>
              <w:rPr>
                <w:lang w:val="en-GB"/>
              </w:rPr>
            </w:pP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2D87272F" w14:textId="43E696B7" w:rsidR="00D52046" w:rsidRPr="00D52046" w:rsidRDefault="001B64A0" w:rsidP="00D52046">
            <w:pPr>
              <w:rPr>
                <w:lang w:val="en-GB"/>
              </w:rPr>
            </w:pPr>
            <w:r>
              <w:rPr>
                <w:lang w:val="en-GB"/>
              </w:rPr>
              <w:t>App</w:t>
            </w:r>
            <w:r w:rsidR="00D452A7">
              <w:rPr>
                <w:lang w:val="en-GB"/>
              </w:rPr>
              <w:t>lication</w:t>
            </w:r>
            <w:r>
              <w:rPr>
                <w:lang w:val="en-GB"/>
              </w:rPr>
              <w:t xml:space="preserve"> &amp; interview </w:t>
            </w:r>
          </w:p>
        </w:tc>
      </w:tr>
      <w:tr w:rsidR="00D52046" w:rsidRPr="00D52046" w14:paraId="78310D2B"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01841FB7" w14:textId="36C0E51B" w:rsidR="00D52046" w:rsidRPr="00D52046" w:rsidRDefault="00F74413" w:rsidP="00D52046">
            <w:pPr>
              <w:rPr>
                <w:lang w:val="en-GB"/>
              </w:rPr>
            </w:pPr>
            <w:r>
              <w:rPr>
                <w:lang w:val="en-GB"/>
              </w:rPr>
              <w:t xml:space="preserve">Experience </w:t>
            </w:r>
            <w:r w:rsidR="00720F65">
              <w:rPr>
                <w:lang w:val="en-GB"/>
              </w:rPr>
              <w:t xml:space="preserve">co-ordinating community based support </w:t>
            </w:r>
          </w:p>
        </w:tc>
        <w:tc>
          <w:tcPr>
            <w:tcW w:w="1487" w:type="dxa"/>
            <w:tcBorders>
              <w:top w:val="single" w:sz="6" w:space="0" w:color="auto"/>
              <w:left w:val="single" w:sz="6" w:space="0" w:color="auto"/>
              <w:bottom w:val="single" w:sz="6" w:space="0" w:color="auto"/>
              <w:right w:val="single" w:sz="6" w:space="0" w:color="auto"/>
            </w:tcBorders>
            <w:hideMark/>
          </w:tcPr>
          <w:p w14:paraId="44C15F23" w14:textId="01AC84A9" w:rsidR="00D52046" w:rsidRPr="00D52046" w:rsidRDefault="0003732D"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496B8946"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28B66442" w14:textId="1E51CAC0" w:rsidR="00D52046" w:rsidRPr="00D52046" w:rsidRDefault="00720F65" w:rsidP="00D52046">
            <w:pPr>
              <w:rPr>
                <w:lang w:val="en-GB"/>
              </w:rPr>
            </w:pPr>
            <w:r>
              <w:rPr>
                <w:lang w:val="en-GB"/>
              </w:rPr>
              <w:t>App</w:t>
            </w:r>
            <w:r w:rsidR="00D452A7">
              <w:rPr>
                <w:lang w:val="en-GB"/>
              </w:rPr>
              <w:t>lication</w:t>
            </w:r>
            <w:r>
              <w:rPr>
                <w:lang w:val="en-GB"/>
              </w:rPr>
              <w:t xml:space="preserve"> &amp; interview</w:t>
            </w:r>
          </w:p>
        </w:tc>
      </w:tr>
      <w:tr w:rsidR="00D52046" w:rsidRPr="00D52046" w14:paraId="45A60C14"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0CD3189F" w14:textId="2121FEF9" w:rsidR="00D52046" w:rsidRPr="00D52046" w:rsidRDefault="00720F65" w:rsidP="00D52046">
            <w:pPr>
              <w:rPr>
                <w:lang w:val="en-GB"/>
              </w:rPr>
            </w:pPr>
            <w:r>
              <w:t>Excellent communication and relationship</w:t>
            </w:r>
            <w:r w:rsidR="00E73ACE">
              <w:t xml:space="preserve"> building skills</w:t>
            </w:r>
          </w:p>
        </w:tc>
        <w:tc>
          <w:tcPr>
            <w:tcW w:w="1487" w:type="dxa"/>
            <w:tcBorders>
              <w:top w:val="single" w:sz="6" w:space="0" w:color="auto"/>
              <w:left w:val="single" w:sz="6" w:space="0" w:color="auto"/>
              <w:bottom w:val="single" w:sz="6" w:space="0" w:color="auto"/>
              <w:right w:val="single" w:sz="6" w:space="0" w:color="auto"/>
            </w:tcBorders>
            <w:hideMark/>
          </w:tcPr>
          <w:p w14:paraId="196431C1" w14:textId="46830EC3" w:rsidR="00D52046" w:rsidRPr="00D52046" w:rsidRDefault="00E73ACE"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33D5701D"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5028BB4B" w14:textId="1D44ECBE" w:rsidR="00D52046" w:rsidRPr="00D52046" w:rsidRDefault="00E73ACE" w:rsidP="00D52046">
            <w:pPr>
              <w:rPr>
                <w:lang w:val="en-GB"/>
              </w:rPr>
            </w:pPr>
            <w:r>
              <w:rPr>
                <w:lang w:val="en-GB"/>
              </w:rPr>
              <w:t>Interview</w:t>
            </w:r>
          </w:p>
        </w:tc>
      </w:tr>
      <w:tr w:rsidR="00D52046" w:rsidRPr="00D52046" w14:paraId="05E86CA0"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0E2A4152" w14:textId="5CC70DEF" w:rsidR="00D52046" w:rsidRPr="00D52046" w:rsidRDefault="00443179" w:rsidP="00D52046">
            <w:pPr>
              <w:rPr>
                <w:lang w:val="en-GB"/>
              </w:rPr>
            </w:pPr>
            <w:r>
              <w:rPr>
                <w:lang w:val="en-GB"/>
              </w:rPr>
              <w:t>Experience in service development or growth</w:t>
            </w:r>
          </w:p>
        </w:tc>
        <w:tc>
          <w:tcPr>
            <w:tcW w:w="1487" w:type="dxa"/>
            <w:tcBorders>
              <w:top w:val="single" w:sz="6" w:space="0" w:color="auto"/>
              <w:left w:val="single" w:sz="6" w:space="0" w:color="auto"/>
              <w:bottom w:val="single" w:sz="6" w:space="0" w:color="auto"/>
              <w:right w:val="single" w:sz="6" w:space="0" w:color="auto"/>
            </w:tcBorders>
            <w:hideMark/>
          </w:tcPr>
          <w:p w14:paraId="0618A967" w14:textId="225F6BCE" w:rsidR="00D52046" w:rsidRPr="00D52046" w:rsidRDefault="00D52046" w:rsidP="3793E240">
            <w:pPr>
              <w:rPr>
                <w:rFonts w:ascii="Segoe UI Symbol" w:hAnsi="Segoe UI Symbol" w:cs="Segoe UI Symbol"/>
                <w:lang w:val="en-GB"/>
              </w:rPr>
            </w:pPr>
          </w:p>
        </w:tc>
        <w:tc>
          <w:tcPr>
            <w:tcW w:w="1907" w:type="dxa"/>
            <w:tcBorders>
              <w:top w:val="single" w:sz="6" w:space="0" w:color="auto"/>
              <w:left w:val="single" w:sz="6" w:space="0" w:color="auto"/>
              <w:bottom w:val="single" w:sz="6" w:space="0" w:color="auto"/>
              <w:right w:val="single" w:sz="6" w:space="0" w:color="auto"/>
            </w:tcBorders>
            <w:hideMark/>
          </w:tcPr>
          <w:p w14:paraId="7B279A3F" w14:textId="5B6E7D70" w:rsidR="00D52046" w:rsidRPr="00D52046" w:rsidRDefault="00D52046" w:rsidP="00D52046">
            <w:pPr>
              <w:rPr>
                <w:lang w:val="en-GB"/>
              </w:rPr>
            </w:pPr>
            <w:r w:rsidRPr="00D52046">
              <w:t> </w:t>
            </w:r>
            <w:r w:rsidRPr="00D52046">
              <w:rPr>
                <w:lang w:val="en-GB"/>
              </w:rPr>
              <w:t> </w:t>
            </w:r>
            <w:r w:rsidR="00443179">
              <w:rPr>
                <w:rFonts w:cs="Arial"/>
                <w:lang w:val="en-GB"/>
              </w:rPr>
              <w:t>√</w:t>
            </w:r>
          </w:p>
        </w:tc>
        <w:tc>
          <w:tcPr>
            <w:tcW w:w="2583" w:type="dxa"/>
            <w:gridSpan w:val="2"/>
            <w:tcBorders>
              <w:top w:val="single" w:sz="6" w:space="0" w:color="auto"/>
              <w:left w:val="single" w:sz="6" w:space="0" w:color="auto"/>
              <w:bottom w:val="single" w:sz="6" w:space="0" w:color="auto"/>
              <w:right w:val="single" w:sz="6" w:space="0" w:color="auto"/>
            </w:tcBorders>
            <w:hideMark/>
          </w:tcPr>
          <w:p w14:paraId="1D70A7F7" w14:textId="58980727" w:rsidR="00D52046" w:rsidRPr="00D52046" w:rsidRDefault="00443179" w:rsidP="00D52046">
            <w:pPr>
              <w:rPr>
                <w:lang w:val="en-GB"/>
              </w:rPr>
            </w:pPr>
            <w:r>
              <w:rPr>
                <w:lang w:val="en-GB"/>
              </w:rPr>
              <w:t>Interview</w:t>
            </w:r>
          </w:p>
        </w:tc>
      </w:tr>
      <w:tr w:rsidR="00D52046" w:rsidRPr="00D52046" w14:paraId="022A2012"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409BEAF3" w14:textId="1F216ECA" w:rsidR="00D52046" w:rsidRPr="00D52046" w:rsidRDefault="00E87966" w:rsidP="00D52046">
            <w:pPr>
              <w:rPr>
                <w:lang w:val="en-GB"/>
              </w:rPr>
            </w:pPr>
            <w:r>
              <w:rPr>
                <w:lang w:val="en-GB"/>
              </w:rPr>
              <w:t>Strong knowledge of IT systems</w:t>
            </w:r>
          </w:p>
        </w:tc>
        <w:tc>
          <w:tcPr>
            <w:tcW w:w="1487" w:type="dxa"/>
            <w:tcBorders>
              <w:top w:val="single" w:sz="6" w:space="0" w:color="auto"/>
              <w:left w:val="single" w:sz="6" w:space="0" w:color="auto"/>
              <w:bottom w:val="single" w:sz="6" w:space="0" w:color="auto"/>
              <w:right w:val="single" w:sz="6" w:space="0" w:color="auto"/>
            </w:tcBorders>
            <w:hideMark/>
          </w:tcPr>
          <w:p w14:paraId="3891484A" w14:textId="1E4597A1" w:rsidR="00D52046" w:rsidRPr="00D52046" w:rsidRDefault="00D52046" w:rsidP="00D52046">
            <w:pPr>
              <w:rPr>
                <w:lang w:val="en-GB"/>
              </w:rPr>
            </w:pPr>
            <w:r w:rsidRPr="00D52046">
              <w:t> </w:t>
            </w:r>
            <w:r w:rsidRPr="00D52046">
              <w:rPr>
                <w:lang w:val="en-GB"/>
              </w:rPr>
              <w:t> </w:t>
            </w:r>
            <w:r w:rsidR="008025D2">
              <w:rPr>
                <w:rFonts w:cs="Aria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388F1AD2" w14:textId="6ED6AF09" w:rsidR="00D52046" w:rsidRPr="00D52046" w:rsidRDefault="00D52046" w:rsidP="3793E240">
            <w:pPr>
              <w:rPr>
                <w:rFonts w:ascii="Segoe UI Symbol" w:hAnsi="Segoe UI Symbol" w:cs="Segoe UI Symbol"/>
                <w:lang w:val="en-GB"/>
              </w:rPr>
            </w:pPr>
          </w:p>
        </w:tc>
        <w:tc>
          <w:tcPr>
            <w:tcW w:w="2583" w:type="dxa"/>
            <w:gridSpan w:val="2"/>
            <w:tcBorders>
              <w:top w:val="single" w:sz="6" w:space="0" w:color="auto"/>
              <w:left w:val="single" w:sz="6" w:space="0" w:color="auto"/>
              <w:bottom w:val="single" w:sz="6" w:space="0" w:color="auto"/>
              <w:right w:val="single" w:sz="6" w:space="0" w:color="auto"/>
            </w:tcBorders>
            <w:hideMark/>
          </w:tcPr>
          <w:p w14:paraId="6504BF41" w14:textId="2A23C18D" w:rsidR="00D52046" w:rsidRPr="00D52046" w:rsidRDefault="00D452A7" w:rsidP="00D52046">
            <w:pPr>
              <w:rPr>
                <w:lang w:val="en-GB"/>
              </w:rPr>
            </w:pPr>
            <w:r>
              <w:rPr>
                <w:lang w:val="en-GB"/>
              </w:rPr>
              <w:t>A</w:t>
            </w:r>
            <w:r w:rsidR="00EC50D5">
              <w:rPr>
                <w:lang w:val="en-GB"/>
              </w:rPr>
              <w:t>pplication &amp; interview</w:t>
            </w:r>
          </w:p>
        </w:tc>
      </w:tr>
      <w:tr w:rsidR="00A56124" w:rsidRPr="00D52046" w14:paraId="0095C9F7"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tcPr>
          <w:p w14:paraId="207131A8" w14:textId="6A43C2AB" w:rsidR="00483327" w:rsidRDefault="00F10428" w:rsidP="00D52046">
            <w:pPr>
              <w:rPr>
                <w:lang w:val="en-GB"/>
              </w:rPr>
            </w:pPr>
            <w:r>
              <w:rPr>
                <w:lang w:val="en-GB"/>
              </w:rPr>
              <w:t>Experience using CRM Sy</w:t>
            </w:r>
            <w:r w:rsidR="006465A6">
              <w:rPr>
                <w:lang w:val="en-GB"/>
              </w:rPr>
              <w:t>stems to record, manage and track clients’ information accurately and securely</w:t>
            </w:r>
          </w:p>
        </w:tc>
        <w:tc>
          <w:tcPr>
            <w:tcW w:w="1487" w:type="dxa"/>
            <w:tcBorders>
              <w:top w:val="single" w:sz="6" w:space="0" w:color="auto"/>
              <w:left w:val="single" w:sz="6" w:space="0" w:color="auto"/>
              <w:bottom w:val="single" w:sz="6" w:space="0" w:color="auto"/>
              <w:right w:val="single" w:sz="6" w:space="0" w:color="auto"/>
            </w:tcBorders>
          </w:tcPr>
          <w:p w14:paraId="318AC928" w14:textId="77777777" w:rsidR="00A56124" w:rsidRDefault="00A56124" w:rsidP="3793E240">
            <w:pPr>
              <w:rPr>
                <w:rFonts w:ascii="Segoe UI Symbol" w:hAnsi="Segoe UI Symbol" w:cs="Segoe UI Symbol"/>
                <w:lang w:val="en-GB"/>
              </w:rPr>
            </w:pPr>
          </w:p>
        </w:tc>
        <w:tc>
          <w:tcPr>
            <w:tcW w:w="1907" w:type="dxa"/>
            <w:tcBorders>
              <w:top w:val="single" w:sz="6" w:space="0" w:color="auto"/>
              <w:left w:val="single" w:sz="6" w:space="0" w:color="auto"/>
              <w:bottom w:val="single" w:sz="6" w:space="0" w:color="auto"/>
              <w:right w:val="single" w:sz="6" w:space="0" w:color="auto"/>
            </w:tcBorders>
          </w:tcPr>
          <w:p w14:paraId="3453D62E" w14:textId="6A17BA71" w:rsidR="00A56124" w:rsidRPr="00D52046" w:rsidRDefault="00FA1244" w:rsidP="00D52046">
            <w:r>
              <w:rPr>
                <w:rFonts w:cs="Arial"/>
              </w:rPr>
              <w:t>√</w:t>
            </w:r>
          </w:p>
        </w:tc>
        <w:tc>
          <w:tcPr>
            <w:tcW w:w="2583" w:type="dxa"/>
            <w:gridSpan w:val="2"/>
            <w:tcBorders>
              <w:top w:val="single" w:sz="6" w:space="0" w:color="auto"/>
              <w:left w:val="single" w:sz="6" w:space="0" w:color="auto"/>
              <w:bottom w:val="single" w:sz="6" w:space="0" w:color="auto"/>
              <w:right w:val="single" w:sz="6" w:space="0" w:color="auto"/>
            </w:tcBorders>
          </w:tcPr>
          <w:p w14:paraId="0F4C639A" w14:textId="08DFD763" w:rsidR="00A56124" w:rsidRPr="3793E240" w:rsidRDefault="00721316" w:rsidP="00D52046">
            <w:pPr>
              <w:rPr>
                <w:lang w:val="en-GB"/>
              </w:rPr>
            </w:pPr>
            <w:r>
              <w:rPr>
                <w:lang w:val="en-GB"/>
              </w:rPr>
              <w:t>Application</w:t>
            </w:r>
          </w:p>
        </w:tc>
      </w:tr>
      <w:tr w:rsidR="00D52046" w:rsidRPr="00D52046" w14:paraId="5AE3D05D"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251D04E5" w14:textId="26E8820A" w:rsidR="00D52046" w:rsidRPr="00D52046" w:rsidRDefault="0002090E" w:rsidP="00D52046">
            <w:pPr>
              <w:rPr>
                <w:lang w:val="en-GB"/>
              </w:rPr>
            </w:pPr>
            <w:r>
              <w:rPr>
                <w:lang w:val="en-GB"/>
              </w:rPr>
              <w:t>Strong problem solving an</w:t>
            </w:r>
            <w:r w:rsidR="00E6256C">
              <w:rPr>
                <w:lang w:val="en-GB"/>
              </w:rPr>
              <w:t>d</w:t>
            </w:r>
            <w:r>
              <w:rPr>
                <w:lang w:val="en-GB"/>
              </w:rPr>
              <w:t xml:space="preserve"> decision making skills</w:t>
            </w:r>
          </w:p>
        </w:tc>
        <w:tc>
          <w:tcPr>
            <w:tcW w:w="1487" w:type="dxa"/>
            <w:tcBorders>
              <w:top w:val="single" w:sz="6" w:space="0" w:color="auto"/>
              <w:left w:val="single" w:sz="6" w:space="0" w:color="auto"/>
              <w:bottom w:val="single" w:sz="6" w:space="0" w:color="auto"/>
              <w:right w:val="single" w:sz="6" w:space="0" w:color="auto"/>
            </w:tcBorders>
            <w:hideMark/>
          </w:tcPr>
          <w:p w14:paraId="65517B11" w14:textId="6562DCF2" w:rsidR="00D52046" w:rsidRPr="00D52046" w:rsidRDefault="00E6256C"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01EB1CA9"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33B73EEF" w14:textId="5F574600" w:rsidR="00D52046" w:rsidRPr="00D52046" w:rsidRDefault="00D52046" w:rsidP="00D52046">
            <w:pPr>
              <w:rPr>
                <w:lang w:val="en-GB"/>
              </w:rPr>
            </w:pPr>
            <w:r w:rsidRPr="3793E240">
              <w:rPr>
                <w:lang w:val="en-GB"/>
              </w:rPr>
              <w:t> </w:t>
            </w:r>
            <w:r w:rsidR="00E6256C">
              <w:rPr>
                <w:lang w:val="en-GB"/>
              </w:rPr>
              <w:t>Application &amp; Interview</w:t>
            </w:r>
          </w:p>
          <w:p w14:paraId="17F631DE" w14:textId="77777777" w:rsidR="00D52046" w:rsidRPr="00D52046" w:rsidRDefault="00D52046" w:rsidP="00D52046">
            <w:pPr>
              <w:rPr>
                <w:lang w:val="en-GB"/>
              </w:rPr>
            </w:pPr>
            <w:r w:rsidRPr="00D52046">
              <w:rPr>
                <w:lang w:val="en-GB"/>
              </w:rPr>
              <w:t> </w:t>
            </w:r>
          </w:p>
        </w:tc>
      </w:tr>
      <w:tr w:rsidR="00D52046" w:rsidRPr="00D52046" w14:paraId="2755EF7C"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70BD5AE5" w14:textId="5730BE15" w:rsidR="00D52046" w:rsidRPr="00D52046" w:rsidRDefault="00F95EC5" w:rsidP="00D52046">
            <w:pPr>
              <w:rPr>
                <w:lang w:val="en-GB"/>
              </w:rPr>
            </w:pPr>
            <w:r>
              <w:rPr>
                <w:lang w:val="en-GB"/>
              </w:rPr>
              <w:t>Commitment to equality diversity and inclusive service delivery</w:t>
            </w:r>
          </w:p>
        </w:tc>
        <w:tc>
          <w:tcPr>
            <w:tcW w:w="1487" w:type="dxa"/>
            <w:tcBorders>
              <w:top w:val="single" w:sz="6" w:space="0" w:color="auto"/>
              <w:left w:val="single" w:sz="6" w:space="0" w:color="auto"/>
              <w:bottom w:val="single" w:sz="6" w:space="0" w:color="auto"/>
              <w:right w:val="single" w:sz="6" w:space="0" w:color="auto"/>
            </w:tcBorders>
            <w:hideMark/>
          </w:tcPr>
          <w:p w14:paraId="2B54FE9A" w14:textId="1C9D01D9" w:rsidR="00D52046" w:rsidRPr="00D52046" w:rsidRDefault="00D073E0"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76B813B6"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0ED92F0C" w14:textId="54A8AED7" w:rsidR="00D52046" w:rsidRPr="00D52046" w:rsidRDefault="00D073E0" w:rsidP="00D52046">
            <w:pPr>
              <w:rPr>
                <w:lang w:val="en-GB"/>
              </w:rPr>
            </w:pPr>
            <w:r>
              <w:rPr>
                <w:lang w:val="en-GB"/>
              </w:rPr>
              <w:t xml:space="preserve">Application </w:t>
            </w:r>
          </w:p>
          <w:p w14:paraId="3CEE91A3" w14:textId="77777777" w:rsidR="00D52046" w:rsidRPr="00D52046" w:rsidRDefault="00D52046" w:rsidP="00D52046">
            <w:pPr>
              <w:rPr>
                <w:lang w:val="en-GB"/>
              </w:rPr>
            </w:pPr>
            <w:r w:rsidRPr="00D52046">
              <w:rPr>
                <w:lang w:val="en-GB"/>
              </w:rPr>
              <w:t> </w:t>
            </w:r>
          </w:p>
        </w:tc>
      </w:tr>
      <w:tr w:rsidR="00D52046" w:rsidRPr="00D52046" w14:paraId="164F3CAD"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26D136A6" w14:textId="4ED7CAA0" w:rsidR="00D52046" w:rsidRPr="00D52046" w:rsidRDefault="00D073E0" w:rsidP="00D52046">
            <w:pPr>
              <w:rPr>
                <w:lang w:val="en-GB"/>
              </w:rPr>
            </w:pPr>
            <w:r>
              <w:rPr>
                <w:lang w:val="en-GB"/>
              </w:rPr>
              <w:t>Empath</w:t>
            </w:r>
            <w:r w:rsidR="005D57A7">
              <w:rPr>
                <w:lang w:val="en-GB"/>
              </w:rPr>
              <w:t>etic with insight into ageing, social isolation and the needs of older people</w:t>
            </w:r>
          </w:p>
        </w:tc>
        <w:tc>
          <w:tcPr>
            <w:tcW w:w="1487" w:type="dxa"/>
            <w:tcBorders>
              <w:top w:val="single" w:sz="6" w:space="0" w:color="auto"/>
              <w:left w:val="single" w:sz="6" w:space="0" w:color="auto"/>
              <w:bottom w:val="single" w:sz="6" w:space="0" w:color="auto"/>
              <w:right w:val="single" w:sz="6" w:space="0" w:color="auto"/>
            </w:tcBorders>
            <w:hideMark/>
          </w:tcPr>
          <w:p w14:paraId="432A4689" w14:textId="4785428D" w:rsidR="00D52046" w:rsidRPr="00D52046" w:rsidRDefault="00D52046" w:rsidP="00D52046">
            <w:pPr>
              <w:rPr>
                <w:lang w:val="en-GB"/>
              </w:rPr>
            </w:pPr>
            <w:r w:rsidRPr="3793E240">
              <w:rPr>
                <w:lang w:val="en-GB"/>
              </w:rPr>
              <w:t> </w:t>
            </w:r>
            <w:r w:rsidR="005D57A7">
              <w:rPr>
                <w:rFonts w:cs="Aria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47E0D381"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171EDE9F" w14:textId="25CD9B74" w:rsidR="00D52046" w:rsidRPr="00D52046" w:rsidRDefault="007A4EBF" w:rsidP="00D52046">
            <w:pPr>
              <w:rPr>
                <w:lang w:val="en-GB"/>
              </w:rPr>
            </w:pPr>
            <w:r>
              <w:rPr>
                <w:lang w:val="en-GB"/>
              </w:rPr>
              <w:t>A</w:t>
            </w:r>
            <w:r w:rsidR="005D57A7">
              <w:rPr>
                <w:lang w:val="en-GB"/>
              </w:rPr>
              <w:t xml:space="preserve">pplication &amp; interview </w:t>
            </w:r>
          </w:p>
        </w:tc>
      </w:tr>
      <w:tr w:rsidR="00D52046" w:rsidRPr="00D52046" w14:paraId="47493CFC"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78D77430" w14:textId="0E91EA07" w:rsidR="00D52046" w:rsidRPr="00D52046" w:rsidRDefault="007A4EBF" w:rsidP="00D52046">
            <w:pPr>
              <w:rPr>
                <w:lang w:val="en-GB"/>
              </w:rPr>
            </w:pPr>
            <w:r>
              <w:rPr>
                <w:lang w:val="en-GB"/>
              </w:rPr>
              <w:t>Awareness of safeguarding policies and procedures</w:t>
            </w:r>
          </w:p>
        </w:tc>
        <w:tc>
          <w:tcPr>
            <w:tcW w:w="1487" w:type="dxa"/>
            <w:tcBorders>
              <w:top w:val="single" w:sz="6" w:space="0" w:color="auto"/>
              <w:left w:val="single" w:sz="6" w:space="0" w:color="auto"/>
              <w:bottom w:val="single" w:sz="6" w:space="0" w:color="auto"/>
              <w:right w:val="single" w:sz="6" w:space="0" w:color="auto"/>
            </w:tcBorders>
            <w:hideMark/>
          </w:tcPr>
          <w:p w14:paraId="7C91503E" w14:textId="4273B040" w:rsidR="00D52046" w:rsidRPr="00D52046" w:rsidRDefault="00CB0645"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6DC04FA2" w14:textId="77777777" w:rsidR="00D52046" w:rsidRPr="00D52046" w:rsidRDefault="00D52046" w:rsidP="00D52046">
            <w:pPr>
              <w:rPr>
                <w:lang w:val="en-GB"/>
              </w:rPr>
            </w:pP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05BBF676" w14:textId="75989884" w:rsidR="00D52046" w:rsidRPr="00D52046" w:rsidRDefault="0007428B" w:rsidP="00D52046">
            <w:pPr>
              <w:rPr>
                <w:lang w:val="en-GB"/>
              </w:rPr>
            </w:pPr>
            <w:r>
              <w:rPr>
                <w:lang w:val="en-GB"/>
              </w:rPr>
              <w:t>Application &amp; interview</w:t>
            </w:r>
          </w:p>
          <w:p w14:paraId="16EAC30B" w14:textId="77777777" w:rsidR="00D52046" w:rsidRPr="00D52046" w:rsidRDefault="00D52046" w:rsidP="00D52046">
            <w:pPr>
              <w:rPr>
                <w:lang w:val="en-GB"/>
              </w:rPr>
            </w:pPr>
            <w:r w:rsidRPr="00D52046">
              <w:rPr>
                <w:lang w:val="en-GB"/>
              </w:rPr>
              <w:t> </w:t>
            </w:r>
          </w:p>
        </w:tc>
      </w:tr>
      <w:tr w:rsidR="00D52046" w:rsidRPr="00D52046" w14:paraId="7EC16DDA"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5FB56E08" w14:textId="40D17041" w:rsidR="00D52046" w:rsidRPr="00D52046" w:rsidRDefault="0007428B" w:rsidP="00D52046">
            <w:pPr>
              <w:rPr>
                <w:lang w:val="en-GB"/>
              </w:rPr>
            </w:pPr>
            <w:r>
              <w:rPr>
                <w:lang w:val="en-GB"/>
              </w:rPr>
              <w:lastRenderedPageBreak/>
              <w:t xml:space="preserve">Experience of working with people living with dementia </w:t>
            </w:r>
          </w:p>
        </w:tc>
        <w:tc>
          <w:tcPr>
            <w:tcW w:w="1487" w:type="dxa"/>
            <w:tcBorders>
              <w:top w:val="single" w:sz="6" w:space="0" w:color="auto"/>
              <w:left w:val="single" w:sz="6" w:space="0" w:color="auto"/>
              <w:bottom w:val="single" w:sz="6" w:space="0" w:color="auto"/>
              <w:right w:val="single" w:sz="6" w:space="0" w:color="auto"/>
            </w:tcBorders>
            <w:hideMark/>
          </w:tcPr>
          <w:p w14:paraId="4E4B049E" w14:textId="1836BC07" w:rsidR="00D52046" w:rsidRPr="00D52046" w:rsidRDefault="00AB43DC"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2EFD07D4" w14:textId="06D81D1B"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3C220F1B" w14:textId="142BC08A" w:rsidR="00D52046" w:rsidRPr="00D52046" w:rsidRDefault="0007428B" w:rsidP="00D52046">
            <w:pPr>
              <w:rPr>
                <w:lang w:val="en-GB"/>
              </w:rPr>
            </w:pPr>
            <w:r>
              <w:rPr>
                <w:lang w:val="en-GB"/>
              </w:rPr>
              <w:t xml:space="preserve">Application &amp; interview </w:t>
            </w:r>
          </w:p>
          <w:p w14:paraId="01AA5667" w14:textId="77777777" w:rsidR="00D52046" w:rsidRPr="00D52046" w:rsidRDefault="00D52046" w:rsidP="00D52046">
            <w:pPr>
              <w:rPr>
                <w:lang w:val="en-GB"/>
              </w:rPr>
            </w:pPr>
            <w:r w:rsidRPr="00D52046">
              <w:rPr>
                <w:lang w:val="en-GB"/>
              </w:rPr>
              <w:t> </w:t>
            </w:r>
          </w:p>
        </w:tc>
      </w:tr>
      <w:tr w:rsidR="00D52046" w:rsidRPr="00D52046" w14:paraId="26809B41"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5DA04C7D" w14:textId="3DCC576A" w:rsidR="00D52046" w:rsidRPr="00D52046" w:rsidRDefault="0087345B" w:rsidP="00D52046">
            <w:pPr>
              <w:rPr>
                <w:lang w:val="en-GB"/>
              </w:rPr>
            </w:pPr>
            <w:r>
              <w:rPr>
                <w:lang w:val="en-GB"/>
              </w:rPr>
              <w:t>Ability to work as part of a dynamic team</w:t>
            </w:r>
          </w:p>
        </w:tc>
        <w:tc>
          <w:tcPr>
            <w:tcW w:w="1487" w:type="dxa"/>
            <w:tcBorders>
              <w:top w:val="single" w:sz="6" w:space="0" w:color="auto"/>
              <w:left w:val="single" w:sz="6" w:space="0" w:color="auto"/>
              <w:bottom w:val="single" w:sz="6" w:space="0" w:color="auto"/>
              <w:right w:val="single" w:sz="6" w:space="0" w:color="auto"/>
            </w:tcBorders>
            <w:hideMark/>
          </w:tcPr>
          <w:p w14:paraId="69A34C5F" w14:textId="57CF782B" w:rsidR="00D52046" w:rsidRPr="00D52046" w:rsidRDefault="00496657"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38B5C71B"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30A4348C" w14:textId="14FA5753" w:rsidR="00D52046" w:rsidRPr="00D52046" w:rsidRDefault="00D52046" w:rsidP="00D52046">
            <w:pPr>
              <w:rPr>
                <w:lang w:val="en-GB"/>
              </w:rPr>
            </w:pPr>
            <w:r w:rsidRPr="3793E240">
              <w:rPr>
                <w:lang w:val="en-GB"/>
              </w:rPr>
              <w:t> </w:t>
            </w:r>
            <w:r w:rsidR="00AA6E9E">
              <w:rPr>
                <w:lang w:val="en-GB"/>
              </w:rPr>
              <w:t xml:space="preserve">Application </w:t>
            </w:r>
          </w:p>
        </w:tc>
      </w:tr>
      <w:tr w:rsidR="00D52046" w:rsidRPr="00D52046" w14:paraId="61D7B07D"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2ED0CF87" w14:textId="7C67FB56" w:rsidR="00D52046" w:rsidRPr="00D52046" w:rsidRDefault="00AA6E9E" w:rsidP="00D52046">
            <w:pPr>
              <w:rPr>
                <w:lang w:val="en-GB"/>
              </w:rPr>
            </w:pPr>
            <w:r>
              <w:rPr>
                <w:lang w:val="en-GB"/>
              </w:rPr>
              <w:t>Wi</w:t>
            </w:r>
            <w:r w:rsidR="003D42D8">
              <w:rPr>
                <w:lang w:val="en-GB"/>
              </w:rPr>
              <w:t>l</w:t>
            </w:r>
            <w:r>
              <w:rPr>
                <w:lang w:val="en-GB"/>
              </w:rPr>
              <w:t xml:space="preserve">lingness to travel </w:t>
            </w:r>
            <w:r w:rsidR="00E71853">
              <w:rPr>
                <w:lang w:val="en-GB"/>
              </w:rPr>
              <w:t>across Salford and Trafford occasionally beyond</w:t>
            </w:r>
          </w:p>
        </w:tc>
        <w:tc>
          <w:tcPr>
            <w:tcW w:w="1487" w:type="dxa"/>
            <w:tcBorders>
              <w:top w:val="single" w:sz="6" w:space="0" w:color="auto"/>
              <w:left w:val="single" w:sz="6" w:space="0" w:color="auto"/>
              <w:bottom w:val="single" w:sz="6" w:space="0" w:color="auto"/>
              <w:right w:val="single" w:sz="6" w:space="0" w:color="auto"/>
            </w:tcBorders>
            <w:hideMark/>
          </w:tcPr>
          <w:p w14:paraId="73D8D7B2" w14:textId="3C2212F8" w:rsidR="3793E240" w:rsidRDefault="00E71853" w:rsidP="3793E240">
            <w:pPr>
              <w:rPr>
                <w:rFonts w:ascii="Segoe UI Symbol" w:hAnsi="Segoe UI Symbol" w:cs="Segoe UI Symbol"/>
              </w:rPr>
            </w:pPr>
            <w:r>
              <w:rPr>
                <w:rFonts w:ascii="Segoe UI Symbol" w:hAnsi="Segoe UI Symbol" w:cs="Segoe UI Symbol"/>
              </w:rPr>
              <w:t>√</w:t>
            </w:r>
          </w:p>
          <w:p w14:paraId="1BB62964" w14:textId="087467A1" w:rsidR="00D52046" w:rsidRPr="00D52046" w:rsidRDefault="00D52046" w:rsidP="00D52046">
            <w:pPr>
              <w:rPr>
                <w:lang w:val="en-GB"/>
              </w:rPr>
            </w:pPr>
            <w:r w:rsidRPr="3793E240">
              <w:rPr>
                <w:lang w:val="en-GB"/>
              </w:rPr>
              <w:t> </w:t>
            </w:r>
          </w:p>
        </w:tc>
        <w:tc>
          <w:tcPr>
            <w:tcW w:w="1907" w:type="dxa"/>
            <w:tcBorders>
              <w:top w:val="single" w:sz="6" w:space="0" w:color="auto"/>
              <w:left w:val="single" w:sz="6" w:space="0" w:color="auto"/>
              <w:bottom w:val="single" w:sz="6" w:space="0" w:color="auto"/>
              <w:right w:val="single" w:sz="6" w:space="0" w:color="auto"/>
            </w:tcBorders>
            <w:hideMark/>
          </w:tcPr>
          <w:p w14:paraId="365E8F69"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64B07DD1" w14:textId="24AB0402" w:rsidR="00D52046" w:rsidRPr="00D52046" w:rsidRDefault="00E1521A" w:rsidP="00D52046">
            <w:pPr>
              <w:rPr>
                <w:lang w:val="en-GB"/>
              </w:rPr>
            </w:pPr>
            <w:r>
              <w:rPr>
                <w:lang w:val="en-GB"/>
              </w:rPr>
              <w:t>Application &amp; interview</w:t>
            </w:r>
          </w:p>
        </w:tc>
      </w:tr>
      <w:tr w:rsidR="00D52046" w:rsidRPr="00D52046" w14:paraId="40918889" w14:textId="77777777" w:rsidTr="00A56124">
        <w:trPr>
          <w:trHeight w:val="300"/>
        </w:trPr>
        <w:tc>
          <w:tcPr>
            <w:tcW w:w="2647" w:type="dxa"/>
            <w:gridSpan w:val="2"/>
            <w:tcBorders>
              <w:top w:val="single" w:sz="6" w:space="0" w:color="auto"/>
              <w:left w:val="single" w:sz="6" w:space="0" w:color="auto"/>
              <w:bottom w:val="single" w:sz="6" w:space="0" w:color="auto"/>
              <w:right w:val="single" w:sz="6" w:space="0" w:color="auto"/>
            </w:tcBorders>
            <w:hideMark/>
          </w:tcPr>
          <w:p w14:paraId="2A9A8507" w14:textId="64F75BB1" w:rsidR="00D52046" w:rsidRPr="00D52046" w:rsidRDefault="00E1521A" w:rsidP="00D52046">
            <w:pPr>
              <w:rPr>
                <w:lang w:val="en-GB"/>
              </w:rPr>
            </w:pPr>
            <w:r>
              <w:rPr>
                <w:lang w:val="en-GB"/>
              </w:rPr>
              <w:t xml:space="preserve">Full UK driving license and access to a vehicle </w:t>
            </w:r>
          </w:p>
        </w:tc>
        <w:tc>
          <w:tcPr>
            <w:tcW w:w="1487" w:type="dxa"/>
            <w:tcBorders>
              <w:top w:val="single" w:sz="6" w:space="0" w:color="auto"/>
              <w:left w:val="single" w:sz="6" w:space="0" w:color="auto"/>
              <w:bottom w:val="single" w:sz="6" w:space="0" w:color="auto"/>
              <w:right w:val="single" w:sz="6" w:space="0" w:color="auto"/>
            </w:tcBorders>
            <w:hideMark/>
          </w:tcPr>
          <w:p w14:paraId="04EE1A50" w14:textId="00858E17" w:rsidR="00D52046" w:rsidRPr="00D52046" w:rsidRDefault="00E1521A" w:rsidP="3793E240">
            <w:pPr>
              <w:rPr>
                <w:rFonts w:ascii="Segoe UI Symbol" w:hAnsi="Segoe UI Symbol" w:cs="Segoe UI Symbol"/>
                <w:lang w:val="en-GB"/>
              </w:rPr>
            </w:pPr>
            <w:r>
              <w:rPr>
                <w:rFonts w:ascii="Segoe UI Symbol" w:hAnsi="Segoe UI Symbol" w:cs="Segoe UI Symbol"/>
                <w:lang w:val="en-GB"/>
              </w:rPr>
              <w:t>√</w:t>
            </w:r>
          </w:p>
        </w:tc>
        <w:tc>
          <w:tcPr>
            <w:tcW w:w="1907" w:type="dxa"/>
            <w:tcBorders>
              <w:top w:val="single" w:sz="6" w:space="0" w:color="auto"/>
              <w:left w:val="single" w:sz="6" w:space="0" w:color="auto"/>
              <w:bottom w:val="single" w:sz="6" w:space="0" w:color="auto"/>
              <w:right w:val="single" w:sz="6" w:space="0" w:color="auto"/>
            </w:tcBorders>
            <w:hideMark/>
          </w:tcPr>
          <w:p w14:paraId="3D742E74" w14:textId="77777777" w:rsidR="00D52046" w:rsidRPr="00D52046" w:rsidRDefault="00D52046" w:rsidP="00D52046">
            <w:pPr>
              <w:rPr>
                <w:lang w:val="en-GB"/>
              </w:rPr>
            </w:pPr>
            <w:r w:rsidRPr="00D52046">
              <w:t> </w:t>
            </w:r>
            <w:r w:rsidRPr="00D52046">
              <w:rPr>
                <w:lang w:val="en-GB"/>
              </w:rPr>
              <w:t> </w:t>
            </w:r>
          </w:p>
        </w:tc>
        <w:tc>
          <w:tcPr>
            <w:tcW w:w="2583" w:type="dxa"/>
            <w:gridSpan w:val="2"/>
            <w:tcBorders>
              <w:top w:val="single" w:sz="6" w:space="0" w:color="auto"/>
              <w:left w:val="single" w:sz="6" w:space="0" w:color="auto"/>
              <w:bottom w:val="single" w:sz="6" w:space="0" w:color="auto"/>
              <w:right w:val="single" w:sz="6" w:space="0" w:color="auto"/>
            </w:tcBorders>
            <w:hideMark/>
          </w:tcPr>
          <w:p w14:paraId="2D26E53E" w14:textId="2C715A86" w:rsidR="00D52046" w:rsidRPr="00D52046" w:rsidRDefault="00DB7EAD" w:rsidP="00D52046">
            <w:pPr>
              <w:rPr>
                <w:lang w:val="en-GB"/>
              </w:rPr>
            </w:pPr>
            <w:r>
              <w:rPr>
                <w:lang w:val="en-GB"/>
              </w:rPr>
              <w:t xml:space="preserve">Application </w:t>
            </w:r>
          </w:p>
          <w:p w14:paraId="483551D7" w14:textId="77777777" w:rsidR="00D52046" w:rsidRPr="00D52046" w:rsidRDefault="00D52046" w:rsidP="00D52046">
            <w:pPr>
              <w:rPr>
                <w:lang w:val="en-GB"/>
              </w:rPr>
            </w:pPr>
            <w:r w:rsidRPr="00D52046">
              <w:rPr>
                <w:lang w:val="en-GB"/>
              </w:rPr>
              <w:t> </w:t>
            </w:r>
          </w:p>
        </w:tc>
      </w:tr>
    </w:tbl>
    <w:p w14:paraId="2A2FCB09" w14:textId="77777777" w:rsidR="00D52046" w:rsidRPr="00D52046" w:rsidRDefault="00D52046" w:rsidP="00D52046">
      <w:pPr>
        <w:rPr>
          <w:lang w:val="en-GB"/>
        </w:rPr>
      </w:pPr>
      <w:r w:rsidRPr="00D52046">
        <w:rPr>
          <w:lang w:val="en-GB"/>
        </w:rPr>
        <w:t> </w:t>
      </w:r>
    </w:p>
    <w:p w14:paraId="068CD4E4" w14:textId="77777777" w:rsidR="00D52046" w:rsidRPr="00D52046" w:rsidRDefault="00D52046" w:rsidP="00D52046">
      <w:pPr>
        <w:rPr>
          <w:lang w:val="en-GB"/>
        </w:rPr>
      </w:pPr>
      <w:r w:rsidRPr="00D52046">
        <w:t xml:space="preserve">The successful candidate must be willing to undertake an enhanced DBS as well as provide references. The DBS is covered by the </w:t>
      </w:r>
      <w:proofErr w:type="spellStart"/>
      <w:r w:rsidRPr="00D52046">
        <w:t>organisation</w:t>
      </w:r>
      <w:proofErr w:type="spellEnd"/>
      <w:r w:rsidRPr="00D52046">
        <w:t>.</w:t>
      </w:r>
      <w:r w:rsidRPr="00D52046">
        <w:rPr>
          <w:lang w:val="en-GB"/>
        </w:rPr>
        <w:t> </w:t>
      </w:r>
    </w:p>
    <w:p w14:paraId="63CFE047" w14:textId="77777777" w:rsidR="00D52046" w:rsidRPr="00D52046" w:rsidRDefault="00D52046" w:rsidP="00D52046">
      <w:pPr>
        <w:rPr>
          <w:lang w:val="en-GB"/>
        </w:rPr>
      </w:pPr>
      <w:r w:rsidRPr="00D52046">
        <w:rPr>
          <w:lang w:val="en-GB"/>
        </w:rPr>
        <w:t> </w:t>
      </w:r>
    </w:p>
    <w:p w14:paraId="62242312" w14:textId="7223309E" w:rsidR="00440F08" w:rsidRPr="00D52046" w:rsidRDefault="009340A1" w:rsidP="00D52046">
      <w:pPr>
        <w:rPr>
          <w:lang w:val="en-GB"/>
        </w:rPr>
      </w:pPr>
      <w:r w:rsidRPr="00D52046">
        <w:rPr>
          <w:b/>
          <w:bCs/>
          <w:color w:val="0070C0"/>
        </w:rPr>
        <w:t>Employee Benefits</w:t>
      </w:r>
    </w:p>
    <w:p w14:paraId="475296BA" w14:textId="77777777" w:rsidR="00D52046" w:rsidRDefault="009340A1" w:rsidP="00D52046">
      <w:r>
        <w:t>We offer a supportive and inclusive working environment, including:</w:t>
      </w:r>
      <w:r>
        <w:br/>
      </w:r>
      <w:r>
        <w:br/>
        <w:t xml:space="preserve">• Competitive pay and holiday entitlements  </w:t>
      </w:r>
      <w:r>
        <w:br/>
        <w:t xml:space="preserve">• </w:t>
      </w:r>
      <w:r w:rsidR="00D52046">
        <w:t>Contribution to a</w:t>
      </w:r>
      <w:r>
        <w:t xml:space="preserve"> pension scheme  </w:t>
      </w:r>
      <w:r>
        <w:br/>
        <w:t xml:space="preserve">• Access to </w:t>
      </w:r>
      <w:r w:rsidR="00D52046">
        <w:t xml:space="preserve">medical insurance </w:t>
      </w:r>
      <w:r>
        <w:t xml:space="preserve">  </w:t>
      </w:r>
      <w:r>
        <w:br/>
        <w:t xml:space="preserve">• Ongoing training and development opportunities  </w:t>
      </w:r>
      <w:r>
        <w:br/>
        <w:t>• A strong team culture based on respect and inclusion</w:t>
      </w:r>
    </w:p>
    <w:p w14:paraId="69E786CD" w14:textId="77777777" w:rsidR="00D52046" w:rsidRPr="00D52046" w:rsidRDefault="00D52046" w:rsidP="00D52046">
      <w:pPr>
        <w:rPr>
          <w:b/>
          <w:bCs/>
          <w:color w:val="0070C0"/>
        </w:rPr>
      </w:pPr>
    </w:p>
    <w:p w14:paraId="7008CB77" w14:textId="466D4B1E" w:rsidR="00440F08" w:rsidRPr="00D52046" w:rsidRDefault="009340A1" w:rsidP="00D52046">
      <w:pPr>
        <w:rPr>
          <w:b/>
          <w:bCs/>
          <w:color w:val="0070C0"/>
        </w:rPr>
      </w:pPr>
      <w:r w:rsidRPr="00D52046">
        <w:rPr>
          <w:b/>
          <w:bCs/>
          <w:color w:val="0070C0"/>
        </w:rPr>
        <w:t>Our Services</w:t>
      </w:r>
    </w:p>
    <w:p w14:paraId="1C728AFF" w14:textId="109B5B6E" w:rsidR="00440F08" w:rsidRDefault="009340A1">
      <w:r>
        <w:t>We provide a wide range of services across Salford and Trafford, including:</w:t>
      </w:r>
      <w:r>
        <w:br/>
      </w:r>
      <w:r>
        <w:br/>
        <w:t xml:space="preserve">• Dementia Support and Day Services  </w:t>
      </w:r>
      <w:r>
        <w:br/>
        <w:t xml:space="preserve">• Information, </w:t>
      </w:r>
      <w:r w:rsidR="00D52046">
        <w:t xml:space="preserve">Advice and Signposting </w:t>
      </w:r>
      <w:r>
        <w:br/>
        <w:t xml:space="preserve">• Community Engagement and Befriending  </w:t>
      </w:r>
      <w:r>
        <w:br/>
        <w:t>• Health and Wellbeing Activities</w:t>
      </w:r>
      <w:r w:rsidR="00D52046">
        <w:t xml:space="preserve"> and support services </w:t>
      </w:r>
      <w:r>
        <w:br/>
        <w:t xml:space="preserve">• Support at Home (cleaning, shopping, companionship)  </w:t>
      </w:r>
      <w:r>
        <w:br/>
        <w:t xml:space="preserve">• Falls Prevention and Physical Activity  </w:t>
      </w:r>
      <w:r>
        <w:br/>
        <w:t>• Bereavement and Carers Support</w:t>
      </w:r>
      <w:r>
        <w:br/>
      </w:r>
      <w:r>
        <w:br/>
      </w:r>
      <w:r>
        <w:lastRenderedPageBreak/>
        <w:t>We are constantly evolving our services to meet the diverse needs of older people in our communities.</w:t>
      </w:r>
    </w:p>
    <w:p w14:paraId="631D349B" w14:textId="77777777" w:rsidR="00D52046" w:rsidRDefault="00D52046">
      <w:pPr>
        <w:rPr>
          <w:b/>
          <w:bCs/>
          <w:color w:val="0070C0"/>
        </w:rPr>
      </w:pPr>
    </w:p>
    <w:p w14:paraId="6BF1F3D0" w14:textId="7E822D9F" w:rsidR="00D52046" w:rsidRDefault="00D52046">
      <w:pPr>
        <w:rPr>
          <w:b/>
          <w:bCs/>
          <w:color w:val="0070C0"/>
        </w:rPr>
      </w:pPr>
      <w:r w:rsidRPr="00D52046">
        <w:rPr>
          <w:b/>
          <w:bCs/>
          <w:color w:val="0070C0"/>
        </w:rPr>
        <w:t>Equality, Diversity and Inclusion statement</w:t>
      </w:r>
    </w:p>
    <w:p w14:paraId="0CFC589D" w14:textId="7C9B85FA" w:rsidR="00D52046" w:rsidRPr="00D52046" w:rsidRDefault="00D52046" w:rsidP="00D52046">
      <w:pPr>
        <w:rPr>
          <w:lang w:val="en-GB"/>
        </w:rPr>
      </w:pPr>
      <w:r w:rsidRPr="00D52046">
        <w:rPr>
          <w:lang w:val="en-GB"/>
        </w:rPr>
        <w:t>At Age UK Salford and Trafford, we are committed to building a diverse and inclusive workforce that reflects the communities we serve. We welcome applications from people of all backgrounds, identities and experiences</w:t>
      </w:r>
      <w:r>
        <w:rPr>
          <w:lang w:val="en-GB"/>
        </w:rPr>
        <w:t>.</w:t>
      </w:r>
    </w:p>
    <w:p w14:paraId="47E03D27" w14:textId="42D84956" w:rsidR="00D52046" w:rsidRPr="00D52046" w:rsidRDefault="00D52046" w:rsidP="00D52046">
      <w:pPr>
        <w:rPr>
          <w:lang w:val="en-GB"/>
        </w:rPr>
      </w:pPr>
      <w:r w:rsidRPr="00D52046">
        <w:rPr>
          <w:lang w:val="en-GB"/>
        </w:rPr>
        <w:t>We are proud to be an equal opportunities employer. We value the unique perspectives that each individual brings and</w:t>
      </w:r>
      <w:r>
        <w:rPr>
          <w:lang w:val="en-GB"/>
        </w:rPr>
        <w:t xml:space="preserve"> we</w:t>
      </w:r>
      <w:r w:rsidRPr="00D52046">
        <w:rPr>
          <w:lang w:val="en-GB"/>
        </w:rPr>
        <w:t xml:space="preserve"> strive to create a working environment where everyone feels respected, supported and able to thrive.</w:t>
      </w:r>
    </w:p>
    <w:p w14:paraId="486E69D8" w14:textId="77777777" w:rsidR="00D52046" w:rsidRPr="00D52046" w:rsidRDefault="00D52046">
      <w:pPr>
        <w:rPr>
          <w:b/>
          <w:bCs/>
          <w:color w:val="0070C0"/>
          <w:lang w:val="en-GB"/>
        </w:rPr>
      </w:pPr>
    </w:p>
    <w:sectPr w:rsidR="00D52046" w:rsidRPr="00D5204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B74AC7E"/>
    <w:multiLevelType w:val="hybridMultilevel"/>
    <w:tmpl w:val="FFFFFFFF"/>
    <w:lvl w:ilvl="0" w:tplc="90768BE6">
      <w:start w:val="1"/>
      <w:numFmt w:val="bullet"/>
      <w:lvlText w:val=""/>
      <w:lvlJc w:val="left"/>
      <w:pPr>
        <w:ind w:left="720" w:hanging="360"/>
      </w:pPr>
      <w:rPr>
        <w:rFonts w:ascii="Symbol" w:hAnsi="Symbol" w:hint="default"/>
      </w:rPr>
    </w:lvl>
    <w:lvl w:ilvl="1" w:tplc="64326EF4">
      <w:start w:val="1"/>
      <w:numFmt w:val="bullet"/>
      <w:lvlText w:val="o"/>
      <w:lvlJc w:val="left"/>
      <w:pPr>
        <w:ind w:left="1440" w:hanging="360"/>
      </w:pPr>
      <w:rPr>
        <w:rFonts w:ascii="Courier New" w:hAnsi="Courier New" w:hint="default"/>
      </w:rPr>
    </w:lvl>
    <w:lvl w:ilvl="2" w:tplc="DF6CC654">
      <w:start w:val="1"/>
      <w:numFmt w:val="bullet"/>
      <w:lvlText w:val=""/>
      <w:lvlJc w:val="left"/>
      <w:pPr>
        <w:ind w:left="2160" w:hanging="360"/>
      </w:pPr>
      <w:rPr>
        <w:rFonts w:ascii="Wingdings" w:hAnsi="Wingdings" w:hint="default"/>
      </w:rPr>
    </w:lvl>
    <w:lvl w:ilvl="3" w:tplc="F862690C">
      <w:start w:val="1"/>
      <w:numFmt w:val="bullet"/>
      <w:lvlText w:val=""/>
      <w:lvlJc w:val="left"/>
      <w:pPr>
        <w:ind w:left="2880" w:hanging="360"/>
      </w:pPr>
      <w:rPr>
        <w:rFonts w:ascii="Symbol" w:hAnsi="Symbol" w:hint="default"/>
      </w:rPr>
    </w:lvl>
    <w:lvl w:ilvl="4" w:tplc="7292C41E">
      <w:start w:val="1"/>
      <w:numFmt w:val="bullet"/>
      <w:lvlText w:val="o"/>
      <w:lvlJc w:val="left"/>
      <w:pPr>
        <w:ind w:left="3600" w:hanging="360"/>
      </w:pPr>
      <w:rPr>
        <w:rFonts w:ascii="Courier New" w:hAnsi="Courier New" w:hint="default"/>
      </w:rPr>
    </w:lvl>
    <w:lvl w:ilvl="5" w:tplc="536A8396">
      <w:start w:val="1"/>
      <w:numFmt w:val="bullet"/>
      <w:lvlText w:val=""/>
      <w:lvlJc w:val="left"/>
      <w:pPr>
        <w:ind w:left="4320" w:hanging="360"/>
      </w:pPr>
      <w:rPr>
        <w:rFonts w:ascii="Wingdings" w:hAnsi="Wingdings" w:hint="default"/>
      </w:rPr>
    </w:lvl>
    <w:lvl w:ilvl="6" w:tplc="9840682C">
      <w:start w:val="1"/>
      <w:numFmt w:val="bullet"/>
      <w:lvlText w:val=""/>
      <w:lvlJc w:val="left"/>
      <w:pPr>
        <w:ind w:left="5040" w:hanging="360"/>
      </w:pPr>
      <w:rPr>
        <w:rFonts w:ascii="Symbol" w:hAnsi="Symbol" w:hint="default"/>
      </w:rPr>
    </w:lvl>
    <w:lvl w:ilvl="7" w:tplc="CCDE0170">
      <w:start w:val="1"/>
      <w:numFmt w:val="bullet"/>
      <w:lvlText w:val="o"/>
      <w:lvlJc w:val="left"/>
      <w:pPr>
        <w:ind w:left="5760" w:hanging="360"/>
      </w:pPr>
      <w:rPr>
        <w:rFonts w:ascii="Courier New" w:hAnsi="Courier New" w:hint="default"/>
      </w:rPr>
    </w:lvl>
    <w:lvl w:ilvl="8" w:tplc="97E81DC2">
      <w:start w:val="1"/>
      <w:numFmt w:val="bullet"/>
      <w:lvlText w:val=""/>
      <w:lvlJc w:val="left"/>
      <w:pPr>
        <w:ind w:left="6480" w:hanging="360"/>
      </w:pPr>
      <w:rPr>
        <w:rFonts w:ascii="Wingdings" w:hAnsi="Wingdings" w:hint="default"/>
      </w:rPr>
    </w:lvl>
  </w:abstractNum>
  <w:abstractNum w:abstractNumId="10" w15:restartNumberingAfterBreak="0">
    <w:nsid w:val="68E5566F"/>
    <w:multiLevelType w:val="hybridMultilevel"/>
    <w:tmpl w:val="2B12A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964BE0"/>
    <w:multiLevelType w:val="hybridMultilevel"/>
    <w:tmpl w:val="FFFFFFFF"/>
    <w:lvl w:ilvl="0" w:tplc="89FC0B7A">
      <w:start w:val="1"/>
      <w:numFmt w:val="bullet"/>
      <w:lvlText w:val=""/>
      <w:lvlJc w:val="left"/>
      <w:pPr>
        <w:ind w:left="720" w:hanging="360"/>
      </w:pPr>
      <w:rPr>
        <w:rFonts w:ascii="Symbol" w:hAnsi="Symbol" w:hint="default"/>
      </w:rPr>
    </w:lvl>
    <w:lvl w:ilvl="1" w:tplc="C004F36A">
      <w:start w:val="1"/>
      <w:numFmt w:val="bullet"/>
      <w:lvlText w:val="o"/>
      <w:lvlJc w:val="left"/>
      <w:pPr>
        <w:ind w:left="1440" w:hanging="360"/>
      </w:pPr>
      <w:rPr>
        <w:rFonts w:ascii="Courier New" w:hAnsi="Courier New" w:hint="default"/>
      </w:rPr>
    </w:lvl>
    <w:lvl w:ilvl="2" w:tplc="E4809E58">
      <w:start w:val="1"/>
      <w:numFmt w:val="bullet"/>
      <w:lvlText w:val=""/>
      <w:lvlJc w:val="left"/>
      <w:pPr>
        <w:ind w:left="2160" w:hanging="360"/>
      </w:pPr>
      <w:rPr>
        <w:rFonts w:ascii="Wingdings" w:hAnsi="Wingdings" w:hint="default"/>
      </w:rPr>
    </w:lvl>
    <w:lvl w:ilvl="3" w:tplc="FD78A9C0">
      <w:start w:val="1"/>
      <w:numFmt w:val="bullet"/>
      <w:lvlText w:val=""/>
      <w:lvlJc w:val="left"/>
      <w:pPr>
        <w:ind w:left="2880" w:hanging="360"/>
      </w:pPr>
      <w:rPr>
        <w:rFonts w:ascii="Symbol" w:hAnsi="Symbol" w:hint="default"/>
      </w:rPr>
    </w:lvl>
    <w:lvl w:ilvl="4" w:tplc="CE44B5C4">
      <w:start w:val="1"/>
      <w:numFmt w:val="bullet"/>
      <w:lvlText w:val="o"/>
      <w:lvlJc w:val="left"/>
      <w:pPr>
        <w:ind w:left="3600" w:hanging="360"/>
      </w:pPr>
      <w:rPr>
        <w:rFonts w:ascii="Courier New" w:hAnsi="Courier New" w:hint="default"/>
      </w:rPr>
    </w:lvl>
    <w:lvl w:ilvl="5" w:tplc="BC20B632">
      <w:start w:val="1"/>
      <w:numFmt w:val="bullet"/>
      <w:lvlText w:val=""/>
      <w:lvlJc w:val="left"/>
      <w:pPr>
        <w:ind w:left="4320" w:hanging="360"/>
      </w:pPr>
      <w:rPr>
        <w:rFonts w:ascii="Wingdings" w:hAnsi="Wingdings" w:hint="default"/>
      </w:rPr>
    </w:lvl>
    <w:lvl w:ilvl="6" w:tplc="27DCA9CC">
      <w:start w:val="1"/>
      <w:numFmt w:val="bullet"/>
      <w:lvlText w:val=""/>
      <w:lvlJc w:val="left"/>
      <w:pPr>
        <w:ind w:left="5040" w:hanging="360"/>
      </w:pPr>
      <w:rPr>
        <w:rFonts w:ascii="Symbol" w:hAnsi="Symbol" w:hint="default"/>
      </w:rPr>
    </w:lvl>
    <w:lvl w:ilvl="7" w:tplc="90408C26">
      <w:start w:val="1"/>
      <w:numFmt w:val="bullet"/>
      <w:lvlText w:val="o"/>
      <w:lvlJc w:val="left"/>
      <w:pPr>
        <w:ind w:left="5760" w:hanging="360"/>
      </w:pPr>
      <w:rPr>
        <w:rFonts w:ascii="Courier New" w:hAnsi="Courier New" w:hint="default"/>
      </w:rPr>
    </w:lvl>
    <w:lvl w:ilvl="8" w:tplc="0B14735C">
      <w:start w:val="1"/>
      <w:numFmt w:val="bullet"/>
      <w:lvlText w:val=""/>
      <w:lvlJc w:val="left"/>
      <w:pPr>
        <w:ind w:left="6480" w:hanging="360"/>
      </w:pPr>
      <w:rPr>
        <w:rFonts w:ascii="Wingdings" w:hAnsi="Wingdings" w:hint="default"/>
      </w:rPr>
    </w:lvl>
  </w:abstractNum>
  <w:abstractNum w:abstractNumId="12" w15:restartNumberingAfterBreak="0">
    <w:nsid w:val="7F36194F"/>
    <w:multiLevelType w:val="hybridMultilevel"/>
    <w:tmpl w:val="F050F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8385838">
    <w:abstractNumId w:val="11"/>
  </w:num>
  <w:num w:numId="2" w16cid:durableId="1855726702">
    <w:abstractNumId w:val="9"/>
  </w:num>
  <w:num w:numId="3" w16cid:durableId="284969709">
    <w:abstractNumId w:val="8"/>
  </w:num>
  <w:num w:numId="4" w16cid:durableId="293561461">
    <w:abstractNumId w:val="6"/>
  </w:num>
  <w:num w:numId="5" w16cid:durableId="2121073379">
    <w:abstractNumId w:val="5"/>
  </w:num>
  <w:num w:numId="6" w16cid:durableId="2034067741">
    <w:abstractNumId w:val="4"/>
  </w:num>
  <w:num w:numId="7" w16cid:durableId="530610898">
    <w:abstractNumId w:val="7"/>
  </w:num>
  <w:num w:numId="8" w16cid:durableId="103698688">
    <w:abstractNumId w:val="3"/>
  </w:num>
  <w:num w:numId="9" w16cid:durableId="240219245">
    <w:abstractNumId w:val="2"/>
  </w:num>
  <w:num w:numId="10" w16cid:durableId="481239909">
    <w:abstractNumId w:val="1"/>
  </w:num>
  <w:num w:numId="11" w16cid:durableId="913785097">
    <w:abstractNumId w:val="0"/>
  </w:num>
  <w:num w:numId="12" w16cid:durableId="1573541983">
    <w:abstractNumId w:val="12"/>
  </w:num>
  <w:num w:numId="13" w16cid:durableId="20928508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C6F"/>
    <w:rsid w:val="0002090E"/>
    <w:rsid w:val="000274E1"/>
    <w:rsid w:val="00034616"/>
    <w:rsid w:val="0003732D"/>
    <w:rsid w:val="0006063C"/>
    <w:rsid w:val="0007428B"/>
    <w:rsid w:val="000966A0"/>
    <w:rsid w:val="00096EC1"/>
    <w:rsid w:val="000A35EF"/>
    <w:rsid w:val="000C593E"/>
    <w:rsid w:val="0011043E"/>
    <w:rsid w:val="0015074B"/>
    <w:rsid w:val="00152FFB"/>
    <w:rsid w:val="001602FC"/>
    <w:rsid w:val="00180B98"/>
    <w:rsid w:val="00194B5C"/>
    <w:rsid w:val="001B64A0"/>
    <w:rsid w:val="001C3DAF"/>
    <w:rsid w:val="002159F0"/>
    <w:rsid w:val="0022532F"/>
    <w:rsid w:val="0023528E"/>
    <w:rsid w:val="002417B2"/>
    <w:rsid w:val="00291E00"/>
    <w:rsid w:val="0029639D"/>
    <w:rsid w:val="00305811"/>
    <w:rsid w:val="00311CF6"/>
    <w:rsid w:val="00313016"/>
    <w:rsid w:val="00326F90"/>
    <w:rsid w:val="003555D9"/>
    <w:rsid w:val="00364119"/>
    <w:rsid w:val="003914C7"/>
    <w:rsid w:val="003D42D8"/>
    <w:rsid w:val="003E1CFC"/>
    <w:rsid w:val="003F3699"/>
    <w:rsid w:val="00404172"/>
    <w:rsid w:val="004159CB"/>
    <w:rsid w:val="00431F8D"/>
    <w:rsid w:val="004365C1"/>
    <w:rsid w:val="00440F08"/>
    <w:rsid w:val="00443179"/>
    <w:rsid w:val="00453122"/>
    <w:rsid w:val="00457D6D"/>
    <w:rsid w:val="00483327"/>
    <w:rsid w:val="00496657"/>
    <w:rsid w:val="004E0A35"/>
    <w:rsid w:val="004F4AC2"/>
    <w:rsid w:val="00540FE5"/>
    <w:rsid w:val="0058021E"/>
    <w:rsid w:val="005C5EB7"/>
    <w:rsid w:val="005D57A7"/>
    <w:rsid w:val="005E1AAF"/>
    <w:rsid w:val="005F02B1"/>
    <w:rsid w:val="00603D2B"/>
    <w:rsid w:val="00617D97"/>
    <w:rsid w:val="00635237"/>
    <w:rsid w:val="006465A6"/>
    <w:rsid w:val="00674163"/>
    <w:rsid w:val="006A4694"/>
    <w:rsid w:val="006C22CB"/>
    <w:rsid w:val="006F40F2"/>
    <w:rsid w:val="00701782"/>
    <w:rsid w:val="007043E3"/>
    <w:rsid w:val="00720F65"/>
    <w:rsid w:val="00721316"/>
    <w:rsid w:val="00721D27"/>
    <w:rsid w:val="00725F34"/>
    <w:rsid w:val="00765E63"/>
    <w:rsid w:val="00767A32"/>
    <w:rsid w:val="007A4EBF"/>
    <w:rsid w:val="007C1498"/>
    <w:rsid w:val="007E406F"/>
    <w:rsid w:val="008025D2"/>
    <w:rsid w:val="00833910"/>
    <w:rsid w:val="00847264"/>
    <w:rsid w:val="00851498"/>
    <w:rsid w:val="00853F22"/>
    <w:rsid w:val="0087345B"/>
    <w:rsid w:val="00890AF0"/>
    <w:rsid w:val="00895650"/>
    <w:rsid w:val="008E1C80"/>
    <w:rsid w:val="008F2D9C"/>
    <w:rsid w:val="008F5D8C"/>
    <w:rsid w:val="00905D0C"/>
    <w:rsid w:val="009340A1"/>
    <w:rsid w:val="00954FC5"/>
    <w:rsid w:val="009628A9"/>
    <w:rsid w:val="009F35A9"/>
    <w:rsid w:val="00A37BF6"/>
    <w:rsid w:val="00A56124"/>
    <w:rsid w:val="00A56B17"/>
    <w:rsid w:val="00A67EBB"/>
    <w:rsid w:val="00A84A73"/>
    <w:rsid w:val="00AA1D8D"/>
    <w:rsid w:val="00AA6E9E"/>
    <w:rsid w:val="00AB43DC"/>
    <w:rsid w:val="00B073D6"/>
    <w:rsid w:val="00B37BBD"/>
    <w:rsid w:val="00B41545"/>
    <w:rsid w:val="00B43E3E"/>
    <w:rsid w:val="00B47730"/>
    <w:rsid w:val="00B54C28"/>
    <w:rsid w:val="00B91FA4"/>
    <w:rsid w:val="00BC13BD"/>
    <w:rsid w:val="00BC141D"/>
    <w:rsid w:val="00BC622C"/>
    <w:rsid w:val="00BC68BE"/>
    <w:rsid w:val="00BE46B1"/>
    <w:rsid w:val="00C00592"/>
    <w:rsid w:val="00C072B2"/>
    <w:rsid w:val="00C113FB"/>
    <w:rsid w:val="00C121BF"/>
    <w:rsid w:val="00C611B4"/>
    <w:rsid w:val="00CB0645"/>
    <w:rsid w:val="00CB0664"/>
    <w:rsid w:val="00CE5F5F"/>
    <w:rsid w:val="00CF4BD8"/>
    <w:rsid w:val="00CF508E"/>
    <w:rsid w:val="00D05003"/>
    <w:rsid w:val="00D073E0"/>
    <w:rsid w:val="00D11D26"/>
    <w:rsid w:val="00D21AEB"/>
    <w:rsid w:val="00D452A7"/>
    <w:rsid w:val="00D52046"/>
    <w:rsid w:val="00D52B12"/>
    <w:rsid w:val="00D75B0D"/>
    <w:rsid w:val="00D7641A"/>
    <w:rsid w:val="00D92578"/>
    <w:rsid w:val="00D92C19"/>
    <w:rsid w:val="00DA228B"/>
    <w:rsid w:val="00DB7EAD"/>
    <w:rsid w:val="00DC38AA"/>
    <w:rsid w:val="00DE7891"/>
    <w:rsid w:val="00DF1C6E"/>
    <w:rsid w:val="00DF3236"/>
    <w:rsid w:val="00DF4A20"/>
    <w:rsid w:val="00E1521A"/>
    <w:rsid w:val="00E15885"/>
    <w:rsid w:val="00E1594D"/>
    <w:rsid w:val="00E33100"/>
    <w:rsid w:val="00E35036"/>
    <w:rsid w:val="00E605D9"/>
    <w:rsid w:val="00E6256C"/>
    <w:rsid w:val="00E71853"/>
    <w:rsid w:val="00E73ACE"/>
    <w:rsid w:val="00E87966"/>
    <w:rsid w:val="00EC50D5"/>
    <w:rsid w:val="00EF4A50"/>
    <w:rsid w:val="00F10428"/>
    <w:rsid w:val="00F6543A"/>
    <w:rsid w:val="00F74413"/>
    <w:rsid w:val="00F90296"/>
    <w:rsid w:val="00F954E6"/>
    <w:rsid w:val="00F95EC5"/>
    <w:rsid w:val="00FA1244"/>
    <w:rsid w:val="00FA395D"/>
    <w:rsid w:val="00FC693F"/>
    <w:rsid w:val="00FE2791"/>
    <w:rsid w:val="04693026"/>
    <w:rsid w:val="06275E03"/>
    <w:rsid w:val="19B80540"/>
    <w:rsid w:val="1D6A0D50"/>
    <w:rsid w:val="2223CF74"/>
    <w:rsid w:val="2C287956"/>
    <w:rsid w:val="31C54208"/>
    <w:rsid w:val="3559B48B"/>
    <w:rsid w:val="37326FE6"/>
    <w:rsid w:val="3793E240"/>
    <w:rsid w:val="382F5804"/>
    <w:rsid w:val="3E00BE02"/>
    <w:rsid w:val="3E346363"/>
    <w:rsid w:val="3F44E1AB"/>
    <w:rsid w:val="3FB0C644"/>
    <w:rsid w:val="4C14339C"/>
    <w:rsid w:val="4C7154E6"/>
    <w:rsid w:val="54BF83E6"/>
    <w:rsid w:val="55ED1C9A"/>
    <w:rsid w:val="589C4A5A"/>
    <w:rsid w:val="59F97202"/>
    <w:rsid w:val="6CE5CBC4"/>
    <w:rsid w:val="6DD7FBE3"/>
    <w:rsid w:val="737FDBC4"/>
    <w:rsid w:val="74826EAA"/>
    <w:rsid w:val="769D48D4"/>
    <w:rsid w:val="7E032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786688"/>
  <w14:defaultImageDpi w14:val="300"/>
  <w15:docId w15:val="{DE8B9FF9-DC95-4979-B661-D45BEEBB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2E2A60"/>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3"/>
      </w:numPr>
      <w:contextualSpacing/>
    </w:pPr>
  </w:style>
  <w:style w:type="paragraph" w:styleId="ListBullet2">
    <w:name w:val="List Bullet 2"/>
    <w:basedOn w:val="Normal"/>
    <w:uiPriority w:val="99"/>
    <w:unhideWhenUsed/>
    <w:rsid w:val="00326F90"/>
    <w:pPr>
      <w:numPr>
        <w:numId w:val="4"/>
      </w:numPr>
      <w:contextualSpacing/>
    </w:pPr>
  </w:style>
  <w:style w:type="paragraph" w:styleId="ListBullet3">
    <w:name w:val="List Bullet 3"/>
    <w:basedOn w:val="Normal"/>
    <w:uiPriority w:val="99"/>
    <w:unhideWhenUsed/>
    <w:rsid w:val="00326F90"/>
    <w:pPr>
      <w:numPr>
        <w:numId w:val="5"/>
      </w:numPr>
      <w:contextualSpacing/>
    </w:pPr>
  </w:style>
  <w:style w:type="paragraph" w:styleId="ListNumber">
    <w:name w:val="List Number"/>
    <w:basedOn w:val="Normal"/>
    <w:uiPriority w:val="99"/>
    <w:unhideWhenUsed/>
    <w:rsid w:val="00326F90"/>
    <w:pPr>
      <w:numPr>
        <w:numId w:val="7"/>
      </w:numPr>
      <w:contextualSpacing/>
    </w:pPr>
  </w:style>
  <w:style w:type="paragraph" w:styleId="ListNumber2">
    <w:name w:val="List Number 2"/>
    <w:basedOn w:val="Normal"/>
    <w:uiPriority w:val="99"/>
    <w:unhideWhenUsed/>
    <w:rsid w:val="0029639D"/>
    <w:pPr>
      <w:numPr>
        <w:numId w:val="8"/>
      </w:numPr>
      <w:contextualSpacing/>
    </w:pPr>
  </w:style>
  <w:style w:type="paragraph" w:styleId="ListNumber3">
    <w:name w:val="List Number 3"/>
    <w:basedOn w:val="Normal"/>
    <w:uiPriority w:val="99"/>
    <w:unhideWhenUsed/>
    <w:rsid w:val="0029639D"/>
    <w:pPr>
      <w:numPr>
        <w:numId w:val="9"/>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1460A7F198A44A8035E54CAD8D78D" ma:contentTypeVersion="14" ma:contentTypeDescription="Create a new document." ma:contentTypeScope="" ma:versionID="af3bdfe294a39e5d7290a5a9d58b2765">
  <xsd:schema xmlns:xsd="http://www.w3.org/2001/XMLSchema" xmlns:xs="http://www.w3.org/2001/XMLSchema" xmlns:p="http://schemas.microsoft.com/office/2006/metadata/properties" xmlns:ns2="f73869d4-309a-4437-b14c-18c37f9e01cc" xmlns:ns3="f4e2b4c2-6948-4891-bedb-ee55b2627af7" xmlns:ns4="5ad3d712-8dc2-4ebc-9d5f-55cdc8c5351e" targetNamespace="http://schemas.microsoft.com/office/2006/metadata/properties" ma:root="true" ma:fieldsID="b15c0322683b59e2c2121525410c765d" ns2:_="" ns3:_="" ns4:_="">
    <xsd:import namespace="f73869d4-309a-4437-b14c-18c37f9e01cc"/>
    <xsd:import namespace="f4e2b4c2-6948-4891-bedb-ee55b2627af7"/>
    <xsd:import namespace="5ad3d712-8dc2-4ebc-9d5f-55cdc8c535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869d4-309a-4437-b14c-18c37f9e0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12e0b9b-2dc7-4e81-9989-1cb7e6d49c2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2b4c2-6948-4891-bedb-ee55b2627af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f21b036-694f-4cd2-b4a4-15e8b10ec8a2}" ma:internalName="TaxCatchAll" ma:showField="CatchAllData" ma:web="f4e2b4c2-6948-4891-bedb-ee55b2627a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d3d712-8dc2-4ebc-9d5f-55cdc8c5351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e2b4c2-6948-4891-bedb-ee55b2627af7" xsi:nil="true"/>
    <lcf76f155ced4ddcb4097134ff3c332f xmlns="f73869d4-309a-4437-b14c-18c37f9e01c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3B7EF8-4E04-45FB-A7E4-E3846D0AA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869d4-309a-4437-b14c-18c37f9e01cc"/>
    <ds:schemaRef ds:uri="f4e2b4c2-6948-4891-bedb-ee55b2627af7"/>
    <ds:schemaRef ds:uri="5ad3d712-8dc2-4ebc-9d5f-55cdc8c53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114D8-DE84-4457-973F-FDCE9D93DFC6}">
  <ds:schemaRefs>
    <ds:schemaRef ds:uri="http://schemas.microsoft.com/office/2006/metadata/properties"/>
    <ds:schemaRef ds:uri="http://schemas.microsoft.com/office/infopath/2007/PartnerControls"/>
    <ds:schemaRef ds:uri="f4e2b4c2-6948-4891-bedb-ee55b2627af7"/>
    <ds:schemaRef ds:uri="f73869d4-309a-4437-b14c-18c37f9e01cc"/>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817958F5-89A3-4B5A-9B02-5182EA247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Francesca Restelli</cp:lastModifiedBy>
  <cp:revision>135</cp:revision>
  <cp:lastPrinted>2026-01-20T10:19:00Z</cp:lastPrinted>
  <dcterms:created xsi:type="dcterms:W3CDTF">2026-01-20T10:03:00Z</dcterms:created>
  <dcterms:modified xsi:type="dcterms:W3CDTF">2026-04-02T12:22:00Z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0x0101005921460A7F198A44A8035E54CAD8D78D</vt:lpwstr>
  </property>
  <property fmtid="{D5CDD505-2E9C-101B-9397-08002B2CF9AE}" pid="3" name="docLang">
    <vt:lpwstr>en</vt:lpwstr>
  </property>
  <property fmtid="{D5CDD505-2E9C-101B-9397-08002B2CF9AE}" pid="4" name="MediaServiceImageTags">
    <vt:lpwstr/>
  </property>
</Properties>
</file>