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32463" w14:textId="1BB9D2E2" w:rsidR="00440F08" w:rsidRPr="00D52046" w:rsidRDefault="009340A1" w:rsidP="00D52046">
      <w:pPr>
        <w:jc w:val="center"/>
      </w:pPr>
      <w:r>
        <w:rPr>
          <w:noProof/>
        </w:rPr>
        <w:drawing>
          <wp:inline distT="0" distB="0" distL="0" distR="0" wp14:anchorId="714B085D" wp14:editId="39A852D5">
            <wp:extent cx="2947857" cy="12033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kst logo.jpg"/>
                    <pic:cNvPicPr/>
                  </pic:nvPicPr>
                  <pic:blipFill>
                    <a:blip r:embed="rId9"/>
                    <a:stretch>
                      <a:fillRect/>
                    </a:stretch>
                  </pic:blipFill>
                  <pic:spPr>
                    <a:xfrm>
                      <a:off x="0" y="0"/>
                      <a:ext cx="2955287" cy="1206358"/>
                    </a:xfrm>
                    <a:prstGeom prst="rect">
                      <a:avLst/>
                    </a:prstGeom>
                  </pic:spPr>
                </pic:pic>
              </a:graphicData>
            </a:graphic>
          </wp:inline>
        </w:drawing>
      </w:r>
      <w:r>
        <w:br/>
      </w:r>
      <w:r w:rsidRPr="00D52046">
        <w:rPr>
          <w:b/>
          <w:bCs/>
          <w:color w:val="0070C0"/>
          <w:sz w:val="52"/>
          <w:szCs w:val="52"/>
        </w:rPr>
        <w:t>Recruitment Pack</w:t>
      </w:r>
    </w:p>
    <w:p w14:paraId="5959759C" w14:textId="42DBE5C5" w:rsidR="00D52046" w:rsidRDefault="009340A1" w:rsidP="00D52046">
      <w:pPr>
        <w:jc w:val="center"/>
        <w:rPr>
          <w:i/>
          <w:iCs/>
          <w:color w:val="0070C0"/>
          <w:sz w:val="32"/>
          <w:szCs w:val="32"/>
        </w:rPr>
      </w:pPr>
      <w:r w:rsidRPr="00D52046">
        <w:rPr>
          <w:color w:val="0070C0"/>
          <w:sz w:val="32"/>
          <w:szCs w:val="32"/>
        </w:rPr>
        <w:t>Welcome to Age UK Salford &amp; Trafford</w:t>
      </w:r>
      <w:r w:rsidRPr="00D52046">
        <w:rPr>
          <w:color w:val="0070C0"/>
          <w:sz w:val="32"/>
          <w:szCs w:val="32"/>
        </w:rPr>
        <w:br/>
      </w:r>
      <w:r w:rsidRPr="00D52046">
        <w:rPr>
          <w:i/>
          <w:iCs/>
          <w:color w:val="0070C0"/>
          <w:sz w:val="32"/>
          <w:szCs w:val="32"/>
        </w:rPr>
        <w:t>Let’s change how we age</w:t>
      </w:r>
    </w:p>
    <w:p w14:paraId="55722309" w14:textId="05E35BF2" w:rsidR="00D52046" w:rsidRPr="00D52046" w:rsidRDefault="00D52046">
      <w:pPr>
        <w:jc w:val="center"/>
        <w:rPr>
          <w:i/>
          <w:iCs/>
          <w:color w:val="0070C0"/>
          <w:sz w:val="32"/>
          <w:szCs w:val="32"/>
        </w:rPr>
      </w:pPr>
      <w:r>
        <w:rPr>
          <w:i/>
          <w:iCs/>
          <w:noProof/>
          <w:color w:val="0070C0"/>
          <w:sz w:val="32"/>
          <w:szCs w:val="32"/>
        </w:rPr>
        <w:drawing>
          <wp:inline distT="0" distB="0" distL="0" distR="0" wp14:anchorId="7E4B0D6E" wp14:editId="27FEAA6C">
            <wp:extent cx="5007128" cy="3025140"/>
            <wp:effectExtent l="0" t="0" r="3175" b="3810"/>
            <wp:docPr id="858536949" name="Picture 1" descr="A group of wome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36949" name="Picture 1" descr="A group of women smiling&#10;&#10;AI-generated content may be incorrect."/>
                    <pic:cNvPicPr/>
                  </pic:nvPicPr>
                  <pic:blipFill>
                    <a:blip r:embed="rId10"/>
                    <a:stretch>
                      <a:fillRect/>
                    </a:stretch>
                  </pic:blipFill>
                  <pic:spPr>
                    <a:xfrm>
                      <a:off x="0" y="0"/>
                      <a:ext cx="5017703" cy="3031529"/>
                    </a:xfrm>
                    <a:prstGeom prst="rect">
                      <a:avLst/>
                    </a:prstGeom>
                  </pic:spPr>
                </pic:pic>
              </a:graphicData>
            </a:graphic>
          </wp:inline>
        </w:drawing>
      </w:r>
    </w:p>
    <w:p w14:paraId="07886540" w14:textId="77777777" w:rsidR="00D52046" w:rsidRDefault="00D52046" w:rsidP="00D52046"/>
    <w:p w14:paraId="0455ACD7" w14:textId="50A71B93" w:rsidR="382F5804" w:rsidRDefault="00FC76D8" w:rsidP="4C14339C">
      <w:pPr>
        <w:ind w:left="2160" w:firstLine="720"/>
        <w:rPr>
          <w:b/>
          <w:bCs/>
          <w:color w:val="0070C0"/>
        </w:rPr>
      </w:pPr>
      <w:r>
        <w:rPr>
          <w:b/>
          <w:bCs/>
          <w:color w:val="0070C0"/>
        </w:rPr>
        <w:t xml:space="preserve">Kitchen Assistant </w:t>
      </w:r>
    </w:p>
    <w:p w14:paraId="1039C956" w14:textId="77777777" w:rsidR="00D52046" w:rsidRDefault="00D52046" w:rsidP="00D52046">
      <w:pPr>
        <w:rPr>
          <w:b/>
          <w:bCs/>
          <w:color w:val="0070C0"/>
          <w:lang w:val="en-GB"/>
        </w:rPr>
      </w:pPr>
    </w:p>
    <w:p w14:paraId="60B8B7FB" w14:textId="5CB259B9" w:rsidR="00D52046" w:rsidRPr="005F3F97" w:rsidRDefault="00D52046" w:rsidP="00D52046">
      <w:pPr>
        <w:rPr>
          <w:lang w:val="en-GB"/>
        </w:rPr>
      </w:pPr>
      <w:r w:rsidRPr="4C14339C">
        <w:rPr>
          <w:b/>
          <w:bCs/>
          <w:color w:val="0070C0"/>
          <w:lang w:val="en-GB"/>
        </w:rPr>
        <w:t>Job Title:</w:t>
      </w:r>
      <w:r w:rsidRPr="4C14339C">
        <w:rPr>
          <w:color w:val="0070C0"/>
          <w:lang w:val="en-GB"/>
        </w:rPr>
        <w:t xml:space="preserve"> </w:t>
      </w:r>
      <w:r w:rsidR="00FC76D8" w:rsidRPr="005F3F97">
        <w:rPr>
          <w:lang w:val="en-GB"/>
        </w:rPr>
        <w:t xml:space="preserve">Kitchen Assistant </w:t>
      </w:r>
    </w:p>
    <w:p w14:paraId="2976FB04" w14:textId="53B38959" w:rsidR="00D52046" w:rsidRPr="005F3F97" w:rsidRDefault="00D52046" w:rsidP="00D52046">
      <w:pPr>
        <w:rPr>
          <w:lang w:val="en-GB"/>
        </w:rPr>
      </w:pPr>
      <w:r w:rsidRPr="4C14339C">
        <w:rPr>
          <w:b/>
          <w:bCs/>
          <w:color w:val="0070C0"/>
          <w:lang w:val="en-GB"/>
        </w:rPr>
        <w:t>Responsible to:</w:t>
      </w:r>
      <w:r w:rsidRPr="4C14339C">
        <w:rPr>
          <w:color w:val="0070C0"/>
          <w:lang w:val="en-GB"/>
        </w:rPr>
        <w:t xml:space="preserve"> </w:t>
      </w:r>
      <w:r w:rsidR="00FC76D8" w:rsidRPr="005F3F97">
        <w:rPr>
          <w:lang w:val="en-GB"/>
        </w:rPr>
        <w:t xml:space="preserve">Kitchen Co-Ordinator/ Senior Manager Day and Home Care </w:t>
      </w:r>
    </w:p>
    <w:p w14:paraId="54889255" w14:textId="3A5E1D55" w:rsidR="00D52046" w:rsidRPr="00D52046" w:rsidRDefault="00D52046" w:rsidP="00D52046">
      <w:pPr>
        <w:rPr>
          <w:lang w:val="en-GB"/>
        </w:rPr>
      </w:pPr>
      <w:r w:rsidRPr="4C14339C">
        <w:rPr>
          <w:b/>
          <w:bCs/>
          <w:color w:val="0070C0"/>
          <w:lang w:val="en-GB"/>
        </w:rPr>
        <w:t>Location:</w:t>
      </w:r>
      <w:r w:rsidRPr="4C14339C">
        <w:rPr>
          <w:lang w:val="en-GB"/>
        </w:rPr>
        <w:t xml:space="preserve"> </w:t>
      </w:r>
      <w:r w:rsidR="00FC76D8">
        <w:rPr>
          <w:lang w:val="en-GB"/>
        </w:rPr>
        <w:t xml:space="preserve">Humphrey Booth Day Centre Salford </w:t>
      </w:r>
    </w:p>
    <w:p w14:paraId="1662A478" w14:textId="365D30E5" w:rsidR="00D52046" w:rsidRPr="00D52046" w:rsidRDefault="00D52046" w:rsidP="00D52046">
      <w:pPr>
        <w:rPr>
          <w:lang w:val="en-GB"/>
        </w:rPr>
      </w:pPr>
      <w:r w:rsidRPr="4C14339C">
        <w:rPr>
          <w:b/>
          <w:bCs/>
          <w:color w:val="0070C0"/>
          <w:lang w:val="en-GB"/>
        </w:rPr>
        <w:t>Hours:</w:t>
      </w:r>
      <w:r w:rsidRPr="4C14339C">
        <w:rPr>
          <w:lang w:val="en-GB"/>
        </w:rPr>
        <w:t xml:space="preserve"> </w:t>
      </w:r>
      <w:r w:rsidR="00FC76D8">
        <w:rPr>
          <w:lang w:val="en-GB"/>
        </w:rPr>
        <w:t xml:space="preserve">20hrs per week Mon-Fri with occasional evening and weekends </w:t>
      </w:r>
    </w:p>
    <w:p w14:paraId="383C870E" w14:textId="77777777" w:rsidR="00FE4000" w:rsidRPr="00D52046" w:rsidRDefault="00D52046" w:rsidP="00FE4000">
      <w:pPr>
        <w:rPr>
          <w:lang w:val="en-GB"/>
        </w:rPr>
      </w:pPr>
      <w:r w:rsidRPr="4C14339C">
        <w:rPr>
          <w:b/>
          <w:bCs/>
          <w:color w:val="0070C0"/>
          <w:lang w:val="en-GB"/>
        </w:rPr>
        <w:t>Salary:</w:t>
      </w:r>
      <w:r w:rsidRPr="4C14339C">
        <w:rPr>
          <w:color w:val="0070C0"/>
          <w:lang w:val="en-GB"/>
        </w:rPr>
        <w:t xml:space="preserve"> </w:t>
      </w:r>
      <w:r w:rsidR="005F3F97" w:rsidRPr="005F3F97">
        <w:rPr>
          <w:lang w:val="en-GB"/>
        </w:rPr>
        <w:t xml:space="preserve">£13.45per hour £24,479 (FTE) </w:t>
      </w:r>
      <w:r w:rsidR="00FE4000" w:rsidRPr="7E032D02">
        <w:rPr>
          <w:lang w:val="en-GB"/>
        </w:rPr>
        <w:t>plus, pension contribution and cash health plan</w:t>
      </w:r>
    </w:p>
    <w:p w14:paraId="3C9DCEB5" w14:textId="0515F1DE" w:rsidR="00D52046" w:rsidRPr="005F3F97" w:rsidRDefault="00D52046" w:rsidP="00D52046">
      <w:pPr>
        <w:rPr>
          <w:lang w:val="en-GB"/>
        </w:rPr>
      </w:pPr>
    </w:p>
    <w:p w14:paraId="3FA70ABF" w14:textId="0112784D" w:rsidR="00440F08" w:rsidRDefault="009340A1" w:rsidP="00D52046">
      <w:r w:rsidRPr="00D52046">
        <w:rPr>
          <w:b/>
          <w:bCs/>
          <w:color w:val="0070C0"/>
        </w:rPr>
        <w:t>Welcome</w:t>
      </w:r>
      <w:r>
        <w:t xml:space="preserve"> </w:t>
      </w:r>
    </w:p>
    <w:p w14:paraId="0C72E775" w14:textId="77777777" w:rsidR="00D52046" w:rsidRDefault="009340A1" w:rsidP="00D52046">
      <w:r>
        <w:t>Thank you for your interest in joining Age UK Salford &amp; Trafford.</w:t>
      </w:r>
      <w:r>
        <w:br/>
      </w:r>
      <w:r>
        <w:br/>
        <w:t>We are a local independent charity committed to improving later life for everyone in our communities. Whether through our dementia services, wellbeing activities, practical home support, or community engagement, we aim to empower older people to live full, independent, and dignified lives.</w:t>
      </w:r>
      <w:r>
        <w:br/>
      </w:r>
      <w:r>
        <w:br/>
        <w:t>By joining us, you’ll become part of a dedicated team that believes ageing should be celebrated, not feared. Our staff and volunteers are passionate, professional and people-focused — together, we make ageing better for all.</w:t>
      </w:r>
    </w:p>
    <w:p w14:paraId="0C70BEBA" w14:textId="77777777" w:rsidR="00D52046" w:rsidRDefault="00D52046" w:rsidP="00D52046"/>
    <w:p w14:paraId="4468B080" w14:textId="77777777" w:rsidR="00D52046" w:rsidRDefault="00D52046" w:rsidP="00D52046"/>
    <w:p w14:paraId="04C6B518" w14:textId="77777777" w:rsidR="00D52046" w:rsidRDefault="00D52046" w:rsidP="00D52046">
      <w:pPr>
        <w:rPr>
          <w:b/>
          <w:bCs/>
          <w:color w:val="0070C0"/>
        </w:rPr>
      </w:pPr>
      <w:r w:rsidRPr="00D52046">
        <w:rPr>
          <w:b/>
          <w:bCs/>
          <w:color w:val="0070C0"/>
        </w:rPr>
        <w:t xml:space="preserve">Message from our CEO/Chair </w:t>
      </w:r>
    </w:p>
    <w:p w14:paraId="1FC4D4CD" w14:textId="77777777" w:rsidR="006F40F2" w:rsidRPr="006F40F2" w:rsidRDefault="006F40F2" w:rsidP="006F40F2">
      <w:pPr>
        <w:rPr>
          <w:rFonts w:cs="Arial"/>
          <w:color w:val="0070C0"/>
          <w:sz w:val="28"/>
          <w:szCs w:val="28"/>
          <w:lang w:val="en-GB"/>
        </w:rPr>
      </w:pPr>
    </w:p>
    <w:p w14:paraId="5D248647" w14:textId="77777777" w:rsidR="006F40F2" w:rsidRPr="006F40F2" w:rsidRDefault="006F40F2" w:rsidP="006F40F2">
      <w:pPr>
        <w:rPr>
          <w:rFonts w:cs="Arial"/>
          <w:color w:val="0070C0"/>
          <w:sz w:val="28"/>
          <w:szCs w:val="28"/>
          <w:lang w:val="en-GB"/>
        </w:rPr>
      </w:pPr>
      <w:r w:rsidRPr="006F40F2">
        <w:rPr>
          <w:rFonts w:cs="Arial"/>
          <w:color w:val="0070C0"/>
          <w:sz w:val="28"/>
          <w:szCs w:val="28"/>
          <w:lang w:val="en-GB"/>
        </w:rPr>
        <w:t>I’m proud to lead an organisation rooted in compassion, innovation, and community spirit. This is an exciting time to be part of our journey. Whether you're supporting frontline services, strengthening our infrastructure, shaping new programmes, or helping us build stronger partnerships, your contribution will have real impact. If you're driven by purpose and want to work in a team that values kindness, collaboration and inclusion, we warmly welcome your application.</w:t>
      </w:r>
    </w:p>
    <w:p w14:paraId="08D23EFA" w14:textId="77777777" w:rsidR="00D52046" w:rsidRPr="006F40F2" w:rsidRDefault="00D52046" w:rsidP="00D52046">
      <w:pPr>
        <w:rPr>
          <w:lang w:val="en-GB"/>
        </w:rPr>
      </w:pPr>
    </w:p>
    <w:p w14:paraId="28487BF8" w14:textId="77777777" w:rsidR="00D52046" w:rsidRDefault="00D52046" w:rsidP="00D52046">
      <w:pPr>
        <w:rPr>
          <w:b/>
          <w:bCs/>
          <w:color w:val="0070C0"/>
        </w:rPr>
      </w:pPr>
    </w:p>
    <w:p w14:paraId="11DEE3DA" w14:textId="0CBC20F1" w:rsidR="00D52046" w:rsidRPr="00D52046" w:rsidRDefault="00D52046" w:rsidP="00D52046">
      <w:pPr>
        <w:rPr>
          <w:b/>
          <w:bCs/>
          <w:color w:val="0070C0"/>
        </w:rPr>
      </w:pPr>
      <w:r w:rsidRPr="00D52046">
        <w:rPr>
          <w:b/>
          <w:bCs/>
          <w:color w:val="0070C0"/>
        </w:rPr>
        <w:t xml:space="preserve">Our </w:t>
      </w:r>
      <w:proofErr w:type="gramStart"/>
      <w:r w:rsidRPr="00D52046">
        <w:rPr>
          <w:b/>
          <w:bCs/>
          <w:color w:val="0070C0"/>
        </w:rPr>
        <w:t>History</w:t>
      </w:r>
      <w:proofErr w:type="gramEnd"/>
    </w:p>
    <w:p w14:paraId="2ED7E3AF" w14:textId="7880A8AE" w:rsidR="00D52046" w:rsidRDefault="00D52046" w:rsidP="00D52046">
      <w:r>
        <w:t>Age UK Salford and Age UK Trafford recently joined together to better serve older people across both boroughs. With decades of combined experience, we’re rooted in our local communities and shaped by the voices and needs of those we support.</w:t>
      </w:r>
      <w:r>
        <w:br/>
      </w:r>
      <w:r>
        <w:br/>
        <w:t xml:space="preserve">Our work is driven by a commitment to reduce inequality, improve wellbeing and connect older people to meaningful support. We deliver this through partnerships with health, care, and voluntary </w:t>
      </w:r>
      <w:proofErr w:type="spellStart"/>
      <w:r>
        <w:t>organisations</w:t>
      </w:r>
      <w:proofErr w:type="spellEnd"/>
      <w:r>
        <w:t xml:space="preserve"> across Greater Manchester.</w:t>
      </w:r>
    </w:p>
    <w:p w14:paraId="6F2EA85C" w14:textId="77777777" w:rsidR="00D52046" w:rsidRDefault="00D52046" w:rsidP="00D52046"/>
    <w:p w14:paraId="5D585095" w14:textId="59821A0F" w:rsidR="00D52046" w:rsidRPr="00D52046" w:rsidRDefault="00D52046" w:rsidP="00D52046">
      <w:pPr>
        <w:rPr>
          <w:b/>
          <w:bCs/>
          <w:color w:val="0070C0"/>
        </w:rPr>
      </w:pPr>
      <w:r w:rsidRPr="4C14339C">
        <w:rPr>
          <w:b/>
          <w:bCs/>
          <w:color w:val="0070C0"/>
        </w:rPr>
        <w:lastRenderedPageBreak/>
        <w:t>Our Vision &amp; Values</w:t>
      </w:r>
    </w:p>
    <w:p w14:paraId="74EE5D04" w14:textId="6F9D8E37" w:rsidR="00D52046" w:rsidRDefault="737FDBC4" w:rsidP="4C14339C">
      <w:pPr>
        <w:rPr>
          <w:rFonts w:eastAsia="Arial" w:cs="Arial"/>
          <w:color w:val="000000" w:themeColor="text1"/>
          <w:sz w:val="24"/>
          <w:szCs w:val="24"/>
        </w:rPr>
      </w:pPr>
      <w:r w:rsidRPr="4C14339C">
        <w:rPr>
          <w:rFonts w:eastAsia="Arial" w:cs="Arial"/>
          <w:color w:val="000000" w:themeColor="text1"/>
          <w:sz w:val="24"/>
          <w:szCs w:val="24"/>
        </w:rPr>
        <w:t>A community where everyone ages well with enjoyment, dignity, purpose, and connection. </w:t>
      </w:r>
      <w:r w:rsidR="00D52046">
        <w:br/>
      </w:r>
      <w:r w:rsidR="00D52046">
        <w:br/>
      </w:r>
      <w:r w:rsidRPr="4C14339C">
        <w:rPr>
          <w:rFonts w:eastAsia="Arial" w:cs="Arial"/>
          <w:color w:val="000000" w:themeColor="text1"/>
          <w:sz w:val="24"/>
          <w:szCs w:val="24"/>
        </w:rPr>
        <w:t xml:space="preserve">We value: </w:t>
      </w:r>
    </w:p>
    <w:p w14:paraId="11E18C3B" w14:textId="01880CC6" w:rsidR="00D52046" w:rsidRDefault="737FDBC4" w:rsidP="4C14339C">
      <w:pPr>
        <w:pStyle w:val="ListParagraph"/>
        <w:numPr>
          <w:ilvl w:val="0"/>
          <w:numId w:val="2"/>
        </w:numPr>
        <w:rPr>
          <w:rFonts w:eastAsia="Arial" w:cs="Arial"/>
          <w:color w:val="000000" w:themeColor="text1"/>
          <w:sz w:val="24"/>
          <w:szCs w:val="24"/>
        </w:rPr>
      </w:pPr>
      <w:r w:rsidRPr="4C14339C">
        <w:rPr>
          <w:rFonts w:eastAsia="Arial" w:cs="Arial"/>
          <w:color w:val="000000" w:themeColor="text1"/>
          <w:sz w:val="24"/>
          <w:szCs w:val="24"/>
        </w:rPr>
        <w:t>Compassion</w:t>
      </w:r>
    </w:p>
    <w:p w14:paraId="6D6EE029" w14:textId="03816BF2" w:rsidR="00D52046" w:rsidRDefault="737FDBC4" w:rsidP="4C14339C">
      <w:pPr>
        <w:pStyle w:val="ListParagraph"/>
        <w:numPr>
          <w:ilvl w:val="0"/>
          <w:numId w:val="2"/>
        </w:numPr>
        <w:rPr>
          <w:rFonts w:eastAsia="Arial" w:cs="Arial"/>
          <w:color w:val="000000" w:themeColor="text1"/>
          <w:sz w:val="24"/>
          <w:szCs w:val="24"/>
        </w:rPr>
      </w:pPr>
      <w:r w:rsidRPr="4C14339C">
        <w:rPr>
          <w:rFonts w:eastAsia="Arial" w:cs="Arial"/>
          <w:color w:val="000000" w:themeColor="text1"/>
          <w:sz w:val="24"/>
          <w:szCs w:val="24"/>
        </w:rPr>
        <w:t>Respect</w:t>
      </w:r>
    </w:p>
    <w:p w14:paraId="48403C88" w14:textId="288F6034" w:rsidR="00D52046" w:rsidRDefault="737FDBC4" w:rsidP="4C14339C">
      <w:pPr>
        <w:pStyle w:val="ListParagraph"/>
        <w:numPr>
          <w:ilvl w:val="0"/>
          <w:numId w:val="1"/>
        </w:numPr>
        <w:rPr>
          <w:rFonts w:eastAsia="Arial" w:cs="Arial"/>
          <w:color w:val="000000" w:themeColor="text1"/>
          <w:sz w:val="24"/>
          <w:szCs w:val="24"/>
        </w:rPr>
      </w:pPr>
      <w:r w:rsidRPr="4C14339C">
        <w:rPr>
          <w:rFonts w:eastAsia="Arial" w:cs="Arial"/>
          <w:color w:val="000000" w:themeColor="text1"/>
          <w:sz w:val="24"/>
          <w:szCs w:val="24"/>
        </w:rPr>
        <w:t>Integrity</w:t>
      </w:r>
    </w:p>
    <w:p w14:paraId="3BB79FB6" w14:textId="74D323FA" w:rsidR="00D52046" w:rsidRDefault="737FDBC4" w:rsidP="4C14339C">
      <w:pPr>
        <w:pStyle w:val="ListParagraph"/>
        <w:numPr>
          <w:ilvl w:val="0"/>
          <w:numId w:val="1"/>
        </w:numPr>
        <w:rPr>
          <w:rFonts w:eastAsia="Arial" w:cs="Arial"/>
          <w:color w:val="000000" w:themeColor="text1"/>
          <w:sz w:val="24"/>
          <w:szCs w:val="24"/>
        </w:rPr>
      </w:pPr>
      <w:r w:rsidRPr="4C14339C">
        <w:rPr>
          <w:rFonts w:eastAsia="Arial" w:cs="Arial"/>
          <w:color w:val="000000" w:themeColor="text1"/>
          <w:sz w:val="24"/>
          <w:szCs w:val="24"/>
        </w:rPr>
        <w:t>Responsiveness</w:t>
      </w:r>
    </w:p>
    <w:p w14:paraId="60C6A088" w14:textId="645FFB20" w:rsidR="00D52046" w:rsidRDefault="737FDBC4" w:rsidP="4C14339C">
      <w:pPr>
        <w:pStyle w:val="ListParagraph"/>
        <w:numPr>
          <w:ilvl w:val="0"/>
          <w:numId w:val="1"/>
        </w:numPr>
        <w:rPr>
          <w:rFonts w:eastAsia="Arial" w:cs="Arial"/>
          <w:color w:val="000000" w:themeColor="text1"/>
          <w:sz w:val="24"/>
          <w:szCs w:val="24"/>
        </w:rPr>
      </w:pPr>
      <w:r w:rsidRPr="4C14339C">
        <w:rPr>
          <w:rFonts w:eastAsia="Arial" w:cs="Arial"/>
          <w:color w:val="000000" w:themeColor="text1"/>
          <w:sz w:val="24"/>
          <w:szCs w:val="24"/>
        </w:rPr>
        <w:t>Empowerment</w:t>
      </w:r>
    </w:p>
    <w:p w14:paraId="6461EBFC" w14:textId="240F5FD6" w:rsidR="00D52046" w:rsidRDefault="00D52046" w:rsidP="00D52046"/>
    <w:p w14:paraId="761DD615" w14:textId="77777777" w:rsidR="00D52046" w:rsidRDefault="00D52046" w:rsidP="00D52046"/>
    <w:p w14:paraId="5DD673BB" w14:textId="1ACE288E" w:rsidR="00D52046" w:rsidRDefault="4C7154E6" w:rsidP="3793E240">
      <w:pPr>
        <w:ind w:left="2160" w:firstLine="720"/>
        <w:rPr>
          <w:b/>
          <w:bCs/>
          <w:color w:val="0070C0"/>
          <w:lang w:val="en-GB"/>
        </w:rPr>
      </w:pPr>
      <w:r w:rsidRPr="3793E240">
        <w:rPr>
          <w:b/>
          <w:bCs/>
          <w:color w:val="0070C0"/>
          <w:lang w:val="en-GB"/>
        </w:rPr>
        <w:t xml:space="preserve">Summary of Role </w:t>
      </w:r>
    </w:p>
    <w:p w14:paraId="7798B2C0" w14:textId="658C4850" w:rsidR="00FC76D8" w:rsidRPr="00FC76D8" w:rsidRDefault="00FC76D8" w:rsidP="00FC76D8">
      <w:pPr>
        <w:rPr>
          <w:lang w:val="en-GB"/>
        </w:rPr>
      </w:pPr>
      <w:r>
        <w:rPr>
          <w:lang w:val="en-GB"/>
        </w:rPr>
        <w:t>T</w:t>
      </w:r>
      <w:r w:rsidRPr="00FC76D8">
        <w:rPr>
          <w:lang w:val="en-GB"/>
        </w:rPr>
        <w:t>he Day Centre Kitchen Assistant supports the preparation and service of safe, nutritious and appetising meals for older people attending the day centre, many of whom are living with dementia. The role involves assisting with food preparation, serving meals, and maintaining high standards of cleanliness, food hygiene and health and safety. The postholder will support individual dietary needs, including modified textures and special diets, and help ensure mealtimes are calm, dignified and enjoyable. Working as part of a wider day centre team, the Kitchen Assistant plays an important role in promoting wellbeing, independence and positive social interaction for people accessing the service.</w:t>
      </w:r>
    </w:p>
    <w:p w14:paraId="2CDBF54D" w14:textId="347CD9C7" w:rsidR="1D6A0D50" w:rsidRDefault="1D6A0D50" w:rsidP="3793E240">
      <w:pPr>
        <w:rPr>
          <w:lang w:val="en-GB"/>
        </w:rPr>
      </w:pPr>
    </w:p>
    <w:p w14:paraId="54F469FD" w14:textId="1364AA7D" w:rsidR="4C14339C" w:rsidRPr="007E6307" w:rsidRDefault="4C14339C" w:rsidP="4C14339C">
      <w:pPr>
        <w:rPr>
          <w:b/>
          <w:bCs/>
          <w:lang w:val="en-GB"/>
        </w:rPr>
      </w:pPr>
    </w:p>
    <w:p w14:paraId="437B4056" w14:textId="0A00E851" w:rsidR="005440E0" w:rsidRPr="007E6307" w:rsidRDefault="00D52046" w:rsidP="4C14339C">
      <w:pPr>
        <w:ind w:left="720" w:firstLine="720"/>
        <w:rPr>
          <w:lang w:val="en-GB"/>
        </w:rPr>
      </w:pPr>
      <w:r w:rsidRPr="007E6307">
        <w:rPr>
          <w:lang w:val="en-GB"/>
        </w:rPr>
        <w:t xml:space="preserve">  </w:t>
      </w:r>
      <w:r w:rsidR="007E6307">
        <w:rPr>
          <w:lang w:val="en-GB"/>
        </w:rPr>
        <w:tab/>
      </w:r>
      <w:r w:rsidRPr="007E6307">
        <w:rPr>
          <w:lang w:val="en-GB"/>
        </w:rPr>
        <w:t xml:space="preserve">    </w:t>
      </w:r>
      <w:r w:rsidRPr="007E6307">
        <w:rPr>
          <w:u w:val="single"/>
          <w:lang w:val="en-GB"/>
        </w:rPr>
        <w:t>Principle Duties and Responsibilities</w:t>
      </w:r>
      <w:r w:rsidRPr="007E6307">
        <w:rPr>
          <w:lang w:val="en-GB"/>
        </w:rPr>
        <w:t>: </w:t>
      </w:r>
    </w:p>
    <w:p w14:paraId="6A4DED10" w14:textId="77777777" w:rsidR="005440E0" w:rsidRPr="005440E0" w:rsidRDefault="005440E0" w:rsidP="005440E0">
      <w:pPr>
        <w:numPr>
          <w:ilvl w:val="0"/>
          <w:numId w:val="12"/>
        </w:numPr>
        <w:rPr>
          <w:color w:val="0070C0"/>
          <w:lang w:val="en-GB"/>
        </w:rPr>
      </w:pPr>
      <w:r w:rsidRPr="005440E0">
        <w:rPr>
          <w:color w:val="0070C0"/>
          <w:lang w:val="en-GB"/>
        </w:rPr>
        <w:t>To assist with the preparation and serving of safe, nutritious and appealing meals and refreshments for older people attending the day centre, many of whom are living with dementia.</w:t>
      </w:r>
    </w:p>
    <w:p w14:paraId="4A8C774C" w14:textId="77777777" w:rsidR="005440E0" w:rsidRDefault="005440E0" w:rsidP="005440E0">
      <w:pPr>
        <w:numPr>
          <w:ilvl w:val="0"/>
          <w:numId w:val="12"/>
        </w:numPr>
        <w:rPr>
          <w:color w:val="0070C0"/>
          <w:lang w:val="en-GB"/>
        </w:rPr>
      </w:pPr>
      <w:r w:rsidRPr="005440E0">
        <w:rPr>
          <w:color w:val="0070C0"/>
          <w:lang w:val="en-GB"/>
        </w:rPr>
        <w:t>To support individuals’ dietary needs, including special diets, cultural requirements and modified food textures, ensuring dignity, choice and wellbeing at mealtimes.</w:t>
      </w:r>
    </w:p>
    <w:p w14:paraId="5993C1E4" w14:textId="620DEAB6" w:rsidR="005F3F97" w:rsidRPr="005440E0" w:rsidRDefault="005F3F97" w:rsidP="005440E0">
      <w:pPr>
        <w:numPr>
          <w:ilvl w:val="0"/>
          <w:numId w:val="12"/>
        </w:numPr>
        <w:rPr>
          <w:color w:val="0070C0"/>
          <w:lang w:val="en-GB"/>
        </w:rPr>
      </w:pPr>
      <w:r>
        <w:rPr>
          <w:color w:val="0070C0"/>
          <w:lang w:val="en-GB"/>
        </w:rPr>
        <w:t xml:space="preserve">Support the delivery of nutritionally appropriate meals by following agreed menus and guidance, and by reporting any concerns about individuals eating or hydration to the line manager. </w:t>
      </w:r>
    </w:p>
    <w:p w14:paraId="09C97B73" w14:textId="77777777" w:rsidR="005440E0" w:rsidRPr="005440E0" w:rsidRDefault="005440E0" w:rsidP="005440E0">
      <w:pPr>
        <w:numPr>
          <w:ilvl w:val="0"/>
          <w:numId w:val="12"/>
        </w:numPr>
        <w:rPr>
          <w:color w:val="0070C0"/>
          <w:lang w:val="en-GB"/>
        </w:rPr>
      </w:pPr>
      <w:r w:rsidRPr="005440E0">
        <w:rPr>
          <w:color w:val="0070C0"/>
          <w:lang w:val="en-GB"/>
        </w:rPr>
        <w:lastRenderedPageBreak/>
        <w:t>To maintain high standards of cleanliness and hygiene within the kitchen and dining areas, in line with food safety legislation, infection control procedures and organisational policies.</w:t>
      </w:r>
    </w:p>
    <w:p w14:paraId="1191A048" w14:textId="77777777" w:rsidR="005440E0" w:rsidRPr="005440E0" w:rsidRDefault="005440E0" w:rsidP="005440E0">
      <w:pPr>
        <w:numPr>
          <w:ilvl w:val="0"/>
          <w:numId w:val="12"/>
        </w:numPr>
        <w:rPr>
          <w:color w:val="0070C0"/>
          <w:lang w:val="en-GB"/>
        </w:rPr>
      </w:pPr>
      <w:r w:rsidRPr="005440E0">
        <w:rPr>
          <w:color w:val="0070C0"/>
          <w:lang w:val="en-GB"/>
        </w:rPr>
        <w:t>To follow agreed menus, portion guidance and food presentation standards, supporting calm, enjoyable and inclusive mealtime experiences.</w:t>
      </w:r>
    </w:p>
    <w:p w14:paraId="1ABE91CC" w14:textId="77777777" w:rsidR="005440E0" w:rsidRPr="005440E0" w:rsidRDefault="005440E0" w:rsidP="005440E0">
      <w:pPr>
        <w:numPr>
          <w:ilvl w:val="0"/>
          <w:numId w:val="12"/>
        </w:numPr>
        <w:rPr>
          <w:color w:val="0070C0"/>
          <w:lang w:val="en-GB"/>
        </w:rPr>
      </w:pPr>
      <w:r w:rsidRPr="005440E0">
        <w:rPr>
          <w:color w:val="0070C0"/>
          <w:lang w:val="en-GB"/>
        </w:rPr>
        <w:t>To assist with kitchen tasks including food preparation, washing up, waste disposal, stock rotation and cleaning schedules.</w:t>
      </w:r>
    </w:p>
    <w:p w14:paraId="1BEBF5F6" w14:textId="77777777" w:rsidR="005440E0" w:rsidRDefault="005440E0" w:rsidP="005440E0">
      <w:pPr>
        <w:numPr>
          <w:ilvl w:val="0"/>
          <w:numId w:val="12"/>
        </w:numPr>
        <w:rPr>
          <w:color w:val="0070C0"/>
          <w:lang w:val="en-GB"/>
        </w:rPr>
      </w:pPr>
      <w:r w:rsidRPr="005440E0">
        <w:rPr>
          <w:color w:val="0070C0"/>
          <w:lang w:val="en-GB"/>
        </w:rPr>
        <w:t>To provide short</w:t>
      </w:r>
      <w:r w:rsidRPr="005440E0">
        <w:rPr>
          <w:color w:val="0070C0"/>
          <w:lang w:val="en-GB"/>
        </w:rPr>
        <w:noBreakHyphen/>
        <w:t>term kitchen cover during periods of sickness or annual leave taken by the Kitchen Co</w:t>
      </w:r>
      <w:r w:rsidRPr="005440E0">
        <w:rPr>
          <w:color w:val="0070C0"/>
          <w:lang w:val="en-GB"/>
        </w:rPr>
        <w:noBreakHyphen/>
        <w:t>ordinator, where trained and competent to do so, following agreed procedures and escalating any concerns to the appropriate manager. This responsibility does not include staff supervision or formal management duties.</w:t>
      </w:r>
    </w:p>
    <w:p w14:paraId="4A99B14C" w14:textId="4C283E3D" w:rsidR="005F3F97" w:rsidRPr="005440E0" w:rsidRDefault="005F3F97" w:rsidP="005440E0">
      <w:pPr>
        <w:numPr>
          <w:ilvl w:val="0"/>
          <w:numId w:val="12"/>
        </w:numPr>
        <w:rPr>
          <w:color w:val="0070C0"/>
          <w:lang w:val="en-GB"/>
        </w:rPr>
      </w:pPr>
      <w:r>
        <w:rPr>
          <w:color w:val="0070C0"/>
          <w:lang w:val="en-GB"/>
        </w:rPr>
        <w:t xml:space="preserve">Maintain confidentiality and </w:t>
      </w:r>
      <w:r w:rsidR="00DD10FC">
        <w:rPr>
          <w:color w:val="0070C0"/>
          <w:lang w:val="en-GB"/>
        </w:rPr>
        <w:t>treat</w:t>
      </w:r>
      <w:r>
        <w:rPr>
          <w:color w:val="0070C0"/>
          <w:lang w:val="en-GB"/>
        </w:rPr>
        <w:t xml:space="preserve"> all people using the </w:t>
      </w:r>
      <w:r w:rsidR="00DD10FC">
        <w:rPr>
          <w:color w:val="0070C0"/>
          <w:lang w:val="en-GB"/>
        </w:rPr>
        <w:t>service</w:t>
      </w:r>
      <w:r>
        <w:rPr>
          <w:color w:val="0070C0"/>
          <w:lang w:val="en-GB"/>
        </w:rPr>
        <w:t xml:space="preserve"> with dignity and respect.</w:t>
      </w:r>
    </w:p>
    <w:p w14:paraId="46479058" w14:textId="77777777" w:rsidR="005440E0" w:rsidRPr="005440E0" w:rsidRDefault="005440E0" w:rsidP="005440E0">
      <w:pPr>
        <w:numPr>
          <w:ilvl w:val="0"/>
          <w:numId w:val="12"/>
        </w:numPr>
        <w:rPr>
          <w:color w:val="0070C0"/>
          <w:lang w:val="en-GB"/>
        </w:rPr>
      </w:pPr>
      <w:r w:rsidRPr="005440E0">
        <w:rPr>
          <w:color w:val="0070C0"/>
          <w:lang w:val="en-GB"/>
        </w:rPr>
        <w:t>To work positively as part of the wider day centre team, contributing to a supportive and person</w:t>
      </w:r>
      <w:r w:rsidRPr="005440E0">
        <w:rPr>
          <w:color w:val="0070C0"/>
          <w:lang w:val="en-GB"/>
        </w:rPr>
        <w:noBreakHyphen/>
        <w:t>centred environment.</w:t>
      </w:r>
    </w:p>
    <w:p w14:paraId="42795FBA" w14:textId="77777777" w:rsidR="005440E0" w:rsidRPr="005440E0" w:rsidRDefault="005440E0" w:rsidP="005440E0">
      <w:pPr>
        <w:numPr>
          <w:ilvl w:val="0"/>
          <w:numId w:val="12"/>
        </w:numPr>
        <w:rPr>
          <w:color w:val="0070C0"/>
          <w:lang w:val="en-GB"/>
        </w:rPr>
      </w:pPr>
      <w:r w:rsidRPr="005440E0">
        <w:rPr>
          <w:color w:val="0070C0"/>
          <w:lang w:val="en-GB"/>
        </w:rPr>
        <w:t xml:space="preserve">To comply with all health and safety requirements, safeguarding procedures and organisational policies </w:t>
      </w:r>
      <w:proofErr w:type="gramStart"/>
      <w:r w:rsidRPr="005440E0">
        <w:rPr>
          <w:color w:val="0070C0"/>
          <w:lang w:val="en-GB"/>
        </w:rPr>
        <w:t>at all times</w:t>
      </w:r>
      <w:proofErr w:type="gramEnd"/>
      <w:r w:rsidRPr="005440E0">
        <w:rPr>
          <w:color w:val="0070C0"/>
          <w:lang w:val="en-GB"/>
        </w:rPr>
        <w:t>.</w:t>
      </w:r>
    </w:p>
    <w:p w14:paraId="455A41A8" w14:textId="77777777" w:rsidR="005440E0" w:rsidRDefault="005440E0" w:rsidP="005440E0">
      <w:pPr>
        <w:numPr>
          <w:ilvl w:val="0"/>
          <w:numId w:val="12"/>
        </w:numPr>
        <w:rPr>
          <w:color w:val="0070C0"/>
          <w:lang w:val="en-GB"/>
        </w:rPr>
      </w:pPr>
      <w:r w:rsidRPr="005440E0">
        <w:rPr>
          <w:color w:val="0070C0"/>
          <w:lang w:val="en-GB"/>
        </w:rPr>
        <w:t xml:space="preserve">To undertake training as required for the role, including achieving a </w:t>
      </w:r>
      <w:r w:rsidRPr="005440E0">
        <w:rPr>
          <w:b/>
          <w:bCs/>
          <w:color w:val="0070C0"/>
          <w:lang w:val="en-GB"/>
        </w:rPr>
        <w:t>Level 3 Food Hygiene qualification</w:t>
      </w:r>
      <w:r w:rsidRPr="005440E0">
        <w:rPr>
          <w:color w:val="0070C0"/>
          <w:lang w:val="en-GB"/>
        </w:rPr>
        <w:t xml:space="preserve"> if not already held.</w:t>
      </w:r>
    </w:p>
    <w:p w14:paraId="038AC6F7" w14:textId="77777777" w:rsidR="007B11A2" w:rsidRDefault="007B11A2" w:rsidP="005440E0">
      <w:pPr>
        <w:numPr>
          <w:ilvl w:val="0"/>
          <w:numId w:val="12"/>
        </w:numPr>
        <w:rPr>
          <w:color w:val="0070C0"/>
          <w:lang w:val="en-GB"/>
        </w:rPr>
      </w:pPr>
      <w:r>
        <w:rPr>
          <w:color w:val="0070C0"/>
          <w:lang w:val="en-GB"/>
        </w:rPr>
        <w:t>Safely operate kitchen equipment and report faults or maintenance issues promptly.</w:t>
      </w:r>
    </w:p>
    <w:p w14:paraId="12AE08FE" w14:textId="26225DD5" w:rsidR="00B2697C" w:rsidRDefault="00B2697C" w:rsidP="005440E0">
      <w:pPr>
        <w:numPr>
          <w:ilvl w:val="0"/>
          <w:numId w:val="12"/>
        </w:numPr>
        <w:rPr>
          <w:color w:val="0070C0"/>
          <w:lang w:val="en-GB"/>
        </w:rPr>
      </w:pPr>
      <w:r>
        <w:rPr>
          <w:color w:val="0070C0"/>
          <w:lang w:val="en-GB"/>
        </w:rPr>
        <w:t>Re</w:t>
      </w:r>
      <w:r w:rsidR="0067114E">
        <w:rPr>
          <w:color w:val="0070C0"/>
          <w:lang w:val="en-GB"/>
        </w:rPr>
        <w:t xml:space="preserve">liable and </w:t>
      </w:r>
      <w:proofErr w:type="spellStart"/>
      <w:r w:rsidR="0067114E">
        <w:rPr>
          <w:color w:val="0070C0"/>
          <w:lang w:val="en-GB"/>
        </w:rPr>
        <w:t>oganised</w:t>
      </w:r>
      <w:proofErr w:type="spellEnd"/>
      <w:r w:rsidR="0067114E">
        <w:rPr>
          <w:color w:val="0070C0"/>
          <w:lang w:val="en-GB"/>
        </w:rPr>
        <w:t>, with the ability to manage multiple tasks and pr</w:t>
      </w:r>
      <w:r w:rsidR="00105841">
        <w:rPr>
          <w:color w:val="0070C0"/>
          <w:lang w:val="en-GB"/>
        </w:rPr>
        <w:t xml:space="preserve">ioritise work </w:t>
      </w:r>
      <w:r w:rsidR="00451DA4">
        <w:rPr>
          <w:color w:val="0070C0"/>
          <w:lang w:val="en-GB"/>
        </w:rPr>
        <w:t xml:space="preserve">appropriately </w:t>
      </w:r>
    </w:p>
    <w:p w14:paraId="6BD1857D" w14:textId="77777777" w:rsidR="007B11A2" w:rsidRDefault="007B11A2" w:rsidP="005440E0">
      <w:pPr>
        <w:numPr>
          <w:ilvl w:val="0"/>
          <w:numId w:val="12"/>
        </w:numPr>
        <w:rPr>
          <w:color w:val="0070C0"/>
          <w:lang w:val="en-GB"/>
        </w:rPr>
      </w:pPr>
      <w:r>
        <w:rPr>
          <w:color w:val="0070C0"/>
          <w:lang w:val="en-GB"/>
        </w:rPr>
        <w:t>Support stock control, rotation of food items and correct storage of ingredients as per Environmental Health guidelines.</w:t>
      </w:r>
    </w:p>
    <w:p w14:paraId="59A91065" w14:textId="5507FD23" w:rsidR="00143A8A" w:rsidRDefault="007B11A2" w:rsidP="00143A8A">
      <w:pPr>
        <w:numPr>
          <w:ilvl w:val="0"/>
          <w:numId w:val="12"/>
        </w:numPr>
        <w:rPr>
          <w:color w:val="0070C0"/>
          <w:lang w:val="en-GB"/>
        </w:rPr>
      </w:pPr>
      <w:r>
        <w:rPr>
          <w:color w:val="0070C0"/>
          <w:lang w:val="en-GB"/>
        </w:rPr>
        <w:t>Carry out other reasonable duties in line wit</w:t>
      </w:r>
      <w:r w:rsidR="00445F46">
        <w:rPr>
          <w:color w:val="0070C0"/>
          <w:lang w:val="en-GB"/>
        </w:rPr>
        <w:t>h</w:t>
      </w:r>
      <w:r>
        <w:rPr>
          <w:color w:val="0070C0"/>
          <w:lang w:val="en-GB"/>
        </w:rPr>
        <w:t xml:space="preserve"> the role.  </w:t>
      </w:r>
    </w:p>
    <w:p w14:paraId="438C77D8" w14:textId="77777777" w:rsidR="007E6307" w:rsidRDefault="007E6307" w:rsidP="007E6307">
      <w:pPr>
        <w:ind w:left="2160" w:firstLine="720"/>
        <w:rPr>
          <w:u w:val="single"/>
          <w:lang w:val="en-GB"/>
        </w:rPr>
      </w:pPr>
    </w:p>
    <w:p w14:paraId="38985CC0" w14:textId="77777777" w:rsidR="007E6307" w:rsidRDefault="007E6307" w:rsidP="007E6307">
      <w:pPr>
        <w:ind w:left="2160" w:firstLine="720"/>
        <w:rPr>
          <w:u w:val="single"/>
          <w:lang w:val="en-GB"/>
        </w:rPr>
      </w:pPr>
    </w:p>
    <w:p w14:paraId="33AB1115" w14:textId="77777777" w:rsidR="007E6307" w:rsidRDefault="007E6307" w:rsidP="007E6307">
      <w:pPr>
        <w:ind w:left="2160" w:firstLine="720"/>
        <w:rPr>
          <w:u w:val="single"/>
          <w:lang w:val="en-GB"/>
        </w:rPr>
      </w:pPr>
    </w:p>
    <w:p w14:paraId="5CCAFC13" w14:textId="77777777" w:rsidR="007E6307" w:rsidRDefault="007E6307" w:rsidP="007E6307">
      <w:pPr>
        <w:ind w:left="2160" w:firstLine="720"/>
        <w:rPr>
          <w:u w:val="single"/>
          <w:lang w:val="en-GB"/>
        </w:rPr>
      </w:pPr>
    </w:p>
    <w:p w14:paraId="7FE2CE9F" w14:textId="77777777" w:rsidR="007E6307" w:rsidRDefault="007E6307" w:rsidP="007E6307">
      <w:pPr>
        <w:ind w:left="2160" w:firstLine="720"/>
        <w:rPr>
          <w:u w:val="single"/>
          <w:lang w:val="en-GB"/>
        </w:rPr>
      </w:pPr>
    </w:p>
    <w:p w14:paraId="7DA0A85E" w14:textId="77777777" w:rsidR="007E6307" w:rsidRDefault="007E6307" w:rsidP="007E6307">
      <w:pPr>
        <w:ind w:left="2160" w:firstLine="720"/>
        <w:rPr>
          <w:u w:val="single"/>
          <w:lang w:val="en-GB"/>
        </w:rPr>
      </w:pPr>
    </w:p>
    <w:p w14:paraId="1121CBDB" w14:textId="77777777" w:rsidR="007E6307" w:rsidRDefault="007E6307" w:rsidP="007E6307">
      <w:pPr>
        <w:ind w:left="2160" w:firstLine="720"/>
        <w:rPr>
          <w:u w:val="single"/>
          <w:lang w:val="en-GB"/>
        </w:rPr>
      </w:pPr>
    </w:p>
    <w:p w14:paraId="189FF4BA" w14:textId="77777777" w:rsidR="007E6307" w:rsidRDefault="007E6307" w:rsidP="007E6307">
      <w:pPr>
        <w:ind w:left="2160" w:firstLine="720"/>
        <w:rPr>
          <w:u w:val="single"/>
          <w:lang w:val="en-GB"/>
        </w:rPr>
      </w:pPr>
    </w:p>
    <w:p w14:paraId="1C4191FD" w14:textId="589649F4" w:rsidR="00143A8A" w:rsidRPr="007E6307" w:rsidRDefault="00143A8A" w:rsidP="007E6307">
      <w:pPr>
        <w:ind w:left="2160" w:firstLine="720"/>
        <w:rPr>
          <w:u w:val="single"/>
          <w:lang w:val="en-GB"/>
        </w:rPr>
      </w:pPr>
      <w:r w:rsidRPr="007E6307">
        <w:rPr>
          <w:u w:val="single"/>
          <w:lang w:val="en-GB"/>
        </w:rPr>
        <w:t>Person Specification</w:t>
      </w:r>
    </w:p>
    <w:p w14:paraId="362E32B5" w14:textId="0C1E48DE" w:rsidR="007E6307" w:rsidRPr="007E6307" w:rsidRDefault="007E6307" w:rsidP="007E6307">
      <w:pPr>
        <w:rPr>
          <w:color w:val="0070C0"/>
          <w:lang w:val="en-GB"/>
        </w:rPr>
      </w:pPr>
      <w:r w:rsidRPr="007E6307">
        <w:rPr>
          <w:color w:val="0070C0"/>
        </w:rPr>
        <w:t>The following requirements will be assessed from a combination of information provided from the interview process and references: </w:t>
      </w:r>
    </w:p>
    <w:p w14:paraId="48CCED2F" w14:textId="77777777" w:rsidR="00143A8A" w:rsidRDefault="00143A8A" w:rsidP="00143A8A">
      <w:pPr>
        <w:rPr>
          <w:color w:val="0070C0"/>
          <w:lang w:val="en-GB"/>
        </w:rPr>
      </w:pPr>
    </w:p>
    <w:tbl>
      <w:tblPr>
        <w:tblW w:w="8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83"/>
        <w:gridCol w:w="1340"/>
        <w:gridCol w:w="1326"/>
        <w:gridCol w:w="1981"/>
      </w:tblGrid>
      <w:tr w:rsidR="007E6307" w:rsidRPr="00143A8A" w14:paraId="4365821E" w14:textId="77777777" w:rsidTr="007E6307">
        <w:trPr>
          <w:trHeight w:val="720"/>
        </w:trPr>
        <w:tc>
          <w:tcPr>
            <w:tcW w:w="3983" w:type="dxa"/>
            <w:tcBorders>
              <w:top w:val="single" w:sz="4" w:space="0" w:color="auto"/>
              <w:left w:val="single" w:sz="4" w:space="0" w:color="auto"/>
              <w:bottom w:val="single" w:sz="4" w:space="0" w:color="auto"/>
              <w:right w:val="single" w:sz="4" w:space="0" w:color="auto"/>
            </w:tcBorders>
            <w:shd w:val="clear" w:color="auto" w:fill="DAE8F8"/>
            <w:hideMark/>
          </w:tcPr>
          <w:p w14:paraId="69A23D82" w14:textId="08125DD7" w:rsidR="00143A8A" w:rsidRPr="00143A8A" w:rsidRDefault="00143A8A" w:rsidP="00143A8A">
            <w:pPr>
              <w:pStyle w:val="ListParagraph"/>
              <w:numPr>
                <w:ilvl w:val="0"/>
                <w:numId w:val="18"/>
              </w:numPr>
              <w:rPr>
                <w:lang w:val="en-GB"/>
              </w:rPr>
            </w:pPr>
            <w:r w:rsidRPr="00143A8A">
              <w:rPr>
                <w:b/>
                <w:bCs/>
              </w:rPr>
              <w:t>Criteria</w:t>
            </w:r>
            <w:r w:rsidRPr="00143A8A">
              <w:rPr>
                <w:lang w:val="en-GB"/>
              </w:rPr>
              <w:t> </w:t>
            </w:r>
          </w:p>
        </w:tc>
        <w:tc>
          <w:tcPr>
            <w:tcW w:w="1340" w:type="dxa"/>
            <w:tcBorders>
              <w:top w:val="single" w:sz="4" w:space="0" w:color="auto"/>
              <w:left w:val="single" w:sz="4" w:space="0" w:color="auto"/>
              <w:bottom w:val="single" w:sz="4" w:space="0" w:color="auto"/>
              <w:right w:val="single" w:sz="4" w:space="0" w:color="auto"/>
            </w:tcBorders>
            <w:shd w:val="clear" w:color="auto" w:fill="DAE8F8"/>
            <w:hideMark/>
          </w:tcPr>
          <w:p w14:paraId="101E98BE" w14:textId="77777777" w:rsidR="00143A8A" w:rsidRPr="00143A8A" w:rsidRDefault="00143A8A" w:rsidP="00143A8A">
            <w:pPr>
              <w:rPr>
                <w:lang w:val="en-GB"/>
              </w:rPr>
            </w:pPr>
            <w:r w:rsidRPr="00143A8A">
              <w:rPr>
                <w:b/>
                <w:bCs/>
              </w:rPr>
              <w:t>Essential</w:t>
            </w:r>
            <w:r w:rsidRPr="00143A8A">
              <w:rPr>
                <w:lang w:val="en-GB"/>
              </w:rPr>
              <w:t>  </w:t>
            </w:r>
          </w:p>
        </w:tc>
        <w:tc>
          <w:tcPr>
            <w:tcW w:w="1326" w:type="dxa"/>
            <w:tcBorders>
              <w:top w:val="single" w:sz="4" w:space="0" w:color="auto"/>
              <w:left w:val="single" w:sz="4" w:space="0" w:color="auto"/>
              <w:bottom w:val="single" w:sz="4" w:space="0" w:color="auto"/>
              <w:right w:val="single" w:sz="4" w:space="0" w:color="auto"/>
            </w:tcBorders>
            <w:shd w:val="clear" w:color="auto" w:fill="DAE8F8"/>
            <w:hideMark/>
          </w:tcPr>
          <w:p w14:paraId="00D675D0" w14:textId="77777777" w:rsidR="00143A8A" w:rsidRPr="00143A8A" w:rsidRDefault="00143A8A" w:rsidP="00143A8A">
            <w:pPr>
              <w:rPr>
                <w:lang w:val="en-GB"/>
              </w:rPr>
            </w:pPr>
            <w:r w:rsidRPr="00143A8A">
              <w:rPr>
                <w:b/>
                <w:bCs/>
              </w:rPr>
              <w:t>Desirable</w:t>
            </w:r>
            <w:r w:rsidRPr="00143A8A">
              <w:rPr>
                <w:lang w:val="en-GB"/>
              </w:rPr>
              <w:t>  </w:t>
            </w:r>
          </w:p>
        </w:tc>
        <w:tc>
          <w:tcPr>
            <w:tcW w:w="1981" w:type="dxa"/>
            <w:tcBorders>
              <w:top w:val="single" w:sz="4" w:space="0" w:color="auto"/>
              <w:left w:val="single" w:sz="4" w:space="0" w:color="auto"/>
              <w:bottom w:val="single" w:sz="4" w:space="0" w:color="auto"/>
              <w:right w:val="single" w:sz="4" w:space="0" w:color="auto"/>
            </w:tcBorders>
            <w:shd w:val="clear" w:color="auto" w:fill="DAE8F8"/>
            <w:hideMark/>
          </w:tcPr>
          <w:p w14:paraId="3E72564C" w14:textId="77777777" w:rsidR="00143A8A" w:rsidRPr="00143A8A" w:rsidRDefault="00143A8A" w:rsidP="00143A8A">
            <w:pPr>
              <w:rPr>
                <w:lang w:val="en-GB"/>
              </w:rPr>
            </w:pPr>
            <w:r w:rsidRPr="00143A8A">
              <w:rPr>
                <w:b/>
                <w:bCs/>
              </w:rPr>
              <w:t>Assessment</w:t>
            </w:r>
            <w:r w:rsidRPr="00143A8A">
              <w:rPr>
                <w:lang w:val="en-GB"/>
              </w:rPr>
              <w:t>  </w:t>
            </w:r>
          </w:p>
        </w:tc>
      </w:tr>
      <w:tr w:rsidR="007E6307" w:rsidRPr="00143A8A" w14:paraId="05CFAC9A" w14:textId="77777777" w:rsidTr="007E6307">
        <w:trPr>
          <w:trHeight w:val="285"/>
        </w:trPr>
        <w:tc>
          <w:tcPr>
            <w:tcW w:w="3983" w:type="dxa"/>
            <w:tcBorders>
              <w:top w:val="single" w:sz="4" w:space="0" w:color="auto"/>
              <w:left w:val="single" w:sz="4" w:space="0" w:color="auto"/>
              <w:bottom w:val="single" w:sz="4" w:space="0" w:color="auto"/>
              <w:right w:val="single" w:sz="4" w:space="0" w:color="auto"/>
            </w:tcBorders>
            <w:hideMark/>
          </w:tcPr>
          <w:p w14:paraId="2A2BA855" w14:textId="0825BE64" w:rsidR="00143A8A" w:rsidRDefault="00143A8A" w:rsidP="00143A8A">
            <w:pPr>
              <w:pStyle w:val="ListBullet"/>
              <w:numPr>
                <w:ilvl w:val="0"/>
                <w:numId w:val="18"/>
              </w:numPr>
            </w:pPr>
            <w:r>
              <w:t>Experience of working within a paid or voluntary role in a kitchen role or similar environment</w:t>
            </w:r>
          </w:p>
          <w:p w14:paraId="283D9C68" w14:textId="116C49BD" w:rsidR="00143A8A" w:rsidRPr="00143A8A" w:rsidRDefault="00143A8A" w:rsidP="00143A8A">
            <w:pPr>
              <w:rPr>
                <w:color w:val="0070C0"/>
              </w:rPr>
            </w:pPr>
          </w:p>
        </w:tc>
        <w:tc>
          <w:tcPr>
            <w:tcW w:w="1340" w:type="dxa"/>
            <w:tcBorders>
              <w:top w:val="single" w:sz="4" w:space="0" w:color="auto"/>
              <w:left w:val="single" w:sz="4" w:space="0" w:color="auto"/>
              <w:bottom w:val="single" w:sz="4" w:space="0" w:color="auto"/>
              <w:right w:val="single" w:sz="4" w:space="0" w:color="auto"/>
            </w:tcBorders>
            <w:hideMark/>
          </w:tcPr>
          <w:p w14:paraId="5EA5FDA6" w14:textId="77777777" w:rsidR="00143A8A" w:rsidRPr="00143A8A" w:rsidRDefault="00143A8A" w:rsidP="00143A8A">
            <w:pPr>
              <w:rPr>
                <w:color w:val="7030A0"/>
                <w:lang w:val="en-GB"/>
              </w:rPr>
            </w:pPr>
            <w:r w:rsidRPr="00143A8A">
              <w:rPr>
                <w:rFonts w:ascii="Segoe UI Emoji" w:hAnsi="Segoe UI Emoji" w:cs="Segoe UI Emoji"/>
                <w:color w:val="7030A0"/>
              </w:rPr>
              <w:t>✔️</w:t>
            </w:r>
            <w:r w:rsidRPr="00143A8A">
              <w:rPr>
                <w:color w:val="7030A0"/>
                <w:lang w:val="en-GB"/>
              </w:rPr>
              <w:t>  </w:t>
            </w:r>
          </w:p>
        </w:tc>
        <w:tc>
          <w:tcPr>
            <w:tcW w:w="1326" w:type="dxa"/>
            <w:tcBorders>
              <w:top w:val="single" w:sz="4" w:space="0" w:color="auto"/>
              <w:left w:val="single" w:sz="4" w:space="0" w:color="auto"/>
              <w:bottom w:val="single" w:sz="4" w:space="0" w:color="auto"/>
              <w:right w:val="single" w:sz="4" w:space="0" w:color="auto"/>
            </w:tcBorders>
            <w:hideMark/>
          </w:tcPr>
          <w:p w14:paraId="2100A82B" w14:textId="77777777" w:rsidR="00143A8A" w:rsidRPr="00143A8A" w:rsidRDefault="00143A8A" w:rsidP="00143A8A">
            <w:pPr>
              <w:rPr>
                <w:color w:val="0070C0"/>
                <w:lang w:val="en-GB"/>
              </w:rPr>
            </w:pPr>
            <w:r w:rsidRPr="00143A8A">
              <w:rPr>
                <w:color w:val="0070C0"/>
                <w:lang w:val="en-GB"/>
              </w:rPr>
              <w:t>  </w:t>
            </w:r>
          </w:p>
        </w:tc>
        <w:tc>
          <w:tcPr>
            <w:tcW w:w="1981" w:type="dxa"/>
            <w:tcBorders>
              <w:top w:val="single" w:sz="4" w:space="0" w:color="auto"/>
              <w:left w:val="single" w:sz="4" w:space="0" w:color="auto"/>
              <w:bottom w:val="single" w:sz="4" w:space="0" w:color="auto"/>
              <w:right w:val="single" w:sz="4" w:space="0" w:color="auto"/>
            </w:tcBorders>
            <w:hideMark/>
          </w:tcPr>
          <w:p w14:paraId="31402B73" w14:textId="77777777" w:rsidR="00143A8A" w:rsidRPr="00143A8A" w:rsidRDefault="00143A8A" w:rsidP="00143A8A">
            <w:pPr>
              <w:rPr>
                <w:lang w:val="en-GB"/>
              </w:rPr>
            </w:pPr>
            <w:r w:rsidRPr="00143A8A">
              <w:t>Application Form</w:t>
            </w:r>
            <w:r w:rsidRPr="00143A8A">
              <w:rPr>
                <w:lang w:val="en-GB"/>
              </w:rPr>
              <w:t>  </w:t>
            </w:r>
          </w:p>
        </w:tc>
      </w:tr>
      <w:tr w:rsidR="002002C2" w:rsidRPr="00143A8A" w14:paraId="16D7A63D" w14:textId="77777777" w:rsidTr="007E6307">
        <w:trPr>
          <w:trHeight w:val="285"/>
        </w:trPr>
        <w:tc>
          <w:tcPr>
            <w:tcW w:w="3983" w:type="dxa"/>
            <w:tcBorders>
              <w:top w:val="single" w:sz="4" w:space="0" w:color="auto"/>
              <w:left w:val="single" w:sz="4" w:space="0" w:color="auto"/>
              <w:bottom w:val="single" w:sz="4" w:space="0" w:color="auto"/>
              <w:right w:val="single" w:sz="4" w:space="0" w:color="auto"/>
            </w:tcBorders>
          </w:tcPr>
          <w:p w14:paraId="0C622FB5" w14:textId="5A8C483C" w:rsidR="002002C2" w:rsidRDefault="002002C2" w:rsidP="002002C2">
            <w:pPr>
              <w:pStyle w:val="ListBullet"/>
              <w:numPr>
                <w:ilvl w:val="0"/>
                <w:numId w:val="18"/>
              </w:numPr>
            </w:pPr>
            <w:r>
              <w:t>Ability to work to agreed standards</w:t>
            </w:r>
            <w:r>
              <w:t>,</w:t>
            </w:r>
            <w:r>
              <w:t xml:space="preserve"> so that food is prepared and presented to meet expectations around taste, hygiene and nutrition.</w:t>
            </w:r>
          </w:p>
        </w:tc>
        <w:tc>
          <w:tcPr>
            <w:tcW w:w="1340" w:type="dxa"/>
            <w:tcBorders>
              <w:top w:val="single" w:sz="4" w:space="0" w:color="auto"/>
              <w:left w:val="single" w:sz="4" w:space="0" w:color="auto"/>
              <w:bottom w:val="single" w:sz="4" w:space="0" w:color="auto"/>
              <w:right w:val="single" w:sz="4" w:space="0" w:color="auto"/>
            </w:tcBorders>
          </w:tcPr>
          <w:p w14:paraId="2DCCF358" w14:textId="639F5603" w:rsidR="002002C2" w:rsidRPr="00143A8A" w:rsidRDefault="002002C2" w:rsidP="002002C2">
            <w:pPr>
              <w:rPr>
                <w:color w:val="7030A0"/>
                <w:lang w:val="en-GB"/>
              </w:rPr>
            </w:pPr>
            <w:r w:rsidRPr="00143A8A">
              <w:rPr>
                <w:rFonts w:ascii="Segoe UI Emoji" w:hAnsi="Segoe UI Emoji" w:cs="Segoe UI Emoji"/>
                <w:color w:val="7030A0"/>
              </w:rPr>
              <w:t>✔️</w:t>
            </w:r>
            <w:r w:rsidRPr="00143A8A">
              <w:rPr>
                <w:color w:val="7030A0"/>
                <w:lang w:val="en-GB"/>
              </w:rPr>
              <w:t>  </w:t>
            </w:r>
          </w:p>
        </w:tc>
        <w:tc>
          <w:tcPr>
            <w:tcW w:w="1326" w:type="dxa"/>
            <w:tcBorders>
              <w:top w:val="single" w:sz="4" w:space="0" w:color="auto"/>
              <w:left w:val="single" w:sz="4" w:space="0" w:color="auto"/>
              <w:bottom w:val="single" w:sz="4" w:space="0" w:color="auto"/>
              <w:right w:val="single" w:sz="4" w:space="0" w:color="auto"/>
            </w:tcBorders>
          </w:tcPr>
          <w:p w14:paraId="2AA0407A" w14:textId="77777777" w:rsidR="002002C2" w:rsidRPr="00143A8A" w:rsidRDefault="002002C2" w:rsidP="002002C2">
            <w:pPr>
              <w:rPr>
                <w:color w:val="0070C0"/>
                <w:lang w:val="en-GB"/>
              </w:rPr>
            </w:pPr>
          </w:p>
        </w:tc>
        <w:tc>
          <w:tcPr>
            <w:tcW w:w="1981" w:type="dxa"/>
            <w:tcBorders>
              <w:top w:val="single" w:sz="4" w:space="0" w:color="auto"/>
              <w:left w:val="single" w:sz="4" w:space="0" w:color="auto"/>
              <w:bottom w:val="single" w:sz="4" w:space="0" w:color="auto"/>
              <w:right w:val="single" w:sz="4" w:space="0" w:color="auto"/>
            </w:tcBorders>
          </w:tcPr>
          <w:p w14:paraId="60D64310" w14:textId="72B397BD" w:rsidR="002002C2" w:rsidRPr="00143A8A" w:rsidRDefault="002002C2" w:rsidP="002002C2">
            <w:r w:rsidRPr="00143A8A">
              <w:t>Application Form / Interview</w:t>
            </w:r>
            <w:r w:rsidRPr="00143A8A">
              <w:rPr>
                <w:lang w:val="en-GB"/>
              </w:rPr>
              <w:t>  </w:t>
            </w:r>
          </w:p>
        </w:tc>
      </w:tr>
      <w:tr w:rsidR="002002C2" w:rsidRPr="00143A8A" w14:paraId="12EB5868" w14:textId="77777777" w:rsidTr="002002C2">
        <w:trPr>
          <w:trHeight w:val="285"/>
        </w:trPr>
        <w:tc>
          <w:tcPr>
            <w:tcW w:w="3983" w:type="dxa"/>
            <w:tcBorders>
              <w:top w:val="single" w:sz="4" w:space="0" w:color="auto"/>
              <w:left w:val="single" w:sz="4" w:space="0" w:color="auto"/>
              <w:bottom w:val="single" w:sz="4" w:space="0" w:color="auto"/>
              <w:right w:val="single" w:sz="4" w:space="0" w:color="auto"/>
            </w:tcBorders>
          </w:tcPr>
          <w:p w14:paraId="4EFD0A94" w14:textId="1AAD908C" w:rsidR="002002C2" w:rsidRPr="002002C2" w:rsidRDefault="002002C2" w:rsidP="002002C2">
            <w:pPr>
              <w:pStyle w:val="ListBullet"/>
              <w:numPr>
                <w:ilvl w:val="0"/>
                <w:numId w:val="18"/>
              </w:numPr>
            </w:pPr>
            <w:r>
              <w:t>Good understanding of food hygiene, cleanliness and safe working practices</w:t>
            </w:r>
          </w:p>
        </w:tc>
        <w:tc>
          <w:tcPr>
            <w:tcW w:w="1340" w:type="dxa"/>
            <w:tcBorders>
              <w:top w:val="single" w:sz="4" w:space="0" w:color="auto"/>
              <w:left w:val="single" w:sz="4" w:space="0" w:color="auto"/>
              <w:bottom w:val="single" w:sz="4" w:space="0" w:color="auto"/>
              <w:right w:val="single" w:sz="4" w:space="0" w:color="auto"/>
            </w:tcBorders>
          </w:tcPr>
          <w:p w14:paraId="5C8B9F7D" w14:textId="75143135" w:rsidR="002002C2" w:rsidRPr="00143A8A" w:rsidRDefault="002002C2" w:rsidP="002002C2">
            <w:pPr>
              <w:rPr>
                <w:color w:val="7030A0"/>
                <w:lang w:val="en-GB"/>
              </w:rPr>
            </w:pPr>
            <w:r w:rsidRPr="00143A8A">
              <w:rPr>
                <w:rFonts w:ascii="Segoe UI Emoji" w:hAnsi="Segoe UI Emoji" w:cs="Segoe UI Emoji"/>
                <w:color w:val="7030A0"/>
              </w:rPr>
              <w:t>✔️</w:t>
            </w:r>
            <w:r w:rsidRPr="00143A8A">
              <w:rPr>
                <w:color w:val="7030A0"/>
                <w:lang w:val="en-GB"/>
              </w:rPr>
              <w:t>  </w:t>
            </w:r>
          </w:p>
        </w:tc>
        <w:tc>
          <w:tcPr>
            <w:tcW w:w="1326" w:type="dxa"/>
            <w:tcBorders>
              <w:top w:val="single" w:sz="4" w:space="0" w:color="auto"/>
              <w:left w:val="single" w:sz="4" w:space="0" w:color="auto"/>
              <w:bottom w:val="single" w:sz="4" w:space="0" w:color="auto"/>
              <w:right w:val="single" w:sz="4" w:space="0" w:color="auto"/>
            </w:tcBorders>
          </w:tcPr>
          <w:p w14:paraId="73726270" w14:textId="22B0A309" w:rsidR="002002C2" w:rsidRPr="00143A8A" w:rsidRDefault="002002C2" w:rsidP="002002C2">
            <w:pPr>
              <w:rPr>
                <w:color w:val="0070C0"/>
                <w:lang w:val="en-GB"/>
              </w:rPr>
            </w:pPr>
            <w:r w:rsidRPr="00143A8A">
              <w:rPr>
                <w:color w:val="0070C0"/>
                <w:lang w:val="en-GB"/>
              </w:rPr>
              <w:t>  </w:t>
            </w:r>
          </w:p>
        </w:tc>
        <w:tc>
          <w:tcPr>
            <w:tcW w:w="1981" w:type="dxa"/>
            <w:tcBorders>
              <w:top w:val="single" w:sz="4" w:space="0" w:color="auto"/>
              <w:left w:val="single" w:sz="4" w:space="0" w:color="auto"/>
              <w:bottom w:val="single" w:sz="4" w:space="0" w:color="auto"/>
              <w:right w:val="single" w:sz="4" w:space="0" w:color="auto"/>
            </w:tcBorders>
          </w:tcPr>
          <w:p w14:paraId="6D6B4F95" w14:textId="77777777" w:rsidR="002002C2" w:rsidRPr="00143A8A" w:rsidRDefault="002002C2" w:rsidP="002002C2">
            <w:pPr>
              <w:rPr>
                <w:lang w:val="en-GB"/>
              </w:rPr>
            </w:pPr>
            <w:r w:rsidRPr="00143A8A">
              <w:t>Application Form/</w:t>
            </w:r>
            <w:r w:rsidRPr="00143A8A">
              <w:rPr>
                <w:lang w:val="en-GB"/>
              </w:rPr>
              <w:t>  </w:t>
            </w:r>
          </w:p>
          <w:p w14:paraId="06374F56" w14:textId="48D8F3A0" w:rsidR="002002C2" w:rsidRPr="00143A8A" w:rsidRDefault="002002C2" w:rsidP="002002C2">
            <w:pPr>
              <w:rPr>
                <w:lang w:val="en-GB"/>
              </w:rPr>
            </w:pPr>
            <w:r w:rsidRPr="00143A8A">
              <w:t>Interview</w:t>
            </w:r>
            <w:r w:rsidRPr="00143A8A">
              <w:rPr>
                <w:lang w:val="en-GB"/>
              </w:rPr>
              <w:t>  </w:t>
            </w:r>
          </w:p>
        </w:tc>
      </w:tr>
      <w:tr w:rsidR="002002C2" w:rsidRPr="00143A8A" w14:paraId="2EE72993" w14:textId="77777777" w:rsidTr="002002C2">
        <w:trPr>
          <w:trHeight w:val="285"/>
        </w:trPr>
        <w:tc>
          <w:tcPr>
            <w:tcW w:w="3983" w:type="dxa"/>
            <w:tcBorders>
              <w:top w:val="single" w:sz="4" w:space="0" w:color="auto"/>
              <w:left w:val="single" w:sz="4" w:space="0" w:color="auto"/>
              <w:bottom w:val="single" w:sz="4" w:space="0" w:color="auto"/>
              <w:right w:val="single" w:sz="4" w:space="0" w:color="auto"/>
            </w:tcBorders>
          </w:tcPr>
          <w:p w14:paraId="4D438974" w14:textId="4757E69F" w:rsidR="002002C2" w:rsidRDefault="002002C2" w:rsidP="002002C2">
            <w:pPr>
              <w:pStyle w:val="ListBullet"/>
              <w:numPr>
                <w:ilvl w:val="0"/>
                <w:numId w:val="18"/>
              </w:numPr>
            </w:pPr>
            <w:r>
              <w:t>Willingness to work towards a Level 3 Food Hygiene qualification</w:t>
            </w:r>
          </w:p>
        </w:tc>
        <w:tc>
          <w:tcPr>
            <w:tcW w:w="1340" w:type="dxa"/>
            <w:tcBorders>
              <w:top w:val="single" w:sz="4" w:space="0" w:color="auto"/>
              <w:left w:val="single" w:sz="4" w:space="0" w:color="auto"/>
              <w:bottom w:val="single" w:sz="4" w:space="0" w:color="auto"/>
              <w:right w:val="single" w:sz="4" w:space="0" w:color="auto"/>
            </w:tcBorders>
          </w:tcPr>
          <w:p w14:paraId="32FD131D" w14:textId="123747D1" w:rsidR="002002C2" w:rsidRPr="00143A8A" w:rsidRDefault="002002C2" w:rsidP="002002C2">
            <w:pPr>
              <w:rPr>
                <w:rFonts w:ascii="Segoe UI Emoji" w:hAnsi="Segoe UI Emoji" w:cs="Segoe UI Emoji"/>
                <w:color w:val="7030A0"/>
              </w:rPr>
            </w:pPr>
            <w:r w:rsidRPr="00143A8A">
              <w:rPr>
                <w:rFonts w:ascii="Segoe UI Emoji" w:hAnsi="Segoe UI Emoji" w:cs="Segoe UI Emoji"/>
                <w:color w:val="7030A0"/>
              </w:rPr>
              <w:t>✔️</w:t>
            </w:r>
            <w:r w:rsidRPr="00143A8A">
              <w:rPr>
                <w:color w:val="7030A0"/>
                <w:lang w:val="en-GB"/>
              </w:rPr>
              <w:t>  </w:t>
            </w:r>
          </w:p>
        </w:tc>
        <w:tc>
          <w:tcPr>
            <w:tcW w:w="1326" w:type="dxa"/>
            <w:tcBorders>
              <w:top w:val="single" w:sz="4" w:space="0" w:color="auto"/>
              <w:left w:val="single" w:sz="4" w:space="0" w:color="auto"/>
              <w:bottom w:val="single" w:sz="4" w:space="0" w:color="auto"/>
              <w:right w:val="single" w:sz="4" w:space="0" w:color="auto"/>
            </w:tcBorders>
          </w:tcPr>
          <w:p w14:paraId="31D30F8F" w14:textId="6DCADF89" w:rsidR="002002C2" w:rsidRPr="00143A8A" w:rsidRDefault="002002C2" w:rsidP="002002C2">
            <w:pPr>
              <w:rPr>
                <w:color w:val="0070C0"/>
                <w:lang w:val="en-GB"/>
              </w:rPr>
            </w:pPr>
            <w:r w:rsidRPr="00143A8A">
              <w:rPr>
                <w:color w:val="0070C0"/>
                <w:lang w:val="en-GB"/>
              </w:rPr>
              <w:t>  </w:t>
            </w:r>
          </w:p>
        </w:tc>
        <w:tc>
          <w:tcPr>
            <w:tcW w:w="1981" w:type="dxa"/>
            <w:tcBorders>
              <w:top w:val="single" w:sz="4" w:space="0" w:color="auto"/>
              <w:left w:val="single" w:sz="4" w:space="0" w:color="auto"/>
              <w:bottom w:val="single" w:sz="4" w:space="0" w:color="auto"/>
              <w:right w:val="single" w:sz="4" w:space="0" w:color="auto"/>
            </w:tcBorders>
          </w:tcPr>
          <w:p w14:paraId="0908BA7E" w14:textId="1AEE76F8" w:rsidR="002002C2" w:rsidRPr="00143A8A" w:rsidRDefault="002002C2" w:rsidP="002002C2">
            <w:r w:rsidRPr="00143A8A">
              <w:t>Application Form / Interview</w:t>
            </w:r>
            <w:r w:rsidRPr="00143A8A">
              <w:rPr>
                <w:lang w:val="en-GB"/>
              </w:rPr>
              <w:t>  </w:t>
            </w:r>
          </w:p>
        </w:tc>
      </w:tr>
      <w:tr w:rsidR="002002C2" w:rsidRPr="00143A8A" w14:paraId="0D91CA3B" w14:textId="77777777" w:rsidTr="002002C2">
        <w:trPr>
          <w:trHeight w:val="285"/>
        </w:trPr>
        <w:tc>
          <w:tcPr>
            <w:tcW w:w="3983" w:type="dxa"/>
            <w:tcBorders>
              <w:top w:val="single" w:sz="4" w:space="0" w:color="auto"/>
              <w:left w:val="single" w:sz="4" w:space="0" w:color="auto"/>
              <w:bottom w:val="single" w:sz="4" w:space="0" w:color="auto"/>
              <w:right w:val="single" w:sz="4" w:space="0" w:color="auto"/>
            </w:tcBorders>
          </w:tcPr>
          <w:p w14:paraId="25D7B182" w14:textId="5304E3B2" w:rsidR="002002C2" w:rsidRDefault="002002C2" w:rsidP="002002C2">
            <w:pPr>
              <w:pStyle w:val="ListBullet"/>
              <w:numPr>
                <w:ilvl w:val="0"/>
                <w:numId w:val="18"/>
              </w:numPr>
            </w:pPr>
            <w:r w:rsidRPr="00764A36">
              <w:rPr>
                <w:lang w:val="en-GB"/>
              </w:rPr>
              <w:t>Excellent verbal communication skills, with the ability to work effectively as part of a team and communicate appropriately with older people, including those living with dementia.</w:t>
            </w:r>
          </w:p>
        </w:tc>
        <w:tc>
          <w:tcPr>
            <w:tcW w:w="1340" w:type="dxa"/>
            <w:tcBorders>
              <w:top w:val="single" w:sz="4" w:space="0" w:color="auto"/>
              <w:left w:val="single" w:sz="4" w:space="0" w:color="auto"/>
              <w:bottom w:val="single" w:sz="4" w:space="0" w:color="auto"/>
              <w:right w:val="single" w:sz="4" w:space="0" w:color="auto"/>
            </w:tcBorders>
          </w:tcPr>
          <w:p w14:paraId="5EC18EF5" w14:textId="7D9FF542" w:rsidR="002002C2" w:rsidRPr="00143A8A" w:rsidRDefault="002002C2" w:rsidP="002002C2">
            <w:pPr>
              <w:rPr>
                <w:color w:val="0070C0"/>
                <w:lang w:val="en-GB"/>
              </w:rPr>
            </w:pPr>
            <w:r w:rsidRPr="00143A8A">
              <w:rPr>
                <w:rFonts w:ascii="Segoe UI Emoji" w:hAnsi="Segoe UI Emoji" w:cs="Segoe UI Emoji"/>
                <w:color w:val="7030A0"/>
              </w:rPr>
              <w:t>✔️</w:t>
            </w:r>
          </w:p>
        </w:tc>
        <w:tc>
          <w:tcPr>
            <w:tcW w:w="1326" w:type="dxa"/>
            <w:tcBorders>
              <w:top w:val="single" w:sz="4" w:space="0" w:color="auto"/>
              <w:left w:val="single" w:sz="4" w:space="0" w:color="auto"/>
              <w:bottom w:val="single" w:sz="4" w:space="0" w:color="auto"/>
              <w:right w:val="single" w:sz="4" w:space="0" w:color="auto"/>
            </w:tcBorders>
          </w:tcPr>
          <w:p w14:paraId="429638D3" w14:textId="77777777" w:rsidR="002002C2" w:rsidRPr="00143A8A" w:rsidRDefault="002002C2" w:rsidP="002002C2">
            <w:pPr>
              <w:rPr>
                <w:color w:val="0070C0"/>
                <w:lang w:val="en-GB"/>
              </w:rPr>
            </w:pPr>
          </w:p>
        </w:tc>
        <w:tc>
          <w:tcPr>
            <w:tcW w:w="1981" w:type="dxa"/>
            <w:tcBorders>
              <w:top w:val="single" w:sz="4" w:space="0" w:color="auto"/>
              <w:left w:val="single" w:sz="4" w:space="0" w:color="auto"/>
              <w:bottom w:val="single" w:sz="4" w:space="0" w:color="auto"/>
              <w:right w:val="single" w:sz="4" w:space="0" w:color="auto"/>
            </w:tcBorders>
          </w:tcPr>
          <w:p w14:paraId="180EDF1B" w14:textId="7C90DDC2" w:rsidR="002002C2" w:rsidRPr="00143A8A" w:rsidRDefault="002002C2" w:rsidP="002002C2">
            <w:r w:rsidRPr="00143A8A">
              <w:t>Application Form/ Interview</w:t>
            </w:r>
            <w:r w:rsidRPr="00143A8A">
              <w:rPr>
                <w:lang w:val="en-GB"/>
              </w:rPr>
              <w:t>  </w:t>
            </w:r>
          </w:p>
        </w:tc>
      </w:tr>
      <w:tr w:rsidR="002002C2" w:rsidRPr="00143A8A" w14:paraId="6CAD8E15" w14:textId="77777777" w:rsidTr="002002C2">
        <w:trPr>
          <w:trHeight w:val="285"/>
        </w:trPr>
        <w:tc>
          <w:tcPr>
            <w:tcW w:w="3983" w:type="dxa"/>
            <w:tcBorders>
              <w:top w:val="single" w:sz="4" w:space="0" w:color="auto"/>
              <w:left w:val="single" w:sz="4" w:space="0" w:color="auto"/>
              <w:bottom w:val="single" w:sz="4" w:space="0" w:color="auto"/>
              <w:right w:val="single" w:sz="4" w:space="0" w:color="auto"/>
            </w:tcBorders>
          </w:tcPr>
          <w:p w14:paraId="69AB502A" w14:textId="303C0FF7" w:rsidR="002002C2" w:rsidRPr="002002C2" w:rsidRDefault="002002C2" w:rsidP="002002C2">
            <w:pPr>
              <w:pStyle w:val="ListBullet"/>
              <w:numPr>
                <w:ilvl w:val="0"/>
                <w:numId w:val="18"/>
              </w:numPr>
            </w:pPr>
            <w:r>
              <w:t>Ability to follow procedures, instructions and established routines</w:t>
            </w:r>
          </w:p>
        </w:tc>
        <w:tc>
          <w:tcPr>
            <w:tcW w:w="1340" w:type="dxa"/>
            <w:tcBorders>
              <w:top w:val="single" w:sz="4" w:space="0" w:color="auto"/>
              <w:left w:val="single" w:sz="4" w:space="0" w:color="auto"/>
              <w:bottom w:val="single" w:sz="4" w:space="0" w:color="auto"/>
              <w:right w:val="single" w:sz="4" w:space="0" w:color="auto"/>
            </w:tcBorders>
          </w:tcPr>
          <w:p w14:paraId="6C2F58E9" w14:textId="19B9465F" w:rsidR="002002C2" w:rsidRPr="00143A8A" w:rsidRDefault="002002C2" w:rsidP="002002C2">
            <w:pPr>
              <w:rPr>
                <w:color w:val="7030A0"/>
                <w:lang w:val="en-GB"/>
              </w:rPr>
            </w:pPr>
            <w:r w:rsidRPr="00143A8A">
              <w:rPr>
                <w:color w:val="0070C0"/>
                <w:lang w:val="en-GB"/>
              </w:rPr>
              <w:t> </w:t>
            </w:r>
            <w:r w:rsidRPr="00143A8A">
              <w:rPr>
                <w:rFonts w:ascii="Segoe UI Emoji" w:hAnsi="Segoe UI Emoji" w:cs="Segoe UI Emoji"/>
                <w:color w:val="7030A0"/>
              </w:rPr>
              <w:t>✔️</w:t>
            </w:r>
            <w:r w:rsidRPr="00143A8A">
              <w:rPr>
                <w:color w:val="0070C0"/>
                <w:lang w:val="en-GB"/>
              </w:rPr>
              <w:t> </w:t>
            </w:r>
          </w:p>
        </w:tc>
        <w:tc>
          <w:tcPr>
            <w:tcW w:w="1326" w:type="dxa"/>
            <w:tcBorders>
              <w:top w:val="single" w:sz="4" w:space="0" w:color="auto"/>
              <w:left w:val="single" w:sz="4" w:space="0" w:color="auto"/>
              <w:bottom w:val="single" w:sz="4" w:space="0" w:color="auto"/>
              <w:right w:val="single" w:sz="4" w:space="0" w:color="auto"/>
            </w:tcBorders>
          </w:tcPr>
          <w:p w14:paraId="73CD62EE" w14:textId="77777777" w:rsidR="002002C2" w:rsidRPr="00143A8A" w:rsidRDefault="002002C2" w:rsidP="002002C2">
            <w:pPr>
              <w:rPr>
                <w:color w:val="0070C0"/>
                <w:lang w:val="en-GB"/>
              </w:rPr>
            </w:pPr>
            <w:r w:rsidRPr="00143A8A">
              <w:rPr>
                <w:color w:val="0070C0"/>
                <w:lang w:val="en-GB"/>
              </w:rPr>
              <w:t> </w:t>
            </w:r>
          </w:p>
          <w:p w14:paraId="6F72D3EF" w14:textId="29593C0C" w:rsidR="002002C2" w:rsidRPr="00143A8A" w:rsidRDefault="002002C2" w:rsidP="002002C2">
            <w:pPr>
              <w:rPr>
                <w:color w:val="0070C0"/>
                <w:lang w:val="en-GB"/>
              </w:rPr>
            </w:pPr>
            <w:r w:rsidRPr="00143A8A">
              <w:rPr>
                <w:color w:val="0070C0"/>
                <w:lang w:val="en-GB"/>
              </w:rPr>
              <w:t>  </w:t>
            </w:r>
          </w:p>
        </w:tc>
        <w:tc>
          <w:tcPr>
            <w:tcW w:w="1981" w:type="dxa"/>
            <w:tcBorders>
              <w:top w:val="single" w:sz="4" w:space="0" w:color="auto"/>
              <w:left w:val="single" w:sz="4" w:space="0" w:color="auto"/>
              <w:bottom w:val="single" w:sz="4" w:space="0" w:color="auto"/>
              <w:right w:val="single" w:sz="4" w:space="0" w:color="auto"/>
            </w:tcBorders>
          </w:tcPr>
          <w:p w14:paraId="23396A3E" w14:textId="5F616E4D" w:rsidR="002002C2" w:rsidRPr="00143A8A" w:rsidRDefault="002002C2" w:rsidP="002002C2">
            <w:pPr>
              <w:rPr>
                <w:lang w:val="en-GB"/>
              </w:rPr>
            </w:pPr>
            <w:r w:rsidRPr="00143A8A">
              <w:t>Application form/Interview</w:t>
            </w:r>
            <w:r w:rsidRPr="00143A8A">
              <w:rPr>
                <w:lang w:val="en-GB"/>
              </w:rPr>
              <w:t>  </w:t>
            </w:r>
          </w:p>
        </w:tc>
      </w:tr>
      <w:tr w:rsidR="002002C2" w:rsidRPr="00143A8A" w14:paraId="15AD37E6" w14:textId="77777777" w:rsidTr="002002C2">
        <w:trPr>
          <w:trHeight w:val="285"/>
        </w:trPr>
        <w:tc>
          <w:tcPr>
            <w:tcW w:w="3983" w:type="dxa"/>
            <w:tcBorders>
              <w:top w:val="single" w:sz="4" w:space="0" w:color="auto"/>
              <w:left w:val="single" w:sz="4" w:space="0" w:color="auto"/>
              <w:bottom w:val="single" w:sz="4" w:space="0" w:color="auto"/>
              <w:right w:val="single" w:sz="4" w:space="0" w:color="auto"/>
            </w:tcBorders>
          </w:tcPr>
          <w:p w14:paraId="5930B95B" w14:textId="0C6A2C10" w:rsidR="002002C2" w:rsidRPr="002002C2" w:rsidRDefault="002002C2" w:rsidP="002002C2">
            <w:pPr>
              <w:pStyle w:val="ListBullet"/>
              <w:numPr>
                <w:ilvl w:val="0"/>
                <w:numId w:val="18"/>
              </w:numPr>
            </w:pPr>
            <w:r>
              <w:t>A respectful, patient and person-</w:t>
            </w:r>
            <w:proofErr w:type="spellStart"/>
            <w:r>
              <w:t>centred</w:t>
            </w:r>
            <w:proofErr w:type="spellEnd"/>
            <w:r>
              <w:t xml:space="preserve"> approach</w:t>
            </w:r>
          </w:p>
        </w:tc>
        <w:tc>
          <w:tcPr>
            <w:tcW w:w="1340" w:type="dxa"/>
            <w:tcBorders>
              <w:top w:val="single" w:sz="4" w:space="0" w:color="auto"/>
              <w:left w:val="single" w:sz="4" w:space="0" w:color="auto"/>
              <w:bottom w:val="single" w:sz="4" w:space="0" w:color="auto"/>
              <w:right w:val="single" w:sz="4" w:space="0" w:color="auto"/>
            </w:tcBorders>
          </w:tcPr>
          <w:p w14:paraId="3D43D078" w14:textId="77665B99" w:rsidR="002002C2" w:rsidRPr="00143A8A" w:rsidRDefault="002002C2" w:rsidP="002002C2">
            <w:pPr>
              <w:rPr>
                <w:color w:val="7030A0"/>
                <w:lang w:val="en-GB"/>
              </w:rPr>
            </w:pPr>
            <w:r w:rsidRPr="00143A8A">
              <w:rPr>
                <w:rFonts w:ascii="Segoe UI Emoji" w:hAnsi="Segoe UI Emoji" w:cs="Segoe UI Emoji"/>
                <w:color w:val="7030A0"/>
              </w:rPr>
              <w:t>✔️</w:t>
            </w:r>
            <w:r w:rsidRPr="00143A8A">
              <w:rPr>
                <w:color w:val="7030A0"/>
                <w:lang w:val="en-GB"/>
              </w:rPr>
              <w:t>  </w:t>
            </w:r>
          </w:p>
        </w:tc>
        <w:tc>
          <w:tcPr>
            <w:tcW w:w="1326" w:type="dxa"/>
            <w:tcBorders>
              <w:top w:val="single" w:sz="4" w:space="0" w:color="auto"/>
              <w:left w:val="single" w:sz="4" w:space="0" w:color="auto"/>
              <w:bottom w:val="single" w:sz="4" w:space="0" w:color="auto"/>
              <w:right w:val="single" w:sz="4" w:space="0" w:color="auto"/>
            </w:tcBorders>
          </w:tcPr>
          <w:p w14:paraId="6DA16176" w14:textId="2CD5040E" w:rsidR="002002C2" w:rsidRPr="00143A8A" w:rsidRDefault="002002C2" w:rsidP="002002C2">
            <w:pPr>
              <w:rPr>
                <w:color w:val="0070C0"/>
                <w:lang w:val="en-GB"/>
              </w:rPr>
            </w:pPr>
            <w:r w:rsidRPr="00143A8A">
              <w:rPr>
                <w:color w:val="0070C0"/>
                <w:lang w:val="en-GB"/>
              </w:rPr>
              <w:t>  </w:t>
            </w:r>
          </w:p>
        </w:tc>
        <w:tc>
          <w:tcPr>
            <w:tcW w:w="1981" w:type="dxa"/>
            <w:tcBorders>
              <w:top w:val="single" w:sz="4" w:space="0" w:color="auto"/>
              <w:left w:val="single" w:sz="4" w:space="0" w:color="auto"/>
              <w:bottom w:val="single" w:sz="4" w:space="0" w:color="auto"/>
              <w:right w:val="single" w:sz="4" w:space="0" w:color="auto"/>
            </w:tcBorders>
          </w:tcPr>
          <w:p w14:paraId="6324CBD9" w14:textId="03095027" w:rsidR="002002C2" w:rsidRPr="00143A8A" w:rsidRDefault="002002C2" w:rsidP="002002C2">
            <w:pPr>
              <w:rPr>
                <w:lang w:val="en-GB"/>
              </w:rPr>
            </w:pPr>
            <w:r w:rsidRPr="00143A8A">
              <w:t>Application Form/Interview </w:t>
            </w:r>
            <w:r w:rsidRPr="00143A8A">
              <w:rPr>
                <w:lang w:val="en-GB"/>
              </w:rPr>
              <w:t>  </w:t>
            </w:r>
          </w:p>
        </w:tc>
      </w:tr>
      <w:tr w:rsidR="002002C2" w:rsidRPr="00143A8A" w14:paraId="49EDB829" w14:textId="77777777" w:rsidTr="002002C2">
        <w:trPr>
          <w:trHeight w:val="285"/>
        </w:trPr>
        <w:tc>
          <w:tcPr>
            <w:tcW w:w="3983" w:type="dxa"/>
            <w:tcBorders>
              <w:top w:val="single" w:sz="4" w:space="0" w:color="auto"/>
              <w:left w:val="single" w:sz="4" w:space="0" w:color="auto"/>
              <w:bottom w:val="single" w:sz="4" w:space="0" w:color="auto"/>
              <w:right w:val="single" w:sz="4" w:space="0" w:color="auto"/>
            </w:tcBorders>
          </w:tcPr>
          <w:p w14:paraId="3A8C250A" w14:textId="79E5AEC8" w:rsidR="002002C2" w:rsidRPr="002002C2" w:rsidRDefault="002002C2" w:rsidP="002002C2">
            <w:pPr>
              <w:pStyle w:val="ListBullet"/>
              <w:numPr>
                <w:ilvl w:val="0"/>
                <w:numId w:val="18"/>
              </w:numPr>
            </w:pPr>
            <w:r>
              <w:lastRenderedPageBreak/>
              <w:t>Physically able to carry out kitchen duties (with reasonable adjustments if required</w:t>
            </w:r>
            <w:r>
              <w:t>)</w:t>
            </w:r>
          </w:p>
        </w:tc>
        <w:tc>
          <w:tcPr>
            <w:tcW w:w="1340" w:type="dxa"/>
            <w:tcBorders>
              <w:top w:val="single" w:sz="4" w:space="0" w:color="auto"/>
              <w:left w:val="single" w:sz="4" w:space="0" w:color="auto"/>
              <w:bottom w:val="single" w:sz="4" w:space="0" w:color="auto"/>
              <w:right w:val="single" w:sz="4" w:space="0" w:color="auto"/>
            </w:tcBorders>
          </w:tcPr>
          <w:p w14:paraId="21689733" w14:textId="77777777" w:rsidR="002002C2" w:rsidRPr="00143A8A" w:rsidRDefault="002002C2" w:rsidP="002002C2">
            <w:pPr>
              <w:rPr>
                <w:color w:val="0070C0"/>
                <w:lang w:val="en-GB"/>
              </w:rPr>
            </w:pPr>
            <w:r w:rsidRPr="00143A8A">
              <w:rPr>
                <w:color w:val="0070C0"/>
                <w:lang w:val="en-GB"/>
              </w:rPr>
              <w:t> </w:t>
            </w:r>
            <w:r w:rsidRPr="00143A8A">
              <w:rPr>
                <w:rFonts w:ascii="Segoe UI Emoji" w:hAnsi="Segoe UI Emoji" w:cs="Segoe UI Emoji"/>
                <w:color w:val="7030A0"/>
              </w:rPr>
              <w:t>✔️</w:t>
            </w:r>
            <w:r w:rsidRPr="00143A8A">
              <w:rPr>
                <w:color w:val="7030A0"/>
                <w:lang w:val="en-GB"/>
              </w:rPr>
              <w:t>  </w:t>
            </w:r>
          </w:p>
          <w:p w14:paraId="1ACB76CC" w14:textId="447D3F97" w:rsidR="002002C2" w:rsidRPr="00143A8A" w:rsidRDefault="002002C2" w:rsidP="002002C2">
            <w:pPr>
              <w:rPr>
                <w:color w:val="7030A0"/>
                <w:lang w:val="en-GB"/>
              </w:rPr>
            </w:pPr>
            <w:r w:rsidRPr="00143A8A">
              <w:rPr>
                <w:color w:val="0070C0"/>
                <w:lang w:val="en-GB"/>
              </w:rPr>
              <w:t>  </w:t>
            </w:r>
          </w:p>
        </w:tc>
        <w:tc>
          <w:tcPr>
            <w:tcW w:w="1326" w:type="dxa"/>
            <w:tcBorders>
              <w:top w:val="single" w:sz="4" w:space="0" w:color="auto"/>
              <w:left w:val="single" w:sz="4" w:space="0" w:color="auto"/>
              <w:bottom w:val="single" w:sz="4" w:space="0" w:color="auto"/>
              <w:right w:val="single" w:sz="4" w:space="0" w:color="auto"/>
            </w:tcBorders>
          </w:tcPr>
          <w:p w14:paraId="0A9921DE" w14:textId="13FD6950" w:rsidR="002002C2" w:rsidRPr="00143A8A" w:rsidRDefault="002002C2" w:rsidP="002002C2">
            <w:pPr>
              <w:rPr>
                <w:color w:val="0070C0"/>
                <w:lang w:val="en-GB"/>
              </w:rPr>
            </w:pPr>
            <w:r w:rsidRPr="00143A8A">
              <w:rPr>
                <w:color w:val="0070C0"/>
                <w:lang w:val="en-GB"/>
              </w:rPr>
              <w:t> </w:t>
            </w:r>
          </w:p>
        </w:tc>
        <w:tc>
          <w:tcPr>
            <w:tcW w:w="1981" w:type="dxa"/>
            <w:tcBorders>
              <w:top w:val="single" w:sz="4" w:space="0" w:color="auto"/>
              <w:left w:val="single" w:sz="4" w:space="0" w:color="auto"/>
              <w:bottom w:val="single" w:sz="4" w:space="0" w:color="auto"/>
              <w:right w:val="single" w:sz="4" w:space="0" w:color="auto"/>
            </w:tcBorders>
          </w:tcPr>
          <w:p w14:paraId="7BBDD349" w14:textId="77777777" w:rsidR="002002C2" w:rsidRPr="00143A8A" w:rsidRDefault="002002C2" w:rsidP="002002C2">
            <w:pPr>
              <w:rPr>
                <w:lang w:val="en-GB"/>
              </w:rPr>
            </w:pPr>
            <w:r w:rsidRPr="00143A8A">
              <w:t>Application Form/Interview</w:t>
            </w:r>
            <w:r w:rsidRPr="00143A8A">
              <w:rPr>
                <w:lang w:val="en-GB"/>
              </w:rPr>
              <w:t>  </w:t>
            </w:r>
          </w:p>
          <w:p w14:paraId="2FB4E624" w14:textId="3C5FA4AF" w:rsidR="002002C2" w:rsidRPr="00143A8A" w:rsidRDefault="002002C2" w:rsidP="002002C2">
            <w:pPr>
              <w:rPr>
                <w:lang w:val="en-GB"/>
              </w:rPr>
            </w:pPr>
            <w:r w:rsidRPr="00143A8A">
              <w:rPr>
                <w:lang w:val="en-GB"/>
              </w:rPr>
              <w:t>  </w:t>
            </w:r>
          </w:p>
        </w:tc>
      </w:tr>
      <w:tr w:rsidR="002002C2" w:rsidRPr="00143A8A" w14:paraId="5979ACAE" w14:textId="77777777" w:rsidTr="007E6307">
        <w:trPr>
          <w:trHeight w:val="285"/>
        </w:trPr>
        <w:tc>
          <w:tcPr>
            <w:tcW w:w="3983" w:type="dxa"/>
            <w:tcBorders>
              <w:top w:val="single" w:sz="4" w:space="0" w:color="auto"/>
              <w:left w:val="single" w:sz="4" w:space="0" w:color="auto"/>
              <w:bottom w:val="single" w:sz="4" w:space="0" w:color="auto"/>
              <w:right w:val="single" w:sz="4" w:space="0" w:color="auto"/>
            </w:tcBorders>
          </w:tcPr>
          <w:p w14:paraId="65DFB026" w14:textId="1E23FA6D" w:rsidR="002002C2" w:rsidRDefault="002002C2" w:rsidP="002002C2">
            <w:pPr>
              <w:numPr>
                <w:ilvl w:val="0"/>
                <w:numId w:val="18"/>
              </w:numPr>
              <w:spacing w:before="100" w:beforeAutospacing="1" w:after="100" w:afterAutospacing="1" w:line="300" w:lineRule="atLeast"/>
            </w:pPr>
            <w:r>
              <w:t>Ability to carry out a range of kitchen duties, including food preparation, basic cooking tasks, cleaning and washing up.</w:t>
            </w:r>
          </w:p>
        </w:tc>
        <w:tc>
          <w:tcPr>
            <w:tcW w:w="1340" w:type="dxa"/>
            <w:tcBorders>
              <w:top w:val="single" w:sz="4" w:space="0" w:color="auto"/>
              <w:left w:val="single" w:sz="4" w:space="0" w:color="auto"/>
              <w:bottom w:val="single" w:sz="4" w:space="0" w:color="auto"/>
              <w:right w:val="single" w:sz="4" w:space="0" w:color="auto"/>
            </w:tcBorders>
          </w:tcPr>
          <w:p w14:paraId="517592DF" w14:textId="74BD318D" w:rsidR="002002C2" w:rsidRPr="00143A8A" w:rsidRDefault="002002C2" w:rsidP="002002C2">
            <w:pPr>
              <w:rPr>
                <w:color w:val="7030A0"/>
                <w:lang w:val="en-GB"/>
              </w:rPr>
            </w:pPr>
            <w:r w:rsidRPr="00143A8A">
              <w:rPr>
                <w:rFonts w:ascii="Segoe UI Emoji" w:hAnsi="Segoe UI Emoji" w:cs="Segoe UI Emoji"/>
                <w:color w:val="7030A0"/>
              </w:rPr>
              <w:t>✔️</w:t>
            </w:r>
          </w:p>
        </w:tc>
        <w:tc>
          <w:tcPr>
            <w:tcW w:w="1326" w:type="dxa"/>
            <w:tcBorders>
              <w:top w:val="single" w:sz="4" w:space="0" w:color="auto"/>
              <w:left w:val="single" w:sz="4" w:space="0" w:color="auto"/>
              <w:bottom w:val="single" w:sz="4" w:space="0" w:color="auto"/>
              <w:right w:val="single" w:sz="4" w:space="0" w:color="auto"/>
            </w:tcBorders>
          </w:tcPr>
          <w:p w14:paraId="26905286" w14:textId="77777777" w:rsidR="002002C2" w:rsidRPr="00143A8A" w:rsidRDefault="002002C2" w:rsidP="002002C2">
            <w:pPr>
              <w:rPr>
                <w:color w:val="0070C0"/>
                <w:lang w:val="en-GB"/>
              </w:rPr>
            </w:pPr>
          </w:p>
        </w:tc>
        <w:tc>
          <w:tcPr>
            <w:tcW w:w="1981" w:type="dxa"/>
            <w:tcBorders>
              <w:top w:val="single" w:sz="4" w:space="0" w:color="auto"/>
              <w:left w:val="single" w:sz="4" w:space="0" w:color="auto"/>
              <w:bottom w:val="single" w:sz="4" w:space="0" w:color="auto"/>
              <w:right w:val="single" w:sz="4" w:space="0" w:color="auto"/>
            </w:tcBorders>
          </w:tcPr>
          <w:p w14:paraId="09BAAC89" w14:textId="1A9572C5" w:rsidR="002002C2" w:rsidRPr="00143A8A" w:rsidRDefault="002002C2" w:rsidP="002002C2">
            <w:r w:rsidRPr="00143A8A">
              <w:t>Application Form/ Interview</w:t>
            </w:r>
            <w:r w:rsidRPr="00143A8A">
              <w:rPr>
                <w:lang w:val="en-GB"/>
              </w:rPr>
              <w:t>  </w:t>
            </w:r>
          </w:p>
        </w:tc>
      </w:tr>
      <w:tr w:rsidR="002002C2" w:rsidRPr="00143A8A" w14:paraId="46F50621" w14:textId="77777777" w:rsidTr="007E6307">
        <w:trPr>
          <w:trHeight w:val="285"/>
        </w:trPr>
        <w:tc>
          <w:tcPr>
            <w:tcW w:w="3983" w:type="dxa"/>
            <w:tcBorders>
              <w:top w:val="single" w:sz="4" w:space="0" w:color="auto"/>
              <w:left w:val="single" w:sz="4" w:space="0" w:color="auto"/>
              <w:bottom w:val="single" w:sz="4" w:space="0" w:color="auto"/>
              <w:right w:val="single" w:sz="4" w:space="0" w:color="auto"/>
            </w:tcBorders>
          </w:tcPr>
          <w:p w14:paraId="7AC9CC42" w14:textId="7E991F3F" w:rsidR="002002C2" w:rsidRDefault="002002C2" w:rsidP="002002C2">
            <w:pPr>
              <w:numPr>
                <w:ilvl w:val="0"/>
                <w:numId w:val="18"/>
              </w:numPr>
              <w:spacing w:before="100" w:beforeAutospacing="1" w:after="100" w:afterAutospacing="1" w:line="300" w:lineRule="atLeast"/>
            </w:pPr>
            <w:r>
              <w:t xml:space="preserve">Understanding of the need to keep kitchen and food storage areas clean, </w:t>
            </w:r>
            <w:proofErr w:type="spellStart"/>
            <w:r>
              <w:t>organised</w:t>
            </w:r>
            <w:proofErr w:type="spellEnd"/>
            <w:r>
              <w:t xml:space="preserve"> and well-ordered </w:t>
            </w:r>
            <w:proofErr w:type="gramStart"/>
            <w:r>
              <w:t>at all times</w:t>
            </w:r>
            <w:proofErr w:type="gramEnd"/>
            <w:r>
              <w:t xml:space="preserve">. </w:t>
            </w:r>
          </w:p>
        </w:tc>
        <w:tc>
          <w:tcPr>
            <w:tcW w:w="1340" w:type="dxa"/>
            <w:tcBorders>
              <w:top w:val="single" w:sz="4" w:space="0" w:color="auto"/>
              <w:left w:val="single" w:sz="4" w:space="0" w:color="auto"/>
              <w:bottom w:val="single" w:sz="4" w:space="0" w:color="auto"/>
              <w:right w:val="single" w:sz="4" w:space="0" w:color="auto"/>
            </w:tcBorders>
          </w:tcPr>
          <w:p w14:paraId="2AADEE59" w14:textId="161BAD4C" w:rsidR="002002C2" w:rsidRPr="00143A8A" w:rsidRDefault="002002C2" w:rsidP="002002C2">
            <w:pPr>
              <w:rPr>
                <w:rFonts w:ascii="Segoe UI Emoji" w:hAnsi="Segoe UI Emoji" w:cs="Segoe UI Emoji"/>
                <w:color w:val="7030A0"/>
              </w:rPr>
            </w:pPr>
            <w:r w:rsidRPr="00143A8A">
              <w:rPr>
                <w:rFonts w:ascii="Segoe UI Emoji" w:hAnsi="Segoe UI Emoji" w:cs="Segoe UI Emoji"/>
                <w:color w:val="7030A0"/>
              </w:rPr>
              <w:t>✔️</w:t>
            </w:r>
          </w:p>
        </w:tc>
        <w:tc>
          <w:tcPr>
            <w:tcW w:w="1326" w:type="dxa"/>
            <w:tcBorders>
              <w:top w:val="single" w:sz="4" w:space="0" w:color="auto"/>
              <w:left w:val="single" w:sz="4" w:space="0" w:color="auto"/>
              <w:bottom w:val="single" w:sz="4" w:space="0" w:color="auto"/>
              <w:right w:val="single" w:sz="4" w:space="0" w:color="auto"/>
            </w:tcBorders>
          </w:tcPr>
          <w:p w14:paraId="6D9D953C" w14:textId="77777777" w:rsidR="002002C2" w:rsidRPr="00143A8A" w:rsidRDefault="002002C2" w:rsidP="002002C2">
            <w:pPr>
              <w:rPr>
                <w:color w:val="0070C0"/>
                <w:lang w:val="en-GB"/>
              </w:rPr>
            </w:pPr>
          </w:p>
        </w:tc>
        <w:tc>
          <w:tcPr>
            <w:tcW w:w="1981" w:type="dxa"/>
            <w:tcBorders>
              <w:top w:val="single" w:sz="4" w:space="0" w:color="auto"/>
              <w:left w:val="single" w:sz="4" w:space="0" w:color="auto"/>
              <w:bottom w:val="single" w:sz="4" w:space="0" w:color="auto"/>
              <w:right w:val="single" w:sz="4" w:space="0" w:color="auto"/>
            </w:tcBorders>
          </w:tcPr>
          <w:p w14:paraId="517314E2" w14:textId="158B249D" w:rsidR="002002C2" w:rsidRPr="00143A8A" w:rsidRDefault="002002C2" w:rsidP="002002C2">
            <w:r w:rsidRPr="00143A8A">
              <w:t>Application Form/ Interview</w:t>
            </w:r>
            <w:r w:rsidRPr="00143A8A">
              <w:rPr>
                <w:lang w:val="en-GB"/>
              </w:rPr>
              <w:t>  </w:t>
            </w:r>
          </w:p>
        </w:tc>
      </w:tr>
      <w:tr w:rsidR="002002C2" w:rsidRPr="00143A8A" w14:paraId="272E1069" w14:textId="77777777" w:rsidTr="007E6307">
        <w:trPr>
          <w:trHeight w:val="285"/>
        </w:trPr>
        <w:tc>
          <w:tcPr>
            <w:tcW w:w="3983" w:type="dxa"/>
            <w:tcBorders>
              <w:top w:val="single" w:sz="4" w:space="0" w:color="auto"/>
              <w:left w:val="single" w:sz="4" w:space="0" w:color="auto"/>
              <w:bottom w:val="single" w:sz="4" w:space="0" w:color="auto"/>
              <w:right w:val="single" w:sz="4" w:space="0" w:color="auto"/>
            </w:tcBorders>
            <w:hideMark/>
          </w:tcPr>
          <w:p w14:paraId="429344C1" w14:textId="738CE722" w:rsidR="002002C2" w:rsidRDefault="002002C2" w:rsidP="002002C2">
            <w:pPr>
              <w:pStyle w:val="ListBullet"/>
              <w:numPr>
                <w:ilvl w:val="0"/>
                <w:numId w:val="18"/>
              </w:numPr>
            </w:pPr>
            <w:r>
              <w:t>Level 1 or 2 Food Hygiene qualification</w:t>
            </w:r>
          </w:p>
          <w:p w14:paraId="19F85CAD" w14:textId="26C16C04" w:rsidR="002002C2" w:rsidRPr="00143A8A" w:rsidRDefault="002002C2" w:rsidP="002002C2">
            <w:pPr>
              <w:rPr>
                <w:color w:val="0070C0"/>
                <w:lang w:val="en-GB"/>
              </w:rPr>
            </w:pPr>
          </w:p>
        </w:tc>
        <w:tc>
          <w:tcPr>
            <w:tcW w:w="1340" w:type="dxa"/>
            <w:tcBorders>
              <w:top w:val="single" w:sz="4" w:space="0" w:color="auto"/>
              <w:left w:val="single" w:sz="4" w:space="0" w:color="auto"/>
              <w:bottom w:val="single" w:sz="4" w:space="0" w:color="auto"/>
              <w:right w:val="single" w:sz="4" w:space="0" w:color="auto"/>
            </w:tcBorders>
            <w:hideMark/>
          </w:tcPr>
          <w:p w14:paraId="68080C06" w14:textId="5E809D3F" w:rsidR="002002C2" w:rsidRPr="00143A8A" w:rsidRDefault="002002C2" w:rsidP="002002C2">
            <w:pPr>
              <w:rPr>
                <w:color w:val="0070C0"/>
                <w:lang w:val="en-GB"/>
              </w:rPr>
            </w:pPr>
          </w:p>
        </w:tc>
        <w:tc>
          <w:tcPr>
            <w:tcW w:w="1326" w:type="dxa"/>
            <w:tcBorders>
              <w:top w:val="single" w:sz="4" w:space="0" w:color="auto"/>
              <w:left w:val="single" w:sz="4" w:space="0" w:color="auto"/>
              <w:bottom w:val="single" w:sz="4" w:space="0" w:color="auto"/>
              <w:right w:val="single" w:sz="4" w:space="0" w:color="auto"/>
            </w:tcBorders>
            <w:hideMark/>
          </w:tcPr>
          <w:p w14:paraId="17C21E58" w14:textId="7057FD04" w:rsidR="002002C2" w:rsidRPr="00143A8A" w:rsidRDefault="002002C2" w:rsidP="002002C2">
            <w:pPr>
              <w:rPr>
                <w:color w:val="0070C0"/>
                <w:lang w:val="en-GB"/>
              </w:rPr>
            </w:pPr>
            <w:r w:rsidRPr="00143A8A">
              <w:rPr>
                <w:color w:val="0070C0"/>
                <w:lang w:val="en-GB"/>
              </w:rPr>
              <w:t> </w:t>
            </w:r>
            <w:r w:rsidRPr="00143A8A">
              <w:rPr>
                <w:rFonts w:ascii="Segoe UI Emoji" w:hAnsi="Segoe UI Emoji" w:cs="Segoe UI Emoji"/>
                <w:color w:val="7030A0"/>
              </w:rPr>
              <w:t>✔️</w:t>
            </w:r>
            <w:r w:rsidRPr="00143A8A">
              <w:rPr>
                <w:color w:val="0070C0"/>
                <w:lang w:val="en-GB"/>
              </w:rPr>
              <w:t> </w:t>
            </w:r>
          </w:p>
        </w:tc>
        <w:tc>
          <w:tcPr>
            <w:tcW w:w="1981" w:type="dxa"/>
            <w:tcBorders>
              <w:top w:val="single" w:sz="4" w:space="0" w:color="auto"/>
              <w:left w:val="single" w:sz="4" w:space="0" w:color="auto"/>
              <w:bottom w:val="single" w:sz="4" w:space="0" w:color="auto"/>
              <w:right w:val="single" w:sz="4" w:space="0" w:color="auto"/>
            </w:tcBorders>
            <w:hideMark/>
          </w:tcPr>
          <w:p w14:paraId="0D12D97C" w14:textId="77777777" w:rsidR="002002C2" w:rsidRPr="00143A8A" w:rsidRDefault="002002C2" w:rsidP="002002C2">
            <w:pPr>
              <w:rPr>
                <w:lang w:val="en-GB"/>
              </w:rPr>
            </w:pPr>
            <w:r w:rsidRPr="00143A8A">
              <w:t>Application Form/ Interview </w:t>
            </w:r>
            <w:r w:rsidRPr="00143A8A">
              <w:rPr>
                <w:lang w:val="en-GB"/>
              </w:rPr>
              <w:t> </w:t>
            </w:r>
          </w:p>
        </w:tc>
      </w:tr>
      <w:tr w:rsidR="002002C2" w:rsidRPr="00143A8A" w14:paraId="19E7F56F" w14:textId="77777777" w:rsidTr="002002C2">
        <w:trPr>
          <w:trHeight w:val="285"/>
        </w:trPr>
        <w:tc>
          <w:tcPr>
            <w:tcW w:w="3983" w:type="dxa"/>
            <w:tcBorders>
              <w:top w:val="single" w:sz="4" w:space="0" w:color="auto"/>
              <w:left w:val="single" w:sz="4" w:space="0" w:color="auto"/>
              <w:bottom w:val="single" w:sz="4" w:space="0" w:color="auto"/>
              <w:right w:val="single" w:sz="4" w:space="0" w:color="auto"/>
            </w:tcBorders>
          </w:tcPr>
          <w:p w14:paraId="2D3865FC" w14:textId="2FD35C64" w:rsidR="002002C2" w:rsidRPr="002002C2" w:rsidRDefault="002002C2" w:rsidP="002002C2">
            <w:pPr>
              <w:pStyle w:val="ListBullet"/>
              <w:numPr>
                <w:ilvl w:val="0"/>
                <w:numId w:val="18"/>
              </w:numPr>
            </w:pPr>
            <w:r>
              <w:t xml:space="preserve">Experience of working in a day </w:t>
            </w:r>
            <w:proofErr w:type="spellStart"/>
            <w:r>
              <w:t>centre</w:t>
            </w:r>
            <w:proofErr w:type="spellEnd"/>
            <w:r>
              <w:t>, care, community or support setting</w:t>
            </w:r>
          </w:p>
        </w:tc>
        <w:tc>
          <w:tcPr>
            <w:tcW w:w="1340" w:type="dxa"/>
            <w:tcBorders>
              <w:top w:val="single" w:sz="4" w:space="0" w:color="auto"/>
              <w:left w:val="single" w:sz="4" w:space="0" w:color="auto"/>
              <w:bottom w:val="single" w:sz="4" w:space="0" w:color="auto"/>
              <w:right w:val="single" w:sz="4" w:space="0" w:color="auto"/>
            </w:tcBorders>
          </w:tcPr>
          <w:p w14:paraId="48E5FC45" w14:textId="77777777" w:rsidR="002002C2" w:rsidRPr="00143A8A" w:rsidRDefault="002002C2" w:rsidP="002002C2">
            <w:pPr>
              <w:rPr>
                <w:color w:val="7030A0"/>
                <w:lang w:val="en-GB"/>
              </w:rPr>
            </w:pPr>
            <w:r w:rsidRPr="00143A8A">
              <w:rPr>
                <w:color w:val="7030A0"/>
                <w:lang w:val="en-GB"/>
              </w:rPr>
              <w:t>  </w:t>
            </w:r>
          </w:p>
          <w:p w14:paraId="67AD4637" w14:textId="3A0BC200" w:rsidR="002002C2" w:rsidRPr="00143A8A" w:rsidRDefault="002002C2" w:rsidP="002002C2">
            <w:pPr>
              <w:rPr>
                <w:color w:val="0070C0"/>
                <w:lang w:val="en-GB"/>
              </w:rPr>
            </w:pPr>
            <w:r w:rsidRPr="00143A8A">
              <w:rPr>
                <w:color w:val="7030A0"/>
                <w:lang w:val="en-GB"/>
              </w:rPr>
              <w:t>  </w:t>
            </w:r>
          </w:p>
        </w:tc>
        <w:tc>
          <w:tcPr>
            <w:tcW w:w="1326" w:type="dxa"/>
            <w:tcBorders>
              <w:top w:val="single" w:sz="4" w:space="0" w:color="auto"/>
              <w:left w:val="single" w:sz="4" w:space="0" w:color="auto"/>
              <w:bottom w:val="single" w:sz="4" w:space="0" w:color="auto"/>
              <w:right w:val="single" w:sz="4" w:space="0" w:color="auto"/>
            </w:tcBorders>
          </w:tcPr>
          <w:p w14:paraId="701E5928" w14:textId="77777777" w:rsidR="002002C2" w:rsidRPr="00143A8A" w:rsidRDefault="002002C2" w:rsidP="002002C2">
            <w:pPr>
              <w:rPr>
                <w:color w:val="7030A0"/>
                <w:lang w:val="en-GB"/>
              </w:rPr>
            </w:pPr>
            <w:r w:rsidRPr="00143A8A">
              <w:rPr>
                <w:color w:val="0070C0"/>
                <w:lang w:val="en-GB"/>
              </w:rPr>
              <w:t>  </w:t>
            </w:r>
            <w:r w:rsidRPr="00143A8A">
              <w:rPr>
                <w:rFonts w:ascii="Segoe UI Emoji" w:hAnsi="Segoe UI Emoji" w:cs="Segoe UI Emoji"/>
                <w:color w:val="7030A0"/>
              </w:rPr>
              <w:t>✔️</w:t>
            </w:r>
            <w:r w:rsidRPr="00143A8A">
              <w:rPr>
                <w:color w:val="7030A0"/>
                <w:lang w:val="en-GB"/>
              </w:rPr>
              <w:t>  </w:t>
            </w:r>
          </w:p>
          <w:p w14:paraId="7D6BABBB" w14:textId="2A63C817" w:rsidR="002002C2" w:rsidRPr="00143A8A" w:rsidRDefault="002002C2" w:rsidP="002002C2">
            <w:pPr>
              <w:rPr>
                <w:color w:val="0070C0"/>
                <w:lang w:val="en-GB"/>
              </w:rPr>
            </w:pPr>
          </w:p>
        </w:tc>
        <w:tc>
          <w:tcPr>
            <w:tcW w:w="1981" w:type="dxa"/>
            <w:tcBorders>
              <w:top w:val="single" w:sz="4" w:space="0" w:color="auto"/>
              <w:left w:val="single" w:sz="4" w:space="0" w:color="auto"/>
              <w:bottom w:val="single" w:sz="4" w:space="0" w:color="auto"/>
              <w:right w:val="single" w:sz="4" w:space="0" w:color="auto"/>
            </w:tcBorders>
          </w:tcPr>
          <w:p w14:paraId="26A81986" w14:textId="574F4798" w:rsidR="002002C2" w:rsidRPr="00143A8A" w:rsidRDefault="002002C2" w:rsidP="002002C2">
            <w:pPr>
              <w:rPr>
                <w:lang w:val="en-GB"/>
              </w:rPr>
            </w:pPr>
            <w:r w:rsidRPr="00143A8A">
              <w:t>Application Form/ Interview</w:t>
            </w:r>
            <w:r w:rsidRPr="00143A8A">
              <w:rPr>
                <w:lang w:val="en-GB"/>
              </w:rPr>
              <w:t>  </w:t>
            </w:r>
          </w:p>
        </w:tc>
      </w:tr>
      <w:tr w:rsidR="002002C2" w:rsidRPr="00143A8A" w14:paraId="3CC68504" w14:textId="77777777" w:rsidTr="007E6307">
        <w:trPr>
          <w:trHeight w:val="285"/>
        </w:trPr>
        <w:tc>
          <w:tcPr>
            <w:tcW w:w="3983" w:type="dxa"/>
            <w:tcBorders>
              <w:top w:val="single" w:sz="4" w:space="0" w:color="auto"/>
              <w:left w:val="single" w:sz="4" w:space="0" w:color="auto"/>
              <w:bottom w:val="single" w:sz="4" w:space="0" w:color="auto"/>
              <w:right w:val="single" w:sz="4" w:space="0" w:color="auto"/>
            </w:tcBorders>
          </w:tcPr>
          <w:p w14:paraId="12E5D733" w14:textId="5C782EF7" w:rsidR="002002C2" w:rsidRDefault="002002C2" w:rsidP="002002C2">
            <w:pPr>
              <w:pStyle w:val="ListBullet"/>
              <w:numPr>
                <w:ilvl w:val="0"/>
                <w:numId w:val="18"/>
              </w:numPr>
            </w:pPr>
            <w:r>
              <w:t>Experience of completing Safer Food Better Business / safer foods documentation</w:t>
            </w:r>
          </w:p>
        </w:tc>
        <w:tc>
          <w:tcPr>
            <w:tcW w:w="1340" w:type="dxa"/>
            <w:tcBorders>
              <w:top w:val="single" w:sz="4" w:space="0" w:color="auto"/>
              <w:left w:val="single" w:sz="4" w:space="0" w:color="auto"/>
              <w:bottom w:val="single" w:sz="4" w:space="0" w:color="auto"/>
              <w:right w:val="single" w:sz="4" w:space="0" w:color="auto"/>
            </w:tcBorders>
          </w:tcPr>
          <w:p w14:paraId="538B78CC" w14:textId="77777777" w:rsidR="002002C2" w:rsidRPr="00143A8A" w:rsidRDefault="002002C2" w:rsidP="002002C2">
            <w:pPr>
              <w:rPr>
                <w:color w:val="7030A0"/>
                <w:lang w:val="en-GB"/>
              </w:rPr>
            </w:pPr>
            <w:r w:rsidRPr="00143A8A">
              <w:rPr>
                <w:color w:val="7030A0"/>
                <w:lang w:val="en-GB"/>
              </w:rPr>
              <w:t>  </w:t>
            </w:r>
          </w:p>
          <w:p w14:paraId="167D6811" w14:textId="28A6115D" w:rsidR="002002C2" w:rsidRPr="00143A8A" w:rsidRDefault="002002C2" w:rsidP="002002C2">
            <w:pPr>
              <w:rPr>
                <w:rFonts w:ascii="Segoe UI Emoji" w:hAnsi="Segoe UI Emoji" w:cs="Segoe UI Emoji"/>
                <w:color w:val="7030A0"/>
              </w:rPr>
            </w:pPr>
            <w:r w:rsidRPr="00143A8A">
              <w:rPr>
                <w:color w:val="7030A0"/>
                <w:lang w:val="en-GB"/>
              </w:rPr>
              <w:t> </w:t>
            </w:r>
          </w:p>
        </w:tc>
        <w:tc>
          <w:tcPr>
            <w:tcW w:w="1326" w:type="dxa"/>
            <w:tcBorders>
              <w:top w:val="single" w:sz="4" w:space="0" w:color="auto"/>
              <w:left w:val="single" w:sz="4" w:space="0" w:color="auto"/>
              <w:bottom w:val="single" w:sz="4" w:space="0" w:color="auto"/>
              <w:right w:val="single" w:sz="4" w:space="0" w:color="auto"/>
            </w:tcBorders>
          </w:tcPr>
          <w:p w14:paraId="05F4DBCE" w14:textId="77777777" w:rsidR="002002C2" w:rsidRPr="00143A8A" w:rsidRDefault="002002C2" w:rsidP="002002C2">
            <w:pPr>
              <w:rPr>
                <w:color w:val="7030A0"/>
                <w:lang w:val="en-GB"/>
              </w:rPr>
            </w:pPr>
            <w:r w:rsidRPr="00143A8A">
              <w:rPr>
                <w:color w:val="0070C0"/>
                <w:lang w:val="en-GB"/>
              </w:rPr>
              <w:t> </w:t>
            </w:r>
            <w:r w:rsidRPr="00143A8A">
              <w:rPr>
                <w:rFonts w:ascii="Segoe UI Emoji" w:hAnsi="Segoe UI Emoji" w:cs="Segoe UI Emoji"/>
                <w:color w:val="7030A0"/>
              </w:rPr>
              <w:t>✔️</w:t>
            </w:r>
            <w:r w:rsidRPr="00143A8A">
              <w:rPr>
                <w:color w:val="7030A0"/>
                <w:lang w:val="en-GB"/>
              </w:rPr>
              <w:t>  </w:t>
            </w:r>
          </w:p>
          <w:p w14:paraId="640E11EA" w14:textId="77777777" w:rsidR="002002C2" w:rsidRPr="00143A8A" w:rsidRDefault="002002C2" w:rsidP="002002C2">
            <w:pPr>
              <w:rPr>
                <w:color w:val="0070C0"/>
                <w:lang w:val="en-GB"/>
              </w:rPr>
            </w:pPr>
          </w:p>
        </w:tc>
        <w:tc>
          <w:tcPr>
            <w:tcW w:w="1981" w:type="dxa"/>
            <w:tcBorders>
              <w:top w:val="single" w:sz="4" w:space="0" w:color="auto"/>
              <w:left w:val="single" w:sz="4" w:space="0" w:color="auto"/>
              <w:bottom w:val="single" w:sz="4" w:space="0" w:color="auto"/>
              <w:right w:val="single" w:sz="4" w:space="0" w:color="auto"/>
            </w:tcBorders>
          </w:tcPr>
          <w:p w14:paraId="1DA11819" w14:textId="77777777" w:rsidR="002002C2" w:rsidRPr="00143A8A" w:rsidRDefault="002002C2" w:rsidP="002002C2">
            <w:pPr>
              <w:rPr>
                <w:lang w:val="en-GB"/>
              </w:rPr>
            </w:pPr>
            <w:r w:rsidRPr="00143A8A">
              <w:t>Application Form / Interview</w:t>
            </w:r>
            <w:r w:rsidRPr="00143A8A">
              <w:rPr>
                <w:lang w:val="en-GB"/>
              </w:rPr>
              <w:t>  </w:t>
            </w:r>
          </w:p>
          <w:p w14:paraId="0AD231A0" w14:textId="48263BA4" w:rsidR="002002C2" w:rsidRPr="00143A8A" w:rsidRDefault="002002C2" w:rsidP="002002C2">
            <w:r w:rsidRPr="00143A8A">
              <w:rPr>
                <w:lang w:val="en-GB"/>
              </w:rPr>
              <w:t> </w:t>
            </w:r>
          </w:p>
        </w:tc>
      </w:tr>
      <w:tr w:rsidR="002002C2" w:rsidRPr="00143A8A" w14:paraId="220E7EAB" w14:textId="77777777" w:rsidTr="007E6307">
        <w:trPr>
          <w:trHeight w:val="285"/>
        </w:trPr>
        <w:tc>
          <w:tcPr>
            <w:tcW w:w="3983" w:type="dxa"/>
            <w:tcBorders>
              <w:top w:val="single" w:sz="4" w:space="0" w:color="auto"/>
              <w:left w:val="single" w:sz="4" w:space="0" w:color="auto"/>
              <w:bottom w:val="single" w:sz="4" w:space="0" w:color="auto"/>
              <w:right w:val="single" w:sz="4" w:space="0" w:color="auto"/>
            </w:tcBorders>
            <w:hideMark/>
          </w:tcPr>
          <w:p w14:paraId="184896AD" w14:textId="77777777" w:rsidR="002002C2" w:rsidRDefault="002002C2" w:rsidP="002002C2">
            <w:pPr>
              <w:pStyle w:val="ListBullet"/>
              <w:numPr>
                <w:ilvl w:val="0"/>
                <w:numId w:val="19"/>
              </w:numPr>
            </w:pPr>
            <w:r>
              <w:t>Experience of working with older people, people with dementia or people with additional needs</w:t>
            </w:r>
          </w:p>
          <w:p w14:paraId="71DC6DB6" w14:textId="0FB6F202" w:rsidR="002002C2" w:rsidRPr="00143A8A" w:rsidRDefault="002002C2" w:rsidP="002002C2">
            <w:pPr>
              <w:rPr>
                <w:color w:val="0070C0"/>
              </w:rPr>
            </w:pPr>
          </w:p>
        </w:tc>
        <w:tc>
          <w:tcPr>
            <w:tcW w:w="1340" w:type="dxa"/>
            <w:tcBorders>
              <w:top w:val="single" w:sz="4" w:space="0" w:color="auto"/>
              <w:left w:val="single" w:sz="4" w:space="0" w:color="auto"/>
              <w:bottom w:val="single" w:sz="4" w:space="0" w:color="auto"/>
              <w:right w:val="single" w:sz="4" w:space="0" w:color="auto"/>
            </w:tcBorders>
            <w:hideMark/>
          </w:tcPr>
          <w:p w14:paraId="3069E3F7" w14:textId="77777777" w:rsidR="002002C2" w:rsidRPr="00143A8A" w:rsidRDefault="002002C2" w:rsidP="002002C2">
            <w:pPr>
              <w:rPr>
                <w:color w:val="0070C0"/>
                <w:lang w:val="en-GB"/>
              </w:rPr>
            </w:pPr>
            <w:r w:rsidRPr="00143A8A">
              <w:rPr>
                <w:color w:val="0070C0"/>
                <w:lang w:val="en-GB"/>
              </w:rPr>
              <w:t> </w:t>
            </w:r>
          </w:p>
        </w:tc>
        <w:tc>
          <w:tcPr>
            <w:tcW w:w="1326" w:type="dxa"/>
            <w:tcBorders>
              <w:top w:val="single" w:sz="4" w:space="0" w:color="auto"/>
              <w:left w:val="single" w:sz="4" w:space="0" w:color="auto"/>
              <w:bottom w:val="single" w:sz="4" w:space="0" w:color="auto"/>
              <w:right w:val="single" w:sz="4" w:space="0" w:color="auto"/>
            </w:tcBorders>
            <w:hideMark/>
          </w:tcPr>
          <w:p w14:paraId="695B5684" w14:textId="77777777" w:rsidR="002002C2" w:rsidRPr="00143A8A" w:rsidRDefault="002002C2" w:rsidP="002002C2">
            <w:pPr>
              <w:rPr>
                <w:color w:val="0070C0"/>
                <w:lang w:val="en-GB"/>
              </w:rPr>
            </w:pPr>
            <w:r w:rsidRPr="00143A8A">
              <w:rPr>
                <w:rFonts w:ascii="Segoe UI Emoji" w:hAnsi="Segoe UI Emoji" w:cs="Segoe UI Emoji"/>
                <w:color w:val="7030A0"/>
              </w:rPr>
              <w:t>✔️</w:t>
            </w:r>
            <w:r w:rsidRPr="00143A8A">
              <w:rPr>
                <w:color w:val="0070C0"/>
                <w:lang w:val="en-GB"/>
              </w:rPr>
              <w:t> </w:t>
            </w:r>
          </w:p>
        </w:tc>
        <w:tc>
          <w:tcPr>
            <w:tcW w:w="1981" w:type="dxa"/>
            <w:tcBorders>
              <w:top w:val="single" w:sz="4" w:space="0" w:color="auto"/>
              <w:left w:val="single" w:sz="4" w:space="0" w:color="auto"/>
              <w:bottom w:val="single" w:sz="4" w:space="0" w:color="auto"/>
              <w:right w:val="single" w:sz="4" w:space="0" w:color="auto"/>
            </w:tcBorders>
            <w:hideMark/>
          </w:tcPr>
          <w:p w14:paraId="7012F359" w14:textId="77777777" w:rsidR="002002C2" w:rsidRPr="00143A8A" w:rsidRDefault="002002C2" w:rsidP="002002C2">
            <w:pPr>
              <w:rPr>
                <w:lang w:val="en-GB"/>
              </w:rPr>
            </w:pPr>
            <w:r w:rsidRPr="00143A8A">
              <w:t>Application Form/ Interview </w:t>
            </w:r>
            <w:r w:rsidRPr="00143A8A">
              <w:rPr>
                <w:lang w:val="en-GB"/>
              </w:rPr>
              <w:t> </w:t>
            </w:r>
          </w:p>
        </w:tc>
      </w:tr>
      <w:tr w:rsidR="002002C2" w:rsidRPr="00143A8A" w14:paraId="7EBF92C0" w14:textId="77777777" w:rsidTr="007E6307">
        <w:trPr>
          <w:trHeight w:val="285"/>
        </w:trPr>
        <w:tc>
          <w:tcPr>
            <w:tcW w:w="3983" w:type="dxa"/>
            <w:tcBorders>
              <w:top w:val="single" w:sz="4" w:space="0" w:color="auto"/>
              <w:left w:val="single" w:sz="4" w:space="0" w:color="auto"/>
              <w:bottom w:val="single" w:sz="4" w:space="0" w:color="auto"/>
              <w:right w:val="single" w:sz="4" w:space="0" w:color="auto"/>
            </w:tcBorders>
            <w:hideMark/>
          </w:tcPr>
          <w:p w14:paraId="0687D3EF" w14:textId="77777777" w:rsidR="002002C2" w:rsidRDefault="002002C2" w:rsidP="002002C2">
            <w:pPr>
              <w:pStyle w:val="ListBullet"/>
              <w:numPr>
                <w:ilvl w:val="0"/>
                <w:numId w:val="19"/>
              </w:numPr>
            </w:pPr>
            <w:r>
              <w:t>Experience of supporting menu planning in line with nutritional guidance</w:t>
            </w:r>
          </w:p>
          <w:p w14:paraId="211E17CD" w14:textId="6B02CEAD" w:rsidR="002002C2" w:rsidRPr="00143A8A" w:rsidRDefault="002002C2" w:rsidP="002002C2">
            <w:pPr>
              <w:rPr>
                <w:color w:val="0070C0"/>
                <w:lang w:val="en-GB"/>
              </w:rPr>
            </w:pPr>
          </w:p>
        </w:tc>
        <w:tc>
          <w:tcPr>
            <w:tcW w:w="1340" w:type="dxa"/>
            <w:tcBorders>
              <w:top w:val="single" w:sz="4" w:space="0" w:color="auto"/>
              <w:left w:val="single" w:sz="4" w:space="0" w:color="auto"/>
              <w:bottom w:val="single" w:sz="4" w:space="0" w:color="auto"/>
              <w:right w:val="single" w:sz="4" w:space="0" w:color="auto"/>
            </w:tcBorders>
            <w:hideMark/>
          </w:tcPr>
          <w:p w14:paraId="1A83D75C" w14:textId="022A78E2" w:rsidR="002002C2" w:rsidRPr="00143A8A" w:rsidRDefault="002002C2" w:rsidP="002002C2">
            <w:pPr>
              <w:rPr>
                <w:color w:val="0070C0"/>
                <w:lang w:val="en-GB"/>
              </w:rPr>
            </w:pPr>
          </w:p>
        </w:tc>
        <w:tc>
          <w:tcPr>
            <w:tcW w:w="1326" w:type="dxa"/>
            <w:tcBorders>
              <w:top w:val="single" w:sz="4" w:space="0" w:color="auto"/>
              <w:left w:val="single" w:sz="4" w:space="0" w:color="auto"/>
              <w:bottom w:val="single" w:sz="4" w:space="0" w:color="auto"/>
              <w:right w:val="single" w:sz="4" w:space="0" w:color="auto"/>
            </w:tcBorders>
            <w:hideMark/>
          </w:tcPr>
          <w:p w14:paraId="4EE9ADA0" w14:textId="78BDB8DF" w:rsidR="002002C2" w:rsidRPr="00143A8A" w:rsidRDefault="002002C2" w:rsidP="002002C2">
            <w:pPr>
              <w:rPr>
                <w:color w:val="0070C0"/>
                <w:lang w:val="en-GB"/>
              </w:rPr>
            </w:pPr>
            <w:r w:rsidRPr="00143A8A">
              <w:rPr>
                <w:color w:val="0070C0"/>
                <w:lang w:val="en-GB"/>
              </w:rPr>
              <w:t> </w:t>
            </w:r>
            <w:r w:rsidRPr="00143A8A">
              <w:rPr>
                <w:rFonts w:ascii="Segoe UI Emoji" w:hAnsi="Segoe UI Emoji" w:cs="Segoe UI Emoji"/>
                <w:color w:val="7030A0"/>
              </w:rPr>
              <w:t>✔️</w:t>
            </w:r>
          </w:p>
        </w:tc>
        <w:tc>
          <w:tcPr>
            <w:tcW w:w="1981" w:type="dxa"/>
            <w:tcBorders>
              <w:top w:val="single" w:sz="4" w:space="0" w:color="auto"/>
              <w:left w:val="single" w:sz="4" w:space="0" w:color="auto"/>
              <w:bottom w:val="single" w:sz="4" w:space="0" w:color="auto"/>
              <w:right w:val="single" w:sz="4" w:space="0" w:color="auto"/>
            </w:tcBorders>
            <w:hideMark/>
          </w:tcPr>
          <w:p w14:paraId="75B6BEB8" w14:textId="44700135" w:rsidR="002002C2" w:rsidRPr="00143A8A" w:rsidRDefault="002002C2" w:rsidP="002002C2">
            <w:pPr>
              <w:rPr>
                <w:lang w:val="en-GB"/>
              </w:rPr>
            </w:pPr>
            <w:r>
              <w:t xml:space="preserve">Application/ </w:t>
            </w:r>
            <w:r w:rsidRPr="00143A8A">
              <w:t>Interview </w:t>
            </w:r>
            <w:r w:rsidRPr="00143A8A">
              <w:rPr>
                <w:lang w:val="en-GB"/>
              </w:rPr>
              <w:t> </w:t>
            </w:r>
          </w:p>
        </w:tc>
      </w:tr>
      <w:tr w:rsidR="002002C2" w:rsidRPr="00143A8A" w14:paraId="43A8A88B" w14:textId="77777777" w:rsidTr="007E6307">
        <w:trPr>
          <w:trHeight w:val="285"/>
        </w:trPr>
        <w:tc>
          <w:tcPr>
            <w:tcW w:w="3983" w:type="dxa"/>
            <w:tcBorders>
              <w:top w:val="single" w:sz="4" w:space="0" w:color="auto"/>
              <w:left w:val="single" w:sz="4" w:space="0" w:color="auto"/>
              <w:bottom w:val="single" w:sz="4" w:space="0" w:color="auto"/>
              <w:right w:val="single" w:sz="4" w:space="0" w:color="auto"/>
            </w:tcBorders>
            <w:hideMark/>
          </w:tcPr>
          <w:p w14:paraId="02FD2661" w14:textId="77777777" w:rsidR="002002C2" w:rsidRDefault="002002C2" w:rsidP="002002C2">
            <w:pPr>
              <w:pStyle w:val="ListBullet"/>
              <w:numPr>
                <w:ilvl w:val="0"/>
                <w:numId w:val="19"/>
              </w:numPr>
            </w:pPr>
            <w:r>
              <w:t>Experience of supervising or supporting others in a kitchen environment</w:t>
            </w:r>
          </w:p>
          <w:p w14:paraId="166DBDF9" w14:textId="52779A6C" w:rsidR="002002C2" w:rsidRPr="00143A8A" w:rsidRDefault="002002C2" w:rsidP="002002C2">
            <w:pPr>
              <w:rPr>
                <w:color w:val="0070C0"/>
              </w:rPr>
            </w:pPr>
          </w:p>
        </w:tc>
        <w:tc>
          <w:tcPr>
            <w:tcW w:w="1340" w:type="dxa"/>
            <w:tcBorders>
              <w:top w:val="single" w:sz="4" w:space="0" w:color="auto"/>
              <w:left w:val="single" w:sz="4" w:space="0" w:color="auto"/>
              <w:bottom w:val="single" w:sz="4" w:space="0" w:color="auto"/>
              <w:right w:val="single" w:sz="4" w:space="0" w:color="auto"/>
            </w:tcBorders>
            <w:hideMark/>
          </w:tcPr>
          <w:p w14:paraId="0B1DB46E" w14:textId="74AAF736" w:rsidR="002002C2" w:rsidRPr="00143A8A" w:rsidRDefault="002002C2" w:rsidP="002002C2">
            <w:pPr>
              <w:rPr>
                <w:color w:val="0070C0"/>
                <w:lang w:val="en-GB"/>
              </w:rPr>
            </w:pPr>
          </w:p>
        </w:tc>
        <w:tc>
          <w:tcPr>
            <w:tcW w:w="1326" w:type="dxa"/>
            <w:tcBorders>
              <w:top w:val="single" w:sz="4" w:space="0" w:color="auto"/>
              <w:left w:val="single" w:sz="4" w:space="0" w:color="auto"/>
              <w:bottom w:val="single" w:sz="4" w:space="0" w:color="auto"/>
              <w:right w:val="single" w:sz="4" w:space="0" w:color="auto"/>
            </w:tcBorders>
            <w:hideMark/>
          </w:tcPr>
          <w:p w14:paraId="0D9F9191" w14:textId="216A325B" w:rsidR="002002C2" w:rsidRPr="00143A8A" w:rsidRDefault="002002C2" w:rsidP="002002C2">
            <w:pPr>
              <w:rPr>
                <w:color w:val="0070C0"/>
                <w:lang w:val="en-GB"/>
              </w:rPr>
            </w:pPr>
            <w:r w:rsidRPr="00143A8A">
              <w:rPr>
                <w:color w:val="0070C0"/>
                <w:lang w:val="en-GB"/>
              </w:rPr>
              <w:t>  </w:t>
            </w:r>
            <w:r w:rsidRPr="00143A8A">
              <w:rPr>
                <w:rFonts w:ascii="Segoe UI Emoji" w:hAnsi="Segoe UI Emoji" w:cs="Segoe UI Emoji"/>
                <w:color w:val="7030A0"/>
              </w:rPr>
              <w:t>✔️</w:t>
            </w:r>
          </w:p>
        </w:tc>
        <w:tc>
          <w:tcPr>
            <w:tcW w:w="1981" w:type="dxa"/>
            <w:tcBorders>
              <w:top w:val="single" w:sz="4" w:space="0" w:color="auto"/>
              <w:left w:val="single" w:sz="4" w:space="0" w:color="auto"/>
              <w:bottom w:val="single" w:sz="4" w:space="0" w:color="auto"/>
              <w:right w:val="single" w:sz="4" w:space="0" w:color="auto"/>
            </w:tcBorders>
            <w:hideMark/>
          </w:tcPr>
          <w:p w14:paraId="3DA02498" w14:textId="687DFD6C" w:rsidR="002002C2" w:rsidRPr="00143A8A" w:rsidRDefault="002002C2" w:rsidP="002002C2">
            <w:pPr>
              <w:rPr>
                <w:lang w:val="en-GB"/>
              </w:rPr>
            </w:pPr>
            <w:r>
              <w:t xml:space="preserve">Application/ </w:t>
            </w:r>
            <w:r w:rsidRPr="00143A8A">
              <w:t>Interview</w:t>
            </w:r>
            <w:r w:rsidRPr="00143A8A">
              <w:rPr>
                <w:lang w:val="en-GB"/>
              </w:rPr>
              <w:t>  </w:t>
            </w:r>
          </w:p>
        </w:tc>
      </w:tr>
      <w:tr w:rsidR="002002C2" w:rsidRPr="00143A8A" w14:paraId="0A01D264" w14:textId="77777777" w:rsidTr="007E6307">
        <w:trPr>
          <w:trHeight w:val="285"/>
        </w:trPr>
        <w:tc>
          <w:tcPr>
            <w:tcW w:w="3983" w:type="dxa"/>
            <w:tcBorders>
              <w:top w:val="single" w:sz="4" w:space="0" w:color="auto"/>
              <w:left w:val="single" w:sz="4" w:space="0" w:color="auto"/>
              <w:bottom w:val="single" w:sz="4" w:space="0" w:color="auto"/>
              <w:right w:val="single" w:sz="4" w:space="0" w:color="auto"/>
            </w:tcBorders>
            <w:hideMark/>
          </w:tcPr>
          <w:p w14:paraId="7324B5FB" w14:textId="77777777" w:rsidR="002002C2" w:rsidRDefault="002002C2" w:rsidP="002002C2">
            <w:pPr>
              <w:pStyle w:val="ListBullet"/>
              <w:numPr>
                <w:ilvl w:val="0"/>
                <w:numId w:val="19"/>
              </w:numPr>
            </w:pPr>
            <w:r>
              <w:t>Basic understanding of allergy awareness and IDDSI modified diets</w:t>
            </w:r>
          </w:p>
          <w:p w14:paraId="3856C7B8" w14:textId="16BACC98" w:rsidR="002002C2" w:rsidRPr="00143A8A" w:rsidRDefault="002002C2" w:rsidP="002002C2">
            <w:pPr>
              <w:rPr>
                <w:color w:val="0070C0"/>
              </w:rPr>
            </w:pPr>
          </w:p>
        </w:tc>
        <w:tc>
          <w:tcPr>
            <w:tcW w:w="1340" w:type="dxa"/>
            <w:tcBorders>
              <w:top w:val="single" w:sz="4" w:space="0" w:color="auto"/>
              <w:left w:val="single" w:sz="4" w:space="0" w:color="auto"/>
              <w:bottom w:val="single" w:sz="4" w:space="0" w:color="auto"/>
              <w:right w:val="single" w:sz="4" w:space="0" w:color="auto"/>
            </w:tcBorders>
            <w:hideMark/>
          </w:tcPr>
          <w:p w14:paraId="7438B4E8" w14:textId="44622993" w:rsidR="002002C2" w:rsidRPr="00143A8A" w:rsidRDefault="002002C2" w:rsidP="002002C2">
            <w:pPr>
              <w:rPr>
                <w:color w:val="0070C0"/>
                <w:lang w:val="en-GB"/>
              </w:rPr>
            </w:pPr>
          </w:p>
        </w:tc>
        <w:tc>
          <w:tcPr>
            <w:tcW w:w="1326" w:type="dxa"/>
            <w:tcBorders>
              <w:top w:val="single" w:sz="4" w:space="0" w:color="auto"/>
              <w:left w:val="single" w:sz="4" w:space="0" w:color="auto"/>
              <w:bottom w:val="single" w:sz="4" w:space="0" w:color="auto"/>
              <w:right w:val="single" w:sz="4" w:space="0" w:color="auto"/>
            </w:tcBorders>
            <w:hideMark/>
          </w:tcPr>
          <w:p w14:paraId="3E812B08" w14:textId="021AA3E8" w:rsidR="002002C2" w:rsidRPr="00143A8A" w:rsidRDefault="002002C2" w:rsidP="002002C2">
            <w:pPr>
              <w:rPr>
                <w:color w:val="0070C0"/>
                <w:lang w:val="en-GB"/>
              </w:rPr>
            </w:pPr>
            <w:r w:rsidRPr="00143A8A">
              <w:rPr>
                <w:color w:val="0070C0"/>
                <w:lang w:val="en-GB"/>
              </w:rPr>
              <w:t>  </w:t>
            </w:r>
            <w:r w:rsidRPr="00143A8A">
              <w:rPr>
                <w:rFonts w:ascii="Segoe UI Emoji" w:hAnsi="Segoe UI Emoji" w:cs="Segoe UI Emoji"/>
                <w:color w:val="7030A0"/>
              </w:rPr>
              <w:t>✔️</w:t>
            </w:r>
          </w:p>
        </w:tc>
        <w:tc>
          <w:tcPr>
            <w:tcW w:w="1981" w:type="dxa"/>
            <w:tcBorders>
              <w:top w:val="single" w:sz="4" w:space="0" w:color="auto"/>
              <w:left w:val="single" w:sz="4" w:space="0" w:color="auto"/>
              <w:bottom w:val="single" w:sz="4" w:space="0" w:color="auto"/>
              <w:right w:val="single" w:sz="4" w:space="0" w:color="auto"/>
            </w:tcBorders>
            <w:hideMark/>
          </w:tcPr>
          <w:p w14:paraId="7C5CAA65" w14:textId="77777777" w:rsidR="002002C2" w:rsidRPr="00143A8A" w:rsidRDefault="002002C2" w:rsidP="002002C2">
            <w:pPr>
              <w:rPr>
                <w:lang w:val="en-GB"/>
              </w:rPr>
            </w:pPr>
            <w:r w:rsidRPr="00143A8A">
              <w:t>Application Form / Interview</w:t>
            </w:r>
            <w:r w:rsidRPr="00143A8A">
              <w:rPr>
                <w:lang w:val="en-GB"/>
              </w:rPr>
              <w:t>  </w:t>
            </w:r>
          </w:p>
        </w:tc>
      </w:tr>
    </w:tbl>
    <w:p w14:paraId="75E5787C" w14:textId="1F52B876" w:rsidR="00D52046" w:rsidRPr="00D52046" w:rsidRDefault="00D52046" w:rsidP="4C14339C">
      <w:pPr>
        <w:ind w:left="720" w:firstLine="720"/>
        <w:rPr>
          <w:color w:val="0070C0"/>
          <w:lang w:val="en-GB"/>
        </w:rPr>
      </w:pPr>
      <w:r w:rsidRPr="4C14339C">
        <w:rPr>
          <w:color w:val="0070C0"/>
          <w:lang w:val="en-GB"/>
        </w:rPr>
        <w:t> </w:t>
      </w:r>
    </w:p>
    <w:p w14:paraId="068CD4E4" w14:textId="191C3319" w:rsidR="00D52046" w:rsidRPr="00D52046" w:rsidRDefault="00D52046" w:rsidP="00D52046">
      <w:pPr>
        <w:rPr>
          <w:lang w:val="en-GB"/>
        </w:rPr>
      </w:pPr>
      <w:r w:rsidRPr="00D52046">
        <w:t xml:space="preserve">The successful candidate must be willing to undertake an enhanced DBS as well as provide references. The DBS is covered by the </w:t>
      </w:r>
      <w:proofErr w:type="spellStart"/>
      <w:r w:rsidRPr="00D52046">
        <w:t>organisation</w:t>
      </w:r>
      <w:proofErr w:type="spellEnd"/>
      <w:r w:rsidRPr="00D52046">
        <w:t>.</w:t>
      </w:r>
      <w:r w:rsidRPr="00D52046">
        <w:rPr>
          <w:lang w:val="en-GB"/>
        </w:rPr>
        <w:t> </w:t>
      </w:r>
    </w:p>
    <w:p w14:paraId="63CFE047" w14:textId="77777777" w:rsidR="00D52046" w:rsidRPr="00D52046" w:rsidRDefault="00D52046" w:rsidP="00D52046">
      <w:pPr>
        <w:rPr>
          <w:lang w:val="en-GB"/>
        </w:rPr>
      </w:pPr>
      <w:r w:rsidRPr="00D52046">
        <w:rPr>
          <w:lang w:val="en-GB"/>
        </w:rPr>
        <w:lastRenderedPageBreak/>
        <w:t> </w:t>
      </w:r>
    </w:p>
    <w:p w14:paraId="62242312" w14:textId="7223309E" w:rsidR="00440F08" w:rsidRPr="00D52046" w:rsidRDefault="009340A1" w:rsidP="00D52046">
      <w:pPr>
        <w:rPr>
          <w:lang w:val="en-GB"/>
        </w:rPr>
      </w:pPr>
      <w:r w:rsidRPr="00D52046">
        <w:rPr>
          <w:b/>
          <w:bCs/>
          <w:color w:val="0070C0"/>
        </w:rPr>
        <w:t>Employee Benefits</w:t>
      </w:r>
    </w:p>
    <w:p w14:paraId="475296BA" w14:textId="77777777" w:rsidR="00D52046" w:rsidRDefault="009340A1" w:rsidP="00D52046">
      <w:r>
        <w:t>We offer a supportive and inclusive working environment, including:</w:t>
      </w:r>
      <w:r>
        <w:br/>
      </w:r>
      <w:r>
        <w:br/>
        <w:t xml:space="preserve">• Competitive pay and holiday entitlements  </w:t>
      </w:r>
      <w:r>
        <w:br/>
        <w:t xml:space="preserve">• </w:t>
      </w:r>
      <w:r w:rsidR="00D52046">
        <w:t>Contribution to a</w:t>
      </w:r>
      <w:r>
        <w:t xml:space="preserve"> pension scheme  </w:t>
      </w:r>
      <w:r>
        <w:br/>
        <w:t xml:space="preserve">• Access to </w:t>
      </w:r>
      <w:r w:rsidR="00D52046">
        <w:t xml:space="preserve">medical insurance </w:t>
      </w:r>
      <w:r>
        <w:t xml:space="preserve">  </w:t>
      </w:r>
      <w:r>
        <w:br/>
        <w:t xml:space="preserve">• Ongoing training and development opportunities  </w:t>
      </w:r>
      <w:r>
        <w:br/>
        <w:t>• A strong team culture based on respect and inclusion</w:t>
      </w:r>
    </w:p>
    <w:p w14:paraId="69E786CD" w14:textId="77777777" w:rsidR="00D52046" w:rsidRPr="00D52046" w:rsidRDefault="00D52046" w:rsidP="00D52046">
      <w:pPr>
        <w:rPr>
          <w:b/>
          <w:bCs/>
          <w:color w:val="0070C0"/>
        </w:rPr>
      </w:pPr>
    </w:p>
    <w:p w14:paraId="7008CB77" w14:textId="466D4B1E" w:rsidR="00440F08" w:rsidRPr="00D52046" w:rsidRDefault="009340A1" w:rsidP="00D52046">
      <w:pPr>
        <w:rPr>
          <w:b/>
          <w:bCs/>
          <w:color w:val="0070C0"/>
        </w:rPr>
      </w:pPr>
      <w:r w:rsidRPr="00D52046">
        <w:rPr>
          <w:b/>
          <w:bCs/>
          <w:color w:val="0070C0"/>
        </w:rPr>
        <w:t>Our Services</w:t>
      </w:r>
    </w:p>
    <w:p w14:paraId="1C728AFF" w14:textId="109B5B6E" w:rsidR="00440F08" w:rsidRDefault="009340A1">
      <w:r>
        <w:t>We provide a wide range of services across Salford and Trafford, including:</w:t>
      </w:r>
      <w:r>
        <w:br/>
      </w:r>
      <w:r>
        <w:br/>
        <w:t xml:space="preserve">• Dementia Support and Day Services  </w:t>
      </w:r>
      <w:r>
        <w:br/>
        <w:t xml:space="preserve">• Information, </w:t>
      </w:r>
      <w:r w:rsidR="00D52046">
        <w:t xml:space="preserve">Advice and Signposting </w:t>
      </w:r>
      <w:r>
        <w:br/>
        <w:t xml:space="preserve">• Community Engagement and Befriending  </w:t>
      </w:r>
      <w:r>
        <w:br/>
        <w:t>• Health and Wellbeing Activities</w:t>
      </w:r>
      <w:r w:rsidR="00D52046">
        <w:t xml:space="preserve"> and support services </w:t>
      </w:r>
      <w:r>
        <w:br/>
        <w:t xml:space="preserve">• Support at Home (cleaning, shopping, companionship)  </w:t>
      </w:r>
      <w:r>
        <w:br/>
        <w:t xml:space="preserve">• Falls Prevention and Physical Activity  </w:t>
      </w:r>
      <w:r>
        <w:br/>
        <w:t>• Bereavement and Carers Support</w:t>
      </w:r>
      <w:r>
        <w:br/>
      </w:r>
      <w:r>
        <w:br/>
        <w:t>We are constantly evolving our services to meet the diverse needs of older people in our communities.</w:t>
      </w:r>
    </w:p>
    <w:p w14:paraId="631D349B" w14:textId="77777777" w:rsidR="00D52046" w:rsidRDefault="00D52046">
      <w:pPr>
        <w:rPr>
          <w:b/>
          <w:bCs/>
          <w:color w:val="0070C0"/>
        </w:rPr>
      </w:pPr>
    </w:p>
    <w:p w14:paraId="6BF1F3D0" w14:textId="7E822D9F" w:rsidR="00D52046" w:rsidRDefault="00D52046">
      <w:pPr>
        <w:rPr>
          <w:b/>
          <w:bCs/>
          <w:color w:val="0070C0"/>
        </w:rPr>
      </w:pPr>
      <w:r w:rsidRPr="00D52046">
        <w:rPr>
          <w:b/>
          <w:bCs/>
          <w:color w:val="0070C0"/>
        </w:rPr>
        <w:t>Equality, Diversity and Inclusion statement</w:t>
      </w:r>
    </w:p>
    <w:p w14:paraId="0CFC589D" w14:textId="7C9B85FA" w:rsidR="00D52046" w:rsidRPr="00D52046" w:rsidRDefault="00D52046" w:rsidP="00D52046">
      <w:pPr>
        <w:rPr>
          <w:lang w:val="en-GB"/>
        </w:rPr>
      </w:pPr>
      <w:r w:rsidRPr="00D52046">
        <w:rPr>
          <w:lang w:val="en-GB"/>
        </w:rPr>
        <w:t>At Age UK Salford and Trafford, we are committed to building a diverse and inclusive workforce that reflects the communities we serve. We welcome applications from people of all backgrounds, identities and experiences</w:t>
      </w:r>
      <w:r>
        <w:rPr>
          <w:lang w:val="en-GB"/>
        </w:rPr>
        <w:t>.</w:t>
      </w:r>
    </w:p>
    <w:p w14:paraId="47E03D27" w14:textId="42D84956" w:rsidR="00D52046" w:rsidRPr="00D52046" w:rsidRDefault="00D52046" w:rsidP="00D52046">
      <w:pPr>
        <w:rPr>
          <w:lang w:val="en-GB"/>
        </w:rPr>
      </w:pPr>
      <w:r w:rsidRPr="00D52046">
        <w:rPr>
          <w:lang w:val="en-GB"/>
        </w:rPr>
        <w:t xml:space="preserve">We are proud to be an equal opportunities employer. We value the unique perspectives that </w:t>
      </w:r>
      <w:proofErr w:type="gramStart"/>
      <w:r w:rsidRPr="00D52046">
        <w:rPr>
          <w:lang w:val="en-GB"/>
        </w:rPr>
        <w:t>each individual</w:t>
      </w:r>
      <w:proofErr w:type="gramEnd"/>
      <w:r w:rsidRPr="00D52046">
        <w:rPr>
          <w:lang w:val="en-GB"/>
        </w:rPr>
        <w:t xml:space="preserve"> </w:t>
      </w:r>
      <w:proofErr w:type="gramStart"/>
      <w:r w:rsidRPr="00D52046">
        <w:rPr>
          <w:lang w:val="en-GB"/>
        </w:rPr>
        <w:t>brings</w:t>
      </w:r>
      <w:proofErr w:type="gramEnd"/>
      <w:r w:rsidRPr="00D52046">
        <w:rPr>
          <w:lang w:val="en-GB"/>
        </w:rPr>
        <w:t xml:space="preserve"> and</w:t>
      </w:r>
      <w:r>
        <w:rPr>
          <w:lang w:val="en-GB"/>
        </w:rPr>
        <w:t xml:space="preserve"> we</w:t>
      </w:r>
      <w:r w:rsidRPr="00D52046">
        <w:rPr>
          <w:lang w:val="en-GB"/>
        </w:rPr>
        <w:t xml:space="preserve"> strive to create a working environment where everyone feels respected, supported and able to thrive.</w:t>
      </w:r>
    </w:p>
    <w:p w14:paraId="486E69D8" w14:textId="77777777" w:rsidR="00D52046" w:rsidRPr="00D52046" w:rsidRDefault="00D52046">
      <w:pPr>
        <w:rPr>
          <w:b/>
          <w:bCs/>
          <w:color w:val="0070C0"/>
          <w:lang w:val="en-GB"/>
        </w:rPr>
      </w:pPr>
    </w:p>
    <w:sectPr w:rsidR="00D52046" w:rsidRPr="00D52046"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FB0208"/>
    <w:multiLevelType w:val="multilevel"/>
    <w:tmpl w:val="435A1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B025A0"/>
    <w:multiLevelType w:val="hybridMultilevel"/>
    <w:tmpl w:val="5BFE8874"/>
    <w:lvl w:ilvl="0" w:tplc="89FC0B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0F4E0E"/>
    <w:multiLevelType w:val="hybridMultilevel"/>
    <w:tmpl w:val="6CE61066"/>
    <w:lvl w:ilvl="0" w:tplc="89FC0B7A">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1B74AC7E"/>
    <w:multiLevelType w:val="hybridMultilevel"/>
    <w:tmpl w:val="FFFFFFFF"/>
    <w:lvl w:ilvl="0" w:tplc="90768BE6">
      <w:start w:val="1"/>
      <w:numFmt w:val="bullet"/>
      <w:lvlText w:val=""/>
      <w:lvlJc w:val="left"/>
      <w:pPr>
        <w:ind w:left="720" w:hanging="360"/>
      </w:pPr>
      <w:rPr>
        <w:rFonts w:ascii="Symbol" w:hAnsi="Symbol" w:hint="default"/>
      </w:rPr>
    </w:lvl>
    <w:lvl w:ilvl="1" w:tplc="64326EF4">
      <w:start w:val="1"/>
      <w:numFmt w:val="bullet"/>
      <w:lvlText w:val="o"/>
      <w:lvlJc w:val="left"/>
      <w:pPr>
        <w:ind w:left="1440" w:hanging="360"/>
      </w:pPr>
      <w:rPr>
        <w:rFonts w:ascii="Courier New" w:hAnsi="Courier New" w:hint="default"/>
      </w:rPr>
    </w:lvl>
    <w:lvl w:ilvl="2" w:tplc="DF6CC654">
      <w:start w:val="1"/>
      <w:numFmt w:val="bullet"/>
      <w:lvlText w:val=""/>
      <w:lvlJc w:val="left"/>
      <w:pPr>
        <w:ind w:left="2160" w:hanging="360"/>
      </w:pPr>
      <w:rPr>
        <w:rFonts w:ascii="Wingdings" w:hAnsi="Wingdings" w:hint="default"/>
      </w:rPr>
    </w:lvl>
    <w:lvl w:ilvl="3" w:tplc="F862690C">
      <w:start w:val="1"/>
      <w:numFmt w:val="bullet"/>
      <w:lvlText w:val=""/>
      <w:lvlJc w:val="left"/>
      <w:pPr>
        <w:ind w:left="2880" w:hanging="360"/>
      </w:pPr>
      <w:rPr>
        <w:rFonts w:ascii="Symbol" w:hAnsi="Symbol" w:hint="default"/>
      </w:rPr>
    </w:lvl>
    <w:lvl w:ilvl="4" w:tplc="7292C41E">
      <w:start w:val="1"/>
      <w:numFmt w:val="bullet"/>
      <w:lvlText w:val="o"/>
      <w:lvlJc w:val="left"/>
      <w:pPr>
        <w:ind w:left="3600" w:hanging="360"/>
      </w:pPr>
      <w:rPr>
        <w:rFonts w:ascii="Courier New" w:hAnsi="Courier New" w:hint="default"/>
      </w:rPr>
    </w:lvl>
    <w:lvl w:ilvl="5" w:tplc="536A8396">
      <w:start w:val="1"/>
      <w:numFmt w:val="bullet"/>
      <w:lvlText w:val=""/>
      <w:lvlJc w:val="left"/>
      <w:pPr>
        <w:ind w:left="4320" w:hanging="360"/>
      </w:pPr>
      <w:rPr>
        <w:rFonts w:ascii="Wingdings" w:hAnsi="Wingdings" w:hint="default"/>
      </w:rPr>
    </w:lvl>
    <w:lvl w:ilvl="6" w:tplc="9840682C">
      <w:start w:val="1"/>
      <w:numFmt w:val="bullet"/>
      <w:lvlText w:val=""/>
      <w:lvlJc w:val="left"/>
      <w:pPr>
        <w:ind w:left="5040" w:hanging="360"/>
      </w:pPr>
      <w:rPr>
        <w:rFonts w:ascii="Symbol" w:hAnsi="Symbol" w:hint="default"/>
      </w:rPr>
    </w:lvl>
    <w:lvl w:ilvl="7" w:tplc="CCDE0170">
      <w:start w:val="1"/>
      <w:numFmt w:val="bullet"/>
      <w:lvlText w:val="o"/>
      <w:lvlJc w:val="left"/>
      <w:pPr>
        <w:ind w:left="5760" w:hanging="360"/>
      </w:pPr>
      <w:rPr>
        <w:rFonts w:ascii="Courier New" w:hAnsi="Courier New" w:hint="default"/>
      </w:rPr>
    </w:lvl>
    <w:lvl w:ilvl="8" w:tplc="97E81DC2">
      <w:start w:val="1"/>
      <w:numFmt w:val="bullet"/>
      <w:lvlText w:val=""/>
      <w:lvlJc w:val="left"/>
      <w:pPr>
        <w:ind w:left="6480" w:hanging="360"/>
      </w:pPr>
      <w:rPr>
        <w:rFonts w:ascii="Wingdings" w:hAnsi="Wingdings" w:hint="default"/>
      </w:rPr>
    </w:lvl>
  </w:abstractNum>
  <w:abstractNum w:abstractNumId="13" w15:restartNumberingAfterBreak="0">
    <w:nsid w:val="1F86085F"/>
    <w:multiLevelType w:val="hybridMultilevel"/>
    <w:tmpl w:val="99D04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53411F"/>
    <w:multiLevelType w:val="multilevel"/>
    <w:tmpl w:val="2B86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6830CD"/>
    <w:multiLevelType w:val="hybridMultilevel"/>
    <w:tmpl w:val="205E1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E4777C"/>
    <w:multiLevelType w:val="hybridMultilevel"/>
    <w:tmpl w:val="380EE56C"/>
    <w:lvl w:ilvl="0" w:tplc="89FC0B7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3865441"/>
    <w:multiLevelType w:val="hybridMultilevel"/>
    <w:tmpl w:val="273C7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964BE0"/>
    <w:multiLevelType w:val="hybridMultilevel"/>
    <w:tmpl w:val="FFFFFFFF"/>
    <w:lvl w:ilvl="0" w:tplc="89FC0B7A">
      <w:start w:val="1"/>
      <w:numFmt w:val="bullet"/>
      <w:lvlText w:val=""/>
      <w:lvlJc w:val="left"/>
      <w:pPr>
        <w:ind w:left="720" w:hanging="360"/>
      </w:pPr>
      <w:rPr>
        <w:rFonts w:ascii="Symbol" w:hAnsi="Symbol" w:hint="default"/>
      </w:rPr>
    </w:lvl>
    <w:lvl w:ilvl="1" w:tplc="C004F36A">
      <w:start w:val="1"/>
      <w:numFmt w:val="bullet"/>
      <w:lvlText w:val="o"/>
      <w:lvlJc w:val="left"/>
      <w:pPr>
        <w:ind w:left="1440" w:hanging="360"/>
      </w:pPr>
      <w:rPr>
        <w:rFonts w:ascii="Courier New" w:hAnsi="Courier New" w:hint="default"/>
      </w:rPr>
    </w:lvl>
    <w:lvl w:ilvl="2" w:tplc="E4809E58">
      <w:start w:val="1"/>
      <w:numFmt w:val="bullet"/>
      <w:lvlText w:val=""/>
      <w:lvlJc w:val="left"/>
      <w:pPr>
        <w:ind w:left="2160" w:hanging="360"/>
      </w:pPr>
      <w:rPr>
        <w:rFonts w:ascii="Wingdings" w:hAnsi="Wingdings" w:hint="default"/>
      </w:rPr>
    </w:lvl>
    <w:lvl w:ilvl="3" w:tplc="FD78A9C0">
      <w:start w:val="1"/>
      <w:numFmt w:val="bullet"/>
      <w:lvlText w:val=""/>
      <w:lvlJc w:val="left"/>
      <w:pPr>
        <w:ind w:left="2880" w:hanging="360"/>
      </w:pPr>
      <w:rPr>
        <w:rFonts w:ascii="Symbol" w:hAnsi="Symbol" w:hint="default"/>
      </w:rPr>
    </w:lvl>
    <w:lvl w:ilvl="4" w:tplc="CE44B5C4">
      <w:start w:val="1"/>
      <w:numFmt w:val="bullet"/>
      <w:lvlText w:val="o"/>
      <w:lvlJc w:val="left"/>
      <w:pPr>
        <w:ind w:left="3600" w:hanging="360"/>
      </w:pPr>
      <w:rPr>
        <w:rFonts w:ascii="Courier New" w:hAnsi="Courier New" w:hint="default"/>
      </w:rPr>
    </w:lvl>
    <w:lvl w:ilvl="5" w:tplc="BC20B632">
      <w:start w:val="1"/>
      <w:numFmt w:val="bullet"/>
      <w:lvlText w:val=""/>
      <w:lvlJc w:val="left"/>
      <w:pPr>
        <w:ind w:left="4320" w:hanging="360"/>
      </w:pPr>
      <w:rPr>
        <w:rFonts w:ascii="Wingdings" w:hAnsi="Wingdings" w:hint="default"/>
      </w:rPr>
    </w:lvl>
    <w:lvl w:ilvl="6" w:tplc="27DCA9CC">
      <w:start w:val="1"/>
      <w:numFmt w:val="bullet"/>
      <w:lvlText w:val=""/>
      <w:lvlJc w:val="left"/>
      <w:pPr>
        <w:ind w:left="5040" w:hanging="360"/>
      </w:pPr>
      <w:rPr>
        <w:rFonts w:ascii="Symbol" w:hAnsi="Symbol" w:hint="default"/>
      </w:rPr>
    </w:lvl>
    <w:lvl w:ilvl="7" w:tplc="90408C26">
      <w:start w:val="1"/>
      <w:numFmt w:val="bullet"/>
      <w:lvlText w:val="o"/>
      <w:lvlJc w:val="left"/>
      <w:pPr>
        <w:ind w:left="5760" w:hanging="360"/>
      </w:pPr>
      <w:rPr>
        <w:rFonts w:ascii="Courier New" w:hAnsi="Courier New" w:hint="default"/>
      </w:rPr>
    </w:lvl>
    <w:lvl w:ilvl="8" w:tplc="0B14735C">
      <w:start w:val="1"/>
      <w:numFmt w:val="bullet"/>
      <w:lvlText w:val=""/>
      <w:lvlJc w:val="left"/>
      <w:pPr>
        <w:ind w:left="6480" w:hanging="360"/>
      </w:pPr>
      <w:rPr>
        <w:rFonts w:ascii="Wingdings" w:hAnsi="Wingdings" w:hint="default"/>
      </w:rPr>
    </w:lvl>
  </w:abstractNum>
  <w:abstractNum w:abstractNumId="19" w15:restartNumberingAfterBreak="0">
    <w:nsid w:val="7CED563A"/>
    <w:multiLevelType w:val="hybridMultilevel"/>
    <w:tmpl w:val="7FEAC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8385838">
    <w:abstractNumId w:val="18"/>
  </w:num>
  <w:num w:numId="2" w16cid:durableId="1855726702">
    <w:abstractNumId w:val="12"/>
  </w:num>
  <w:num w:numId="3" w16cid:durableId="284969709">
    <w:abstractNumId w:val="8"/>
  </w:num>
  <w:num w:numId="4" w16cid:durableId="293561461">
    <w:abstractNumId w:val="6"/>
  </w:num>
  <w:num w:numId="5" w16cid:durableId="2121073379">
    <w:abstractNumId w:val="5"/>
  </w:num>
  <w:num w:numId="6" w16cid:durableId="2034067741">
    <w:abstractNumId w:val="4"/>
  </w:num>
  <w:num w:numId="7" w16cid:durableId="530610898">
    <w:abstractNumId w:val="7"/>
  </w:num>
  <w:num w:numId="8" w16cid:durableId="103698688">
    <w:abstractNumId w:val="3"/>
  </w:num>
  <w:num w:numId="9" w16cid:durableId="240219245">
    <w:abstractNumId w:val="2"/>
  </w:num>
  <w:num w:numId="10" w16cid:durableId="481239909">
    <w:abstractNumId w:val="1"/>
  </w:num>
  <w:num w:numId="11" w16cid:durableId="913785097">
    <w:abstractNumId w:val="0"/>
  </w:num>
  <w:num w:numId="12" w16cid:durableId="1977684673">
    <w:abstractNumId w:val="14"/>
  </w:num>
  <w:num w:numId="13" w16cid:durableId="534077242">
    <w:abstractNumId w:val="19"/>
  </w:num>
  <w:num w:numId="14" w16cid:durableId="172187654">
    <w:abstractNumId w:val="10"/>
  </w:num>
  <w:num w:numId="15" w16cid:durableId="437142626">
    <w:abstractNumId w:val="11"/>
  </w:num>
  <w:num w:numId="16" w16cid:durableId="418646715">
    <w:abstractNumId w:val="16"/>
  </w:num>
  <w:num w:numId="17" w16cid:durableId="436216184">
    <w:abstractNumId w:val="15"/>
  </w:num>
  <w:num w:numId="18" w16cid:durableId="1692802026">
    <w:abstractNumId w:val="13"/>
  </w:num>
  <w:num w:numId="19" w16cid:durableId="1212578236">
    <w:abstractNumId w:val="17"/>
  </w:num>
  <w:num w:numId="20" w16cid:durableId="16176424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35C7D"/>
    <w:rsid w:val="0006063C"/>
    <w:rsid w:val="00105841"/>
    <w:rsid w:val="001419D9"/>
    <w:rsid w:val="00143A8A"/>
    <w:rsid w:val="0015074B"/>
    <w:rsid w:val="00150DC4"/>
    <w:rsid w:val="00160B50"/>
    <w:rsid w:val="001D66EE"/>
    <w:rsid w:val="002002C2"/>
    <w:rsid w:val="00212424"/>
    <w:rsid w:val="00253DD0"/>
    <w:rsid w:val="0029639D"/>
    <w:rsid w:val="002B4B9D"/>
    <w:rsid w:val="00313527"/>
    <w:rsid w:val="0032489D"/>
    <w:rsid w:val="00326F90"/>
    <w:rsid w:val="00353983"/>
    <w:rsid w:val="003614F7"/>
    <w:rsid w:val="004310A5"/>
    <w:rsid w:val="00435303"/>
    <w:rsid w:val="00440F08"/>
    <w:rsid w:val="00444D8D"/>
    <w:rsid w:val="00445F46"/>
    <w:rsid w:val="00451DA4"/>
    <w:rsid w:val="00455C4F"/>
    <w:rsid w:val="004850B0"/>
    <w:rsid w:val="004B4677"/>
    <w:rsid w:val="004B75E9"/>
    <w:rsid w:val="00526A11"/>
    <w:rsid w:val="00537D1A"/>
    <w:rsid w:val="005440E0"/>
    <w:rsid w:val="005F3F97"/>
    <w:rsid w:val="00610C3C"/>
    <w:rsid w:val="0067114E"/>
    <w:rsid w:val="0069230E"/>
    <w:rsid w:val="006F40F2"/>
    <w:rsid w:val="00734007"/>
    <w:rsid w:val="00764A36"/>
    <w:rsid w:val="0077290B"/>
    <w:rsid w:val="007B11A2"/>
    <w:rsid w:val="007E6307"/>
    <w:rsid w:val="0085594E"/>
    <w:rsid w:val="00895650"/>
    <w:rsid w:val="008C2F1F"/>
    <w:rsid w:val="008D77BD"/>
    <w:rsid w:val="008F5D8C"/>
    <w:rsid w:val="0092701E"/>
    <w:rsid w:val="0093224A"/>
    <w:rsid w:val="009332CD"/>
    <w:rsid w:val="009340A1"/>
    <w:rsid w:val="009D5A7E"/>
    <w:rsid w:val="00A27137"/>
    <w:rsid w:val="00A32D88"/>
    <w:rsid w:val="00A32E7D"/>
    <w:rsid w:val="00A429D3"/>
    <w:rsid w:val="00AA1D8D"/>
    <w:rsid w:val="00B2697C"/>
    <w:rsid w:val="00B47730"/>
    <w:rsid w:val="00B57F76"/>
    <w:rsid w:val="00CA61BB"/>
    <w:rsid w:val="00CB0664"/>
    <w:rsid w:val="00CF1707"/>
    <w:rsid w:val="00D35A3C"/>
    <w:rsid w:val="00D52046"/>
    <w:rsid w:val="00D7768D"/>
    <w:rsid w:val="00D80922"/>
    <w:rsid w:val="00D8342D"/>
    <w:rsid w:val="00DA5762"/>
    <w:rsid w:val="00DD10FC"/>
    <w:rsid w:val="00F04DF5"/>
    <w:rsid w:val="00F9661E"/>
    <w:rsid w:val="00FC693F"/>
    <w:rsid w:val="00FC76D8"/>
    <w:rsid w:val="00FE4000"/>
    <w:rsid w:val="04693026"/>
    <w:rsid w:val="06275E03"/>
    <w:rsid w:val="19B80540"/>
    <w:rsid w:val="1D6A0D50"/>
    <w:rsid w:val="2223CF74"/>
    <w:rsid w:val="2C287956"/>
    <w:rsid w:val="2FB86258"/>
    <w:rsid w:val="3559B48B"/>
    <w:rsid w:val="37326FE6"/>
    <w:rsid w:val="3793E240"/>
    <w:rsid w:val="382F5804"/>
    <w:rsid w:val="3BDE7E89"/>
    <w:rsid w:val="3E00BE02"/>
    <w:rsid w:val="3E346363"/>
    <w:rsid w:val="3F44E1AB"/>
    <w:rsid w:val="3FB0C644"/>
    <w:rsid w:val="4C14339C"/>
    <w:rsid w:val="4C7154E6"/>
    <w:rsid w:val="55ED1C9A"/>
    <w:rsid w:val="589C4A5A"/>
    <w:rsid w:val="59F97202"/>
    <w:rsid w:val="6CE5CBC4"/>
    <w:rsid w:val="737FDBC4"/>
    <w:rsid w:val="74826E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786688"/>
  <w14:defaultImageDpi w14:val="300"/>
  <w15:docId w15:val="{DE8B9FF9-DC95-4979-B661-D45BEEBB3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hAnsi="Arial"/>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2E2A60"/>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3"/>
      </w:numPr>
      <w:contextualSpacing/>
    </w:pPr>
  </w:style>
  <w:style w:type="paragraph" w:styleId="ListBullet2">
    <w:name w:val="List Bullet 2"/>
    <w:basedOn w:val="Normal"/>
    <w:uiPriority w:val="99"/>
    <w:unhideWhenUsed/>
    <w:rsid w:val="00326F90"/>
    <w:pPr>
      <w:numPr>
        <w:numId w:val="4"/>
      </w:numPr>
      <w:contextualSpacing/>
    </w:pPr>
  </w:style>
  <w:style w:type="paragraph" w:styleId="ListBullet3">
    <w:name w:val="List Bullet 3"/>
    <w:basedOn w:val="Normal"/>
    <w:uiPriority w:val="99"/>
    <w:unhideWhenUsed/>
    <w:rsid w:val="00326F90"/>
    <w:pPr>
      <w:numPr>
        <w:numId w:val="5"/>
      </w:numPr>
      <w:contextualSpacing/>
    </w:pPr>
  </w:style>
  <w:style w:type="paragraph" w:styleId="ListNumber">
    <w:name w:val="List Number"/>
    <w:basedOn w:val="Normal"/>
    <w:uiPriority w:val="99"/>
    <w:unhideWhenUsed/>
    <w:rsid w:val="00326F90"/>
    <w:pPr>
      <w:numPr>
        <w:numId w:val="7"/>
      </w:numPr>
      <w:contextualSpacing/>
    </w:pPr>
  </w:style>
  <w:style w:type="paragraph" w:styleId="ListNumber2">
    <w:name w:val="List Number 2"/>
    <w:basedOn w:val="Normal"/>
    <w:uiPriority w:val="99"/>
    <w:unhideWhenUsed/>
    <w:rsid w:val="0029639D"/>
    <w:pPr>
      <w:numPr>
        <w:numId w:val="8"/>
      </w:numPr>
      <w:contextualSpacing/>
    </w:pPr>
  </w:style>
  <w:style w:type="paragraph" w:styleId="ListNumber3">
    <w:name w:val="List Number 3"/>
    <w:basedOn w:val="Normal"/>
    <w:uiPriority w:val="99"/>
    <w:unhideWhenUsed/>
    <w:rsid w:val="0029639D"/>
    <w:pPr>
      <w:numPr>
        <w:numId w:val="9"/>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21460A7F198A44A8035E54CAD8D78D" ma:contentTypeVersion="14" ma:contentTypeDescription="Create a new document." ma:contentTypeScope="" ma:versionID="af3bdfe294a39e5d7290a5a9d58b2765">
  <xsd:schema xmlns:xsd="http://www.w3.org/2001/XMLSchema" xmlns:xs="http://www.w3.org/2001/XMLSchema" xmlns:p="http://schemas.microsoft.com/office/2006/metadata/properties" xmlns:ns2="f73869d4-309a-4437-b14c-18c37f9e01cc" xmlns:ns3="f4e2b4c2-6948-4891-bedb-ee55b2627af7" xmlns:ns4="5ad3d712-8dc2-4ebc-9d5f-55cdc8c5351e" targetNamespace="http://schemas.microsoft.com/office/2006/metadata/properties" ma:root="true" ma:fieldsID="b15c0322683b59e2c2121525410c765d" ns2:_="" ns3:_="" ns4:_="">
    <xsd:import namespace="f73869d4-309a-4437-b14c-18c37f9e01cc"/>
    <xsd:import namespace="f4e2b4c2-6948-4891-bedb-ee55b2627af7"/>
    <xsd:import namespace="5ad3d712-8dc2-4ebc-9d5f-55cdc8c535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3869d4-309a-4437-b14c-18c37f9e01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12e0b9b-2dc7-4e81-9989-1cb7e6d49c2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2b4c2-6948-4891-bedb-ee55b2627af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f21b036-694f-4cd2-b4a4-15e8b10ec8a2}" ma:internalName="TaxCatchAll" ma:showField="CatchAllData" ma:web="f4e2b4c2-6948-4891-bedb-ee55b2627af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d3d712-8dc2-4ebc-9d5f-55cdc8c5351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4e2b4c2-6948-4891-bedb-ee55b2627af7" xsi:nil="true"/>
    <lcf76f155ced4ddcb4097134ff3c332f xmlns="f73869d4-309a-4437-b14c-18c37f9e01c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890C99-63C0-4E00-B851-BED529342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3869d4-309a-4437-b14c-18c37f9e01cc"/>
    <ds:schemaRef ds:uri="f4e2b4c2-6948-4891-bedb-ee55b2627af7"/>
    <ds:schemaRef ds:uri="5ad3d712-8dc2-4ebc-9d5f-55cdc8c53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5114D8-DE84-4457-973F-FDCE9D93DFC6}">
  <ds:schemaRefs>
    <ds:schemaRef ds:uri="http://schemas.microsoft.com/office/2006/metadata/properties"/>
    <ds:schemaRef ds:uri="http://schemas.microsoft.com/office/infopath/2007/PartnerControls"/>
    <ds:schemaRef ds:uri="f4e2b4c2-6948-4891-bedb-ee55b2627af7"/>
    <ds:schemaRef ds:uri="f73869d4-309a-4437-b14c-18c37f9e01cc"/>
  </ds:schemaRefs>
</ds:datastoreItem>
</file>

<file path=customXml/itemProps3.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4.xml><?xml version="1.0" encoding="utf-8"?>
<ds:datastoreItem xmlns:ds="http://schemas.openxmlformats.org/officeDocument/2006/customXml" ds:itemID="{817958F5-89A3-4B5A-9B02-5182EA2472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1318</Words>
  <Characters>7517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Emma Rose</cp:lastModifiedBy>
  <cp:revision>2</cp:revision>
  <cp:lastPrinted>2026-04-08T13:14:00Z</cp:lastPrinted>
  <dcterms:created xsi:type="dcterms:W3CDTF">2026-04-20T09:14:00Z</dcterms:created>
  <dcterms:modified xsi:type="dcterms:W3CDTF">2026-04-20T09:14:00Z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0x0101005921460A7F198A44A8035E54CAD8D78D</vt:lpwstr>
  </property>
  <property fmtid="{D5CDD505-2E9C-101B-9397-08002B2CF9AE}" pid="3" name="docLang">
    <vt:lpwstr>en</vt:lpwstr>
  </property>
  <property fmtid="{D5CDD505-2E9C-101B-9397-08002B2CF9AE}" pid="4" name="MediaServiceImageTags">
    <vt:lpwstr/>
  </property>
</Properties>
</file>